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12" w:space="0" w:color="808080" w:themeColor="background1" w:themeShade="80"/>
          <w:left w:val="none" w:sz="0" w:space="0" w:color="auto"/>
          <w:bottom w:val="single" w:sz="12" w:space="0" w:color="808080" w:themeColor="background1" w:themeShade="80"/>
          <w:right w:val="none" w:sz="0" w:space="0" w:color="auto"/>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8856"/>
      </w:tblGrid>
      <w:tr w:rsidR="00E373CD" w14:paraId="378FFADF" w14:textId="77777777" w:rsidTr="00F719CF">
        <w:tc>
          <w:tcPr>
            <w:tcW w:w="8856" w:type="dxa"/>
          </w:tcPr>
          <w:p w14:paraId="211B837C" w14:textId="77777777" w:rsidR="00E373CD" w:rsidRDefault="00E373CD" w:rsidP="00F719CF">
            <w:pPr>
              <w:pStyle w:val="Heading1"/>
              <w:spacing w:before="120" w:after="120"/>
              <w:jc w:val="center"/>
            </w:pPr>
            <w:r>
              <w:t>E</w:t>
            </w:r>
            <w:r w:rsidR="00F719CF">
              <w:t>nglish-Spanish Glossary</w:t>
            </w:r>
          </w:p>
        </w:tc>
      </w:tr>
    </w:tbl>
    <w:sdt>
      <w:sdtPr>
        <w:rPr>
          <w:rFonts w:asciiTheme="minorHAnsi" w:hAnsiTheme="minorHAnsi" w:cstheme="minorBidi"/>
          <w:b w:val="0"/>
          <w:bCs w:val="0"/>
          <w:color w:val="auto"/>
          <w:sz w:val="22"/>
          <w:szCs w:val="22"/>
        </w:rPr>
        <w:id w:val="1290777927"/>
        <w:docPartObj>
          <w:docPartGallery w:val="Table of Contents"/>
          <w:docPartUnique/>
        </w:docPartObj>
      </w:sdtPr>
      <w:sdtEndPr>
        <w:rPr>
          <w:noProof/>
        </w:rPr>
      </w:sdtEndPr>
      <w:sdtContent>
        <w:p w14:paraId="29981A26" w14:textId="77777777" w:rsidR="00E373CD" w:rsidRPr="00F719CF" w:rsidRDefault="00E373CD" w:rsidP="00F719CF">
          <w:pPr>
            <w:pStyle w:val="Heading1"/>
            <w:spacing w:before="240"/>
          </w:pPr>
          <w:r w:rsidRPr="00F719CF">
            <w:t>Table of Contents</w:t>
          </w:r>
        </w:p>
        <w:p w14:paraId="4B2FF52D" w14:textId="128338C6" w:rsidR="00E373CD" w:rsidRDefault="00E373CD">
          <w:pPr>
            <w:pStyle w:val="TOC1"/>
            <w:tabs>
              <w:tab w:val="right" w:leader="dot" w:pos="8630"/>
            </w:tabs>
            <w:rPr>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62956982" w:history="1">
            <w:r w:rsidRPr="00A44C08">
              <w:rPr>
                <w:rStyle w:val="Hyperlink"/>
                <w:noProof/>
              </w:rPr>
              <w:t>A</w:t>
            </w:r>
            <w:r>
              <w:rPr>
                <w:noProof/>
                <w:webHidden/>
              </w:rPr>
              <w:tab/>
            </w:r>
            <w:r>
              <w:rPr>
                <w:noProof/>
                <w:webHidden/>
              </w:rPr>
              <w:fldChar w:fldCharType="begin"/>
            </w:r>
            <w:r>
              <w:rPr>
                <w:noProof/>
                <w:webHidden/>
              </w:rPr>
              <w:instrText xml:space="preserve"> PAGEREF _Toc162956982 \h </w:instrText>
            </w:r>
            <w:r>
              <w:rPr>
                <w:noProof/>
                <w:webHidden/>
              </w:rPr>
            </w:r>
            <w:r>
              <w:rPr>
                <w:noProof/>
                <w:webHidden/>
              </w:rPr>
              <w:fldChar w:fldCharType="separate"/>
            </w:r>
            <w:r w:rsidR="005A52E0">
              <w:rPr>
                <w:noProof/>
                <w:webHidden/>
              </w:rPr>
              <w:t>2</w:t>
            </w:r>
            <w:r>
              <w:rPr>
                <w:noProof/>
                <w:webHidden/>
              </w:rPr>
              <w:fldChar w:fldCharType="end"/>
            </w:r>
          </w:hyperlink>
        </w:p>
        <w:p w14:paraId="09DDA33B" w14:textId="77A323CD" w:rsidR="00E373CD" w:rsidRDefault="00E373CD">
          <w:pPr>
            <w:pStyle w:val="TOC1"/>
            <w:tabs>
              <w:tab w:val="right" w:leader="dot" w:pos="8630"/>
            </w:tabs>
            <w:rPr>
              <w:b w:val="0"/>
              <w:bCs w:val="0"/>
              <w:i w:val="0"/>
              <w:iCs w:val="0"/>
              <w:noProof/>
              <w:kern w:val="2"/>
              <w14:ligatures w14:val="standardContextual"/>
            </w:rPr>
          </w:pPr>
          <w:hyperlink w:anchor="_Toc162956983" w:history="1">
            <w:r w:rsidRPr="00A44C08">
              <w:rPr>
                <w:rStyle w:val="Hyperlink"/>
                <w:noProof/>
              </w:rPr>
              <w:t>B</w:t>
            </w:r>
            <w:r>
              <w:rPr>
                <w:noProof/>
                <w:webHidden/>
              </w:rPr>
              <w:tab/>
            </w:r>
            <w:r>
              <w:rPr>
                <w:noProof/>
                <w:webHidden/>
              </w:rPr>
              <w:fldChar w:fldCharType="begin"/>
            </w:r>
            <w:r>
              <w:rPr>
                <w:noProof/>
                <w:webHidden/>
              </w:rPr>
              <w:instrText xml:space="preserve"> PAGEREF _Toc162956983 \h </w:instrText>
            </w:r>
            <w:r>
              <w:rPr>
                <w:noProof/>
                <w:webHidden/>
              </w:rPr>
            </w:r>
            <w:r>
              <w:rPr>
                <w:noProof/>
                <w:webHidden/>
              </w:rPr>
              <w:fldChar w:fldCharType="separate"/>
            </w:r>
            <w:r w:rsidR="005A52E0">
              <w:rPr>
                <w:noProof/>
                <w:webHidden/>
              </w:rPr>
              <w:t>4</w:t>
            </w:r>
            <w:r>
              <w:rPr>
                <w:noProof/>
                <w:webHidden/>
              </w:rPr>
              <w:fldChar w:fldCharType="end"/>
            </w:r>
          </w:hyperlink>
        </w:p>
        <w:p w14:paraId="16CBC6C8" w14:textId="719150AF" w:rsidR="00E373CD" w:rsidRDefault="00E373CD">
          <w:pPr>
            <w:pStyle w:val="TOC1"/>
            <w:tabs>
              <w:tab w:val="right" w:leader="dot" w:pos="8630"/>
            </w:tabs>
            <w:rPr>
              <w:b w:val="0"/>
              <w:bCs w:val="0"/>
              <w:i w:val="0"/>
              <w:iCs w:val="0"/>
              <w:noProof/>
              <w:kern w:val="2"/>
              <w14:ligatures w14:val="standardContextual"/>
            </w:rPr>
          </w:pPr>
          <w:hyperlink w:anchor="_Toc162956984" w:history="1">
            <w:r w:rsidRPr="00A44C08">
              <w:rPr>
                <w:rStyle w:val="Hyperlink"/>
                <w:noProof/>
              </w:rPr>
              <w:t>C</w:t>
            </w:r>
            <w:r>
              <w:rPr>
                <w:noProof/>
                <w:webHidden/>
              </w:rPr>
              <w:tab/>
            </w:r>
            <w:r>
              <w:rPr>
                <w:noProof/>
                <w:webHidden/>
              </w:rPr>
              <w:fldChar w:fldCharType="begin"/>
            </w:r>
            <w:r>
              <w:rPr>
                <w:noProof/>
                <w:webHidden/>
              </w:rPr>
              <w:instrText xml:space="preserve"> PAGEREF _Toc162956984 \h </w:instrText>
            </w:r>
            <w:r>
              <w:rPr>
                <w:noProof/>
                <w:webHidden/>
              </w:rPr>
            </w:r>
            <w:r>
              <w:rPr>
                <w:noProof/>
                <w:webHidden/>
              </w:rPr>
              <w:fldChar w:fldCharType="separate"/>
            </w:r>
            <w:r w:rsidR="005A52E0">
              <w:rPr>
                <w:noProof/>
                <w:webHidden/>
              </w:rPr>
              <w:t>5</w:t>
            </w:r>
            <w:r>
              <w:rPr>
                <w:noProof/>
                <w:webHidden/>
              </w:rPr>
              <w:fldChar w:fldCharType="end"/>
            </w:r>
          </w:hyperlink>
        </w:p>
        <w:p w14:paraId="2295B0EA" w14:textId="6D53111C" w:rsidR="00E373CD" w:rsidRDefault="00E373CD">
          <w:pPr>
            <w:pStyle w:val="TOC1"/>
            <w:tabs>
              <w:tab w:val="right" w:leader="dot" w:pos="8630"/>
            </w:tabs>
            <w:rPr>
              <w:b w:val="0"/>
              <w:bCs w:val="0"/>
              <w:i w:val="0"/>
              <w:iCs w:val="0"/>
              <w:noProof/>
              <w:kern w:val="2"/>
              <w14:ligatures w14:val="standardContextual"/>
            </w:rPr>
          </w:pPr>
          <w:hyperlink w:anchor="_Toc162956985" w:history="1">
            <w:r w:rsidRPr="00A44C08">
              <w:rPr>
                <w:rStyle w:val="Hyperlink"/>
                <w:noProof/>
              </w:rPr>
              <w:t>D</w:t>
            </w:r>
            <w:r>
              <w:rPr>
                <w:noProof/>
                <w:webHidden/>
              </w:rPr>
              <w:tab/>
            </w:r>
            <w:r>
              <w:rPr>
                <w:noProof/>
                <w:webHidden/>
              </w:rPr>
              <w:fldChar w:fldCharType="begin"/>
            </w:r>
            <w:r>
              <w:rPr>
                <w:noProof/>
                <w:webHidden/>
              </w:rPr>
              <w:instrText xml:space="preserve"> PAGEREF _Toc162956985 \h </w:instrText>
            </w:r>
            <w:r>
              <w:rPr>
                <w:noProof/>
                <w:webHidden/>
              </w:rPr>
            </w:r>
            <w:r>
              <w:rPr>
                <w:noProof/>
                <w:webHidden/>
              </w:rPr>
              <w:fldChar w:fldCharType="separate"/>
            </w:r>
            <w:r w:rsidR="005A52E0">
              <w:rPr>
                <w:noProof/>
                <w:webHidden/>
              </w:rPr>
              <w:t>11</w:t>
            </w:r>
            <w:r>
              <w:rPr>
                <w:noProof/>
                <w:webHidden/>
              </w:rPr>
              <w:fldChar w:fldCharType="end"/>
            </w:r>
          </w:hyperlink>
        </w:p>
        <w:p w14:paraId="63B0B4B5" w14:textId="552747A8" w:rsidR="00E373CD" w:rsidRDefault="00E373CD">
          <w:pPr>
            <w:pStyle w:val="TOC1"/>
            <w:tabs>
              <w:tab w:val="right" w:leader="dot" w:pos="8630"/>
            </w:tabs>
            <w:rPr>
              <w:b w:val="0"/>
              <w:bCs w:val="0"/>
              <w:i w:val="0"/>
              <w:iCs w:val="0"/>
              <w:noProof/>
              <w:kern w:val="2"/>
              <w14:ligatures w14:val="standardContextual"/>
            </w:rPr>
          </w:pPr>
          <w:hyperlink w:anchor="_Toc162956986" w:history="1">
            <w:r w:rsidRPr="00A44C08">
              <w:rPr>
                <w:rStyle w:val="Hyperlink"/>
                <w:noProof/>
              </w:rPr>
              <w:t>E</w:t>
            </w:r>
            <w:r>
              <w:rPr>
                <w:noProof/>
                <w:webHidden/>
              </w:rPr>
              <w:tab/>
            </w:r>
            <w:r>
              <w:rPr>
                <w:noProof/>
                <w:webHidden/>
              </w:rPr>
              <w:fldChar w:fldCharType="begin"/>
            </w:r>
            <w:r>
              <w:rPr>
                <w:noProof/>
                <w:webHidden/>
              </w:rPr>
              <w:instrText xml:space="preserve"> PAGEREF _Toc162956986 \h </w:instrText>
            </w:r>
            <w:r>
              <w:rPr>
                <w:noProof/>
                <w:webHidden/>
              </w:rPr>
            </w:r>
            <w:r>
              <w:rPr>
                <w:noProof/>
                <w:webHidden/>
              </w:rPr>
              <w:fldChar w:fldCharType="separate"/>
            </w:r>
            <w:r w:rsidR="005A52E0">
              <w:rPr>
                <w:noProof/>
                <w:webHidden/>
              </w:rPr>
              <w:t>15</w:t>
            </w:r>
            <w:r>
              <w:rPr>
                <w:noProof/>
                <w:webHidden/>
              </w:rPr>
              <w:fldChar w:fldCharType="end"/>
            </w:r>
          </w:hyperlink>
        </w:p>
        <w:p w14:paraId="0D116A56" w14:textId="73F5A938" w:rsidR="00E373CD" w:rsidRDefault="00E373CD">
          <w:pPr>
            <w:pStyle w:val="TOC1"/>
            <w:tabs>
              <w:tab w:val="right" w:leader="dot" w:pos="8630"/>
            </w:tabs>
            <w:rPr>
              <w:b w:val="0"/>
              <w:bCs w:val="0"/>
              <w:i w:val="0"/>
              <w:iCs w:val="0"/>
              <w:noProof/>
              <w:kern w:val="2"/>
              <w14:ligatures w14:val="standardContextual"/>
            </w:rPr>
          </w:pPr>
          <w:hyperlink w:anchor="_Toc162956987" w:history="1">
            <w:r w:rsidRPr="00A44C08">
              <w:rPr>
                <w:rStyle w:val="Hyperlink"/>
                <w:noProof/>
              </w:rPr>
              <w:t>G</w:t>
            </w:r>
            <w:r>
              <w:rPr>
                <w:noProof/>
                <w:webHidden/>
              </w:rPr>
              <w:tab/>
            </w:r>
            <w:r>
              <w:rPr>
                <w:noProof/>
                <w:webHidden/>
              </w:rPr>
              <w:fldChar w:fldCharType="begin"/>
            </w:r>
            <w:r>
              <w:rPr>
                <w:noProof/>
                <w:webHidden/>
              </w:rPr>
              <w:instrText xml:space="preserve"> PAGEREF _Toc162956987 \h </w:instrText>
            </w:r>
            <w:r>
              <w:rPr>
                <w:noProof/>
                <w:webHidden/>
              </w:rPr>
            </w:r>
            <w:r>
              <w:rPr>
                <w:noProof/>
                <w:webHidden/>
              </w:rPr>
              <w:fldChar w:fldCharType="separate"/>
            </w:r>
            <w:r w:rsidR="005A52E0">
              <w:rPr>
                <w:noProof/>
                <w:webHidden/>
              </w:rPr>
              <w:t>20</w:t>
            </w:r>
            <w:r>
              <w:rPr>
                <w:noProof/>
                <w:webHidden/>
              </w:rPr>
              <w:fldChar w:fldCharType="end"/>
            </w:r>
          </w:hyperlink>
        </w:p>
        <w:p w14:paraId="70290BE7" w14:textId="1F8B2FDA" w:rsidR="00E373CD" w:rsidRDefault="00E373CD">
          <w:pPr>
            <w:pStyle w:val="TOC1"/>
            <w:tabs>
              <w:tab w:val="right" w:leader="dot" w:pos="8630"/>
            </w:tabs>
            <w:rPr>
              <w:b w:val="0"/>
              <w:bCs w:val="0"/>
              <w:i w:val="0"/>
              <w:iCs w:val="0"/>
              <w:noProof/>
              <w:kern w:val="2"/>
              <w14:ligatures w14:val="standardContextual"/>
            </w:rPr>
          </w:pPr>
          <w:hyperlink w:anchor="_Toc162956988" w:history="1">
            <w:r w:rsidRPr="00A44C08">
              <w:rPr>
                <w:rStyle w:val="Hyperlink"/>
                <w:noProof/>
              </w:rPr>
              <w:t>H</w:t>
            </w:r>
            <w:r>
              <w:rPr>
                <w:noProof/>
                <w:webHidden/>
              </w:rPr>
              <w:tab/>
            </w:r>
            <w:r>
              <w:rPr>
                <w:noProof/>
                <w:webHidden/>
              </w:rPr>
              <w:fldChar w:fldCharType="begin"/>
            </w:r>
            <w:r>
              <w:rPr>
                <w:noProof/>
                <w:webHidden/>
              </w:rPr>
              <w:instrText xml:space="preserve"> PAGEREF _Toc162956988 \h </w:instrText>
            </w:r>
            <w:r>
              <w:rPr>
                <w:noProof/>
                <w:webHidden/>
              </w:rPr>
            </w:r>
            <w:r>
              <w:rPr>
                <w:noProof/>
                <w:webHidden/>
              </w:rPr>
              <w:fldChar w:fldCharType="separate"/>
            </w:r>
            <w:r w:rsidR="005A52E0">
              <w:rPr>
                <w:noProof/>
                <w:webHidden/>
              </w:rPr>
              <w:t>22</w:t>
            </w:r>
            <w:r>
              <w:rPr>
                <w:noProof/>
                <w:webHidden/>
              </w:rPr>
              <w:fldChar w:fldCharType="end"/>
            </w:r>
          </w:hyperlink>
        </w:p>
        <w:p w14:paraId="71BA92A1" w14:textId="50F79DF8" w:rsidR="00E373CD" w:rsidRDefault="00E373CD">
          <w:pPr>
            <w:pStyle w:val="TOC1"/>
            <w:tabs>
              <w:tab w:val="right" w:leader="dot" w:pos="8630"/>
            </w:tabs>
            <w:rPr>
              <w:b w:val="0"/>
              <w:bCs w:val="0"/>
              <w:i w:val="0"/>
              <w:iCs w:val="0"/>
              <w:noProof/>
              <w:kern w:val="2"/>
              <w14:ligatures w14:val="standardContextual"/>
            </w:rPr>
          </w:pPr>
          <w:hyperlink w:anchor="_Toc162956989" w:history="1">
            <w:r w:rsidRPr="00A44C08">
              <w:rPr>
                <w:rStyle w:val="Hyperlink"/>
                <w:noProof/>
              </w:rPr>
              <w:t>I</w:t>
            </w:r>
            <w:r>
              <w:rPr>
                <w:noProof/>
                <w:webHidden/>
              </w:rPr>
              <w:tab/>
            </w:r>
            <w:r>
              <w:rPr>
                <w:noProof/>
                <w:webHidden/>
              </w:rPr>
              <w:fldChar w:fldCharType="begin"/>
            </w:r>
            <w:r>
              <w:rPr>
                <w:noProof/>
                <w:webHidden/>
              </w:rPr>
              <w:instrText xml:space="preserve"> PAGEREF _Toc162956989 \h </w:instrText>
            </w:r>
            <w:r>
              <w:rPr>
                <w:noProof/>
                <w:webHidden/>
              </w:rPr>
            </w:r>
            <w:r>
              <w:rPr>
                <w:noProof/>
                <w:webHidden/>
              </w:rPr>
              <w:fldChar w:fldCharType="separate"/>
            </w:r>
            <w:r w:rsidR="005A52E0">
              <w:rPr>
                <w:noProof/>
                <w:webHidden/>
              </w:rPr>
              <w:t>24</w:t>
            </w:r>
            <w:r>
              <w:rPr>
                <w:noProof/>
                <w:webHidden/>
              </w:rPr>
              <w:fldChar w:fldCharType="end"/>
            </w:r>
          </w:hyperlink>
        </w:p>
        <w:p w14:paraId="1D98121E" w14:textId="6FA7C165" w:rsidR="00E373CD" w:rsidRDefault="00E373CD">
          <w:pPr>
            <w:pStyle w:val="TOC1"/>
            <w:tabs>
              <w:tab w:val="right" w:leader="dot" w:pos="8630"/>
            </w:tabs>
            <w:rPr>
              <w:b w:val="0"/>
              <w:bCs w:val="0"/>
              <w:i w:val="0"/>
              <w:iCs w:val="0"/>
              <w:noProof/>
              <w:kern w:val="2"/>
              <w14:ligatures w14:val="standardContextual"/>
            </w:rPr>
          </w:pPr>
          <w:hyperlink w:anchor="_Toc162956990" w:history="1">
            <w:r w:rsidRPr="00A44C08">
              <w:rPr>
                <w:rStyle w:val="Hyperlink"/>
                <w:noProof/>
              </w:rPr>
              <w:t>L</w:t>
            </w:r>
            <w:r>
              <w:rPr>
                <w:noProof/>
                <w:webHidden/>
              </w:rPr>
              <w:tab/>
            </w:r>
            <w:r>
              <w:rPr>
                <w:noProof/>
                <w:webHidden/>
              </w:rPr>
              <w:fldChar w:fldCharType="begin"/>
            </w:r>
            <w:r>
              <w:rPr>
                <w:noProof/>
                <w:webHidden/>
              </w:rPr>
              <w:instrText xml:space="preserve"> PAGEREF _Toc162956990 \h </w:instrText>
            </w:r>
            <w:r>
              <w:rPr>
                <w:noProof/>
                <w:webHidden/>
              </w:rPr>
            </w:r>
            <w:r>
              <w:rPr>
                <w:noProof/>
                <w:webHidden/>
              </w:rPr>
              <w:fldChar w:fldCharType="separate"/>
            </w:r>
            <w:r w:rsidR="005A52E0">
              <w:rPr>
                <w:noProof/>
                <w:webHidden/>
              </w:rPr>
              <w:t>28</w:t>
            </w:r>
            <w:r>
              <w:rPr>
                <w:noProof/>
                <w:webHidden/>
              </w:rPr>
              <w:fldChar w:fldCharType="end"/>
            </w:r>
          </w:hyperlink>
        </w:p>
        <w:p w14:paraId="6DFBC477" w14:textId="239BB1E5" w:rsidR="00E373CD" w:rsidRDefault="00E373CD">
          <w:pPr>
            <w:pStyle w:val="TOC1"/>
            <w:tabs>
              <w:tab w:val="right" w:leader="dot" w:pos="8630"/>
            </w:tabs>
            <w:rPr>
              <w:b w:val="0"/>
              <w:bCs w:val="0"/>
              <w:i w:val="0"/>
              <w:iCs w:val="0"/>
              <w:noProof/>
              <w:kern w:val="2"/>
              <w14:ligatures w14:val="standardContextual"/>
            </w:rPr>
          </w:pPr>
          <w:hyperlink w:anchor="_Toc162956991" w:history="1">
            <w:r w:rsidRPr="00A44C08">
              <w:rPr>
                <w:rStyle w:val="Hyperlink"/>
                <w:noProof/>
              </w:rPr>
              <w:t>M</w:t>
            </w:r>
            <w:r>
              <w:rPr>
                <w:noProof/>
                <w:webHidden/>
              </w:rPr>
              <w:tab/>
            </w:r>
            <w:r>
              <w:rPr>
                <w:noProof/>
                <w:webHidden/>
              </w:rPr>
              <w:fldChar w:fldCharType="begin"/>
            </w:r>
            <w:r>
              <w:rPr>
                <w:noProof/>
                <w:webHidden/>
              </w:rPr>
              <w:instrText xml:space="preserve"> PAGEREF _Toc162956991 \h </w:instrText>
            </w:r>
            <w:r>
              <w:rPr>
                <w:noProof/>
                <w:webHidden/>
              </w:rPr>
            </w:r>
            <w:r>
              <w:rPr>
                <w:noProof/>
                <w:webHidden/>
              </w:rPr>
              <w:fldChar w:fldCharType="separate"/>
            </w:r>
            <w:r w:rsidR="005A52E0">
              <w:rPr>
                <w:noProof/>
                <w:webHidden/>
              </w:rPr>
              <w:t>30</w:t>
            </w:r>
            <w:r>
              <w:rPr>
                <w:noProof/>
                <w:webHidden/>
              </w:rPr>
              <w:fldChar w:fldCharType="end"/>
            </w:r>
          </w:hyperlink>
        </w:p>
        <w:p w14:paraId="6EACF294" w14:textId="6B9E4037" w:rsidR="00E373CD" w:rsidRDefault="00E373CD">
          <w:pPr>
            <w:pStyle w:val="TOC1"/>
            <w:tabs>
              <w:tab w:val="right" w:leader="dot" w:pos="8630"/>
            </w:tabs>
            <w:rPr>
              <w:b w:val="0"/>
              <w:bCs w:val="0"/>
              <w:i w:val="0"/>
              <w:iCs w:val="0"/>
              <w:noProof/>
              <w:kern w:val="2"/>
              <w14:ligatures w14:val="standardContextual"/>
            </w:rPr>
          </w:pPr>
          <w:hyperlink w:anchor="_Toc162956992" w:history="1">
            <w:r w:rsidRPr="00A44C08">
              <w:rPr>
                <w:rStyle w:val="Hyperlink"/>
                <w:noProof/>
              </w:rPr>
              <w:t>N</w:t>
            </w:r>
            <w:r>
              <w:rPr>
                <w:noProof/>
                <w:webHidden/>
              </w:rPr>
              <w:tab/>
            </w:r>
            <w:r>
              <w:rPr>
                <w:noProof/>
                <w:webHidden/>
              </w:rPr>
              <w:fldChar w:fldCharType="begin"/>
            </w:r>
            <w:r>
              <w:rPr>
                <w:noProof/>
                <w:webHidden/>
              </w:rPr>
              <w:instrText xml:space="preserve"> PAGEREF _Toc162956992 \h </w:instrText>
            </w:r>
            <w:r>
              <w:rPr>
                <w:noProof/>
                <w:webHidden/>
              </w:rPr>
            </w:r>
            <w:r>
              <w:rPr>
                <w:noProof/>
                <w:webHidden/>
              </w:rPr>
              <w:fldChar w:fldCharType="separate"/>
            </w:r>
            <w:r w:rsidR="005A52E0">
              <w:rPr>
                <w:noProof/>
                <w:webHidden/>
              </w:rPr>
              <w:t>32</w:t>
            </w:r>
            <w:r>
              <w:rPr>
                <w:noProof/>
                <w:webHidden/>
              </w:rPr>
              <w:fldChar w:fldCharType="end"/>
            </w:r>
          </w:hyperlink>
        </w:p>
        <w:p w14:paraId="7BE30070" w14:textId="28B9F9B6" w:rsidR="00E373CD" w:rsidRDefault="00E373CD">
          <w:pPr>
            <w:pStyle w:val="TOC1"/>
            <w:tabs>
              <w:tab w:val="right" w:leader="dot" w:pos="8630"/>
            </w:tabs>
            <w:rPr>
              <w:b w:val="0"/>
              <w:bCs w:val="0"/>
              <w:i w:val="0"/>
              <w:iCs w:val="0"/>
              <w:noProof/>
              <w:kern w:val="2"/>
              <w14:ligatures w14:val="standardContextual"/>
            </w:rPr>
          </w:pPr>
          <w:hyperlink w:anchor="_Toc162956993" w:history="1">
            <w:r w:rsidRPr="00A44C08">
              <w:rPr>
                <w:rStyle w:val="Hyperlink"/>
                <w:noProof/>
              </w:rPr>
              <w:t>O</w:t>
            </w:r>
            <w:r>
              <w:rPr>
                <w:noProof/>
                <w:webHidden/>
              </w:rPr>
              <w:tab/>
            </w:r>
            <w:r>
              <w:rPr>
                <w:noProof/>
                <w:webHidden/>
              </w:rPr>
              <w:fldChar w:fldCharType="begin"/>
            </w:r>
            <w:r>
              <w:rPr>
                <w:noProof/>
                <w:webHidden/>
              </w:rPr>
              <w:instrText xml:space="preserve"> PAGEREF _Toc162956993 \h </w:instrText>
            </w:r>
            <w:r>
              <w:rPr>
                <w:noProof/>
                <w:webHidden/>
              </w:rPr>
            </w:r>
            <w:r>
              <w:rPr>
                <w:noProof/>
                <w:webHidden/>
              </w:rPr>
              <w:fldChar w:fldCharType="separate"/>
            </w:r>
            <w:r w:rsidR="005A52E0">
              <w:rPr>
                <w:noProof/>
                <w:webHidden/>
              </w:rPr>
              <w:t>33</w:t>
            </w:r>
            <w:r>
              <w:rPr>
                <w:noProof/>
                <w:webHidden/>
              </w:rPr>
              <w:fldChar w:fldCharType="end"/>
            </w:r>
          </w:hyperlink>
        </w:p>
        <w:p w14:paraId="4E94BF73" w14:textId="792A4457" w:rsidR="00E373CD" w:rsidRDefault="00E373CD">
          <w:pPr>
            <w:pStyle w:val="TOC1"/>
            <w:tabs>
              <w:tab w:val="right" w:leader="dot" w:pos="8630"/>
            </w:tabs>
            <w:rPr>
              <w:b w:val="0"/>
              <w:bCs w:val="0"/>
              <w:i w:val="0"/>
              <w:iCs w:val="0"/>
              <w:noProof/>
              <w:kern w:val="2"/>
              <w14:ligatures w14:val="standardContextual"/>
            </w:rPr>
          </w:pPr>
          <w:hyperlink w:anchor="_Toc162956994" w:history="1">
            <w:r w:rsidRPr="00A44C08">
              <w:rPr>
                <w:rStyle w:val="Hyperlink"/>
                <w:noProof/>
              </w:rPr>
              <w:t>P</w:t>
            </w:r>
            <w:r>
              <w:rPr>
                <w:noProof/>
                <w:webHidden/>
              </w:rPr>
              <w:tab/>
            </w:r>
            <w:r>
              <w:rPr>
                <w:noProof/>
                <w:webHidden/>
              </w:rPr>
              <w:fldChar w:fldCharType="begin"/>
            </w:r>
            <w:r>
              <w:rPr>
                <w:noProof/>
                <w:webHidden/>
              </w:rPr>
              <w:instrText xml:space="preserve"> PAGEREF _Toc162956994 \h </w:instrText>
            </w:r>
            <w:r>
              <w:rPr>
                <w:noProof/>
                <w:webHidden/>
              </w:rPr>
            </w:r>
            <w:r>
              <w:rPr>
                <w:noProof/>
                <w:webHidden/>
              </w:rPr>
              <w:fldChar w:fldCharType="separate"/>
            </w:r>
            <w:r w:rsidR="005A52E0">
              <w:rPr>
                <w:noProof/>
                <w:webHidden/>
              </w:rPr>
              <w:t>35</w:t>
            </w:r>
            <w:r>
              <w:rPr>
                <w:noProof/>
                <w:webHidden/>
              </w:rPr>
              <w:fldChar w:fldCharType="end"/>
            </w:r>
          </w:hyperlink>
        </w:p>
        <w:p w14:paraId="3B8174DF" w14:textId="61524E35" w:rsidR="00E373CD" w:rsidRDefault="00E373CD">
          <w:pPr>
            <w:pStyle w:val="TOC1"/>
            <w:tabs>
              <w:tab w:val="right" w:leader="dot" w:pos="8630"/>
            </w:tabs>
            <w:rPr>
              <w:b w:val="0"/>
              <w:bCs w:val="0"/>
              <w:i w:val="0"/>
              <w:iCs w:val="0"/>
              <w:noProof/>
              <w:kern w:val="2"/>
              <w14:ligatures w14:val="standardContextual"/>
            </w:rPr>
          </w:pPr>
          <w:hyperlink w:anchor="_Toc162956995" w:history="1">
            <w:r w:rsidRPr="00A44C08">
              <w:rPr>
                <w:rStyle w:val="Hyperlink"/>
                <w:noProof/>
              </w:rPr>
              <w:t>Q</w:t>
            </w:r>
            <w:r>
              <w:rPr>
                <w:noProof/>
                <w:webHidden/>
              </w:rPr>
              <w:tab/>
            </w:r>
            <w:r>
              <w:rPr>
                <w:noProof/>
                <w:webHidden/>
              </w:rPr>
              <w:fldChar w:fldCharType="begin"/>
            </w:r>
            <w:r>
              <w:rPr>
                <w:noProof/>
                <w:webHidden/>
              </w:rPr>
              <w:instrText xml:space="preserve"> PAGEREF _Toc162956995 \h </w:instrText>
            </w:r>
            <w:r>
              <w:rPr>
                <w:noProof/>
                <w:webHidden/>
              </w:rPr>
            </w:r>
            <w:r>
              <w:rPr>
                <w:noProof/>
                <w:webHidden/>
              </w:rPr>
              <w:fldChar w:fldCharType="separate"/>
            </w:r>
            <w:r w:rsidR="005A52E0">
              <w:rPr>
                <w:noProof/>
                <w:webHidden/>
              </w:rPr>
              <w:t>40</w:t>
            </w:r>
            <w:r>
              <w:rPr>
                <w:noProof/>
                <w:webHidden/>
              </w:rPr>
              <w:fldChar w:fldCharType="end"/>
            </w:r>
          </w:hyperlink>
        </w:p>
        <w:p w14:paraId="706D5D89" w14:textId="6709867C" w:rsidR="00E373CD" w:rsidRDefault="00E373CD">
          <w:pPr>
            <w:pStyle w:val="TOC1"/>
            <w:tabs>
              <w:tab w:val="right" w:leader="dot" w:pos="8630"/>
            </w:tabs>
            <w:rPr>
              <w:b w:val="0"/>
              <w:bCs w:val="0"/>
              <w:i w:val="0"/>
              <w:iCs w:val="0"/>
              <w:noProof/>
              <w:kern w:val="2"/>
              <w14:ligatures w14:val="standardContextual"/>
            </w:rPr>
          </w:pPr>
          <w:hyperlink w:anchor="_Toc162956996" w:history="1">
            <w:r w:rsidRPr="00A44C08">
              <w:rPr>
                <w:rStyle w:val="Hyperlink"/>
                <w:noProof/>
              </w:rPr>
              <w:t>R</w:t>
            </w:r>
            <w:r>
              <w:rPr>
                <w:noProof/>
                <w:webHidden/>
              </w:rPr>
              <w:tab/>
            </w:r>
            <w:r>
              <w:rPr>
                <w:noProof/>
                <w:webHidden/>
              </w:rPr>
              <w:fldChar w:fldCharType="begin"/>
            </w:r>
            <w:r>
              <w:rPr>
                <w:noProof/>
                <w:webHidden/>
              </w:rPr>
              <w:instrText xml:space="preserve"> PAGEREF _Toc162956996 \h </w:instrText>
            </w:r>
            <w:r>
              <w:rPr>
                <w:noProof/>
                <w:webHidden/>
              </w:rPr>
            </w:r>
            <w:r>
              <w:rPr>
                <w:noProof/>
                <w:webHidden/>
              </w:rPr>
              <w:fldChar w:fldCharType="separate"/>
            </w:r>
            <w:r w:rsidR="005A52E0">
              <w:rPr>
                <w:noProof/>
                <w:webHidden/>
              </w:rPr>
              <w:t>42</w:t>
            </w:r>
            <w:r>
              <w:rPr>
                <w:noProof/>
                <w:webHidden/>
              </w:rPr>
              <w:fldChar w:fldCharType="end"/>
            </w:r>
          </w:hyperlink>
        </w:p>
        <w:p w14:paraId="2EAA3866" w14:textId="09B1D27E" w:rsidR="00E373CD" w:rsidRDefault="00E373CD">
          <w:pPr>
            <w:pStyle w:val="TOC1"/>
            <w:tabs>
              <w:tab w:val="right" w:leader="dot" w:pos="8630"/>
            </w:tabs>
            <w:rPr>
              <w:b w:val="0"/>
              <w:bCs w:val="0"/>
              <w:i w:val="0"/>
              <w:iCs w:val="0"/>
              <w:noProof/>
              <w:kern w:val="2"/>
              <w14:ligatures w14:val="standardContextual"/>
            </w:rPr>
          </w:pPr>
          <w:hyperlink w:anchor="_Toc162956997" w:history="1">
            <w:r w:rsidRPr="00A44C08">
              <w:rPr>
                <w:rStyle w:val="Hyperlink"/>
                <w:noProof/>
              </w:rPr>
              <w:t>S</w:t>
            </w:r>
            <w:r>
              <w:rPr>
                <w:noProof/>
                <w:webHidden/>
              </w:rPr>
              <w:tab/>
            </w:r>
            <w:r>
              <w:rPr>
                <w:noProof/>
                <w:webHidden/>
              </w:rPr>
              <w:fldChar w:fldCharType="begin"/>
            </w:r>
            <w:r>
              <w:rPr>
                <w:noProof/>
                <w:webHidden/>
              </w:rPr>
              <w:instrText xml:space="preserve"> PAGEREF _Toc162956997 \h </w:instrText>
            </w:r>
            <w:r>
              <w:rPr>
                <w:noProof/>
                <w:webHidden/>
              </w:rPr>
            </w:r>
            <w:r>
              <w:rPr>
                <w:noProof/>
                <w:webHidden/>
              </w:rPr>
              <w:fldChar w:fldCharType="separate"/>
            </w:r>
            <w:r w:rsidR="005A52E0">
              <w:rPr>
                <w:noProof/>
                <w:webHidden/>
              </w:rPr>
              <w:t>45</w:t>
            </w:r>
            <w:r>
              <w:rPr>
                <w:noProof/>
                <w:webHidden/>
              </w:rPr>
              <w:fldChar w:fldCharType="end"/>
            </w:r>
          </w:hyperlink>
        </w:p>
        <w:p w14:paraId="53425C9F" w14:textId="3849EC71" w:rsidR="00E373CD" w:rsidRDefault="00E373CD">
          <w:pPr>
            <w:pStyle w:val="TOC1"/>
            <w:tabs>
              <w:tab w:val="right" w:leader="dot" w:pos="8630"/>
            </w:tabs>
            <w:rPr>
              <w:b w:val="0"/>
              <w:bCs w:val="0"/>
              <w:i w:val="0"/>
              <w:iCs w:val="0"/>
              <w:noProof/>
              <w:kern w:val="2"/>
              <w14:ligatures w14:val="standardContextual"/>
            </w:rPr>
          </w:pPr>
          <w:hyperlink w:anchor="_Toc162956998" w:history="1">
            <w:r w:rsidRPr="00A44C08">
              <w:rPr>
                <w:rStyle w:val="Hyperlink"/>
                <w:noProof/>
              </w:rPr>
              <w:t>T</w:t>
            </w:r>
            <w:r>
              <w:rPr>
                <w:noProof/>
                <w:webHidden/>
              </w:rPr>
              <w:tab/>
            </w:r>
            <w:r>
              <w:rPr>
                <w:noProof/>
                <w:webHidden/>
              </w:rPr>
              <w:fldChar w:fldCharType="begin"/>
            </w:r>
            <w:r>
              <w:rPr>
                <w:noProof/>
                <w:webHidden/>
              </w:rPr>
              <w:instrText xml:space="preserve"> PAGEREF _Toc162956998 \h </w:instrText>
            </w:r>
            <w:r>
              <w:rPr>
                <w:noProof/>
                <w:webHidden/>
              </w:rPr>
            </w:r>
            <w:r>
              <w:rPr>
                <w:noProof/>
                <w:webHidden/>
              </w:rPr>
              <w:fldChar w:fldCharType="separate"/>
            </w:r>
            <w:r w:rsidR="005A52E0">
              <w:rPr>
                <w:noProof/>
                <w:webHidden/>
              </w:rPr>
              <w:t>50</w:t>
            </w:r>
            <w:r>
              <w:rPr>
                <w:noProof/>
                <w:webHidden/>
              </w:rPr>
              <w:fldChar w:fldCharType="end"/>
            </w:r>
          </w:hyperlink>
        </w:p>
        <w:p w14:paraId="33E8291D" w14:textId="369E570A" w:rsidR="00E373CD" w:rsidRDefault="00E373CD">
          <w:pPr>
            <w:pStyle w:val="TOC1"/>
            <w:tabs>
              <w:tab w:val="right" w:leader="dot" w:pos="8630"/>
            </w:tabs>
            <w:rPr>
              <w:b w:val="0"/>
              <w:bCs w:val="0"/>
              <w:i w:val="0"/>
              <w:iCs w:val="0"/>
              <w:noProof/>
              <w:kern w:val="2"/>
              <w14:ligatures w14:val="standardContextual"/>
            </w:rPr>
          </w:pPr>
          <w:hyperlink w:anchor="_Toc162956999" w:history="1">
            <w:r w:rsidRPr="00A44C08">
              <w:rPr>
                <w:rStyle w:val="Hyperlink"/>
                <w:noProof/>
              </w:rPr>
              <w:t>U</w:t>
            </w:r>
            <w:r>
              <w:rPr>
                <w:noProof/>
                <w:webHidden/>
              </w:rPr>
              <w:tab/>
            </w:r>
            <w:r>
              <w:rPr>
                <w:noProof/>
                <w:webHidden/>
              </w:rPr>
              <w:fldChar w:fldCharType="begin"/>
            </w:r>
            <w:r>
              <w:rPr>
                <w:noProof/>
                <w:webHidden/>
              </w:rPr>
              <w:instrText xml:space="preserve"> PAGEREF _Toc162956999 \h </w:instrText>
            </w:r>
            <w:r>
              <w:rPr>
                <w:noProof/>
                <w:webHidden/>
              </w:rPr>
            </w:r>
            <w:r>
              <w:rPr>
                <w:noProof/>
                <w:webHidden/>
              </w:rPr>
              <w:fldChar w:fldCharType="separate"/>
            </w:r>
            <w:r w:rsidR="005A52E0">
              <w:rPr>
                <w:noProof/>
                <w:webHidden/>
              </w:rPr>
              <w:t>51</w:t>
            </w:r>
            <w:r>
              <w:rPr>
                <w:noProof/>
                <w:webHidden/>
              </w:rPr>
              <w:fldChar w:fldCharType="end"/>
            </w:r>
          </w:hyperlink>
        </w:p>
        <w:p w14:paraId="6C7DFFD8" w14:textId="421897A1" w:rsidR="00E373CD" w:rsidRDefault="00E373CD">
          <w:pPr>
            <w:pStyle w:val="TOC1"/>
            <w:tabs>
              <w:tab w:val="right" w:leader="dot" w:pos="8630"/>
            </w:tabs>
            <w:rPr>
              <w:b w:val="0"/>
              <w:bCs w:val="0"/>
              <w:i w:val="0"/>
              <w:iCs w:val="0"/>
              <w:noProof/>
              <w:kern w:val="2"/>
              <w14:ligatures w14:val="standardContextual"/>
            </w:rPr>
          </w:pPr>
          <w:hyperlink w:anchor="_Toc162957000" w:history="1">
            <w:r w:rsidRPr="00A44C08">
              <w:rPr>
                <w:rStyle w:val="Hyperlink"/>
                <w:noProof/>
              </w:rPr>
              <w:t>V</w:t>
            </w:r>
            <w:r>
              <w:rPr>
                <w:noProof/>
                <w:webHidden/>
              </w:rPr>
              <w:tab/>
            </w:r>
            <w:r>
              <w:rPr>
                <w:noProof/>
                <w:webHidden/>
              </w:rPr>
              <w:fldChar w:fldCharType="begin"/>
            </w:r>
            <w:r>
              <w:rPr>
                <w:noProof/>
                <w:webHidden/>
              </w:rPr>
              <w:instrText xml:space="preserve"> PAGEREF _Toc162957000 \h </w:instrText>
            </w:r>
            <w:r>
              <w:rPr>
                <w:noProof/>
                <w:webHidden/>
              </w:rPr>
            </w:r>
            <w:r>
              <w:rPr>
                <w:noProof/>
                <w:webHidden/>
              </w:rPr>
              <w:fldChar w:fldCharType="separate"/>
            </w:r>
            <w:r w:rsidR="005A52E0">
              <w:rPr>
                <w:noProof/>
                <w:webHidden/>
              </w:rPr>
              <w:t>51</w:t>
            </w:r>
            <w:r>
              <w:rPr>
                <w:noProof/>
                <w:webHidden/>
              </w:rPr>
              <w:fldChar w:fldCharType="end"/>
            </w:r>
          </w:hyperlink>
        </w:p>
        <w:p w14:paraId="38CCF828" w14:textId="2A5C89F7" w:rsidR="00E373CD" w:rsidRDefault="00E373CD">
          <w:pPr>
            <w:pStyle w:val="TOC1"/>
            <w:tabs>
              <w:tab w:val="right" w:leader="dot" w:pos="8630"/>
            </w:tabs>
            <w:rPr>
              <w:b w:val="0"/>
              <w:bCs w:val="0"/>
              <w:i w:val="0"/>
              <w:iCs w:val="0"/>
              <w:noProof/>
              <w:kern w:val="2"/>
              <w14:ligatures w14:val="standardContextual"/>
            </w:rPr>
          </w:pPr>
          <w:hyperlink w:anchor="_Toc162957001" w:history="1">
            <w:r w:rsidRPr="00A44C08">
              <w:rPr>
                <w:rStyle w:val="Hyperlink"/>
                <w:noProof/>
              </w:rPr>
              <w:t>W</w:t>
            </w:r>
            <w:r>
              <w:rPr>
                <w:noProof/>
                <w:webHidden/>
              </w:rPr>
              <w:tab/>
            </w:r>
            <w:r>
              <w:rPr>
                <w:noProof/>
                <w:webHidden/>
              </w:rPr>
              <w:fldChar w:fldCharType="begin"/>
            </w:r>
            <w:r>
              <w:rPr>
                <w:noProof/>
                <w:webHidden/>
              </w:rPr>
              <w:instrText xml:space="preserve"> PAGEREF _Toc162957001 \h </w:instrText>
            </w:r>
            <w:r>
              <w:rPr>
                <w:noProof/>
                <w:webHidden/>
              </w:rPr>
            </w:r>
            <w:r>
              <w:rPr>
                <w:noProof/>
                <w:webHidden/>
              </w:rPr>
              <w:fldChar w:fldCharType="separate"/>
            </w:r>
            <w:r w:rsidR="005A52E0">
              <w:rPr>
                <w:noProof/>
                <w:webHidden/>
              </w:rPr>
              <w:t>54</w:t>
            </w:r>
            <w:r>
              <w:rPr>
                <w:noProof/>
                <w:webHidden/>
              </w:rPr>
              <w:fldChar w:fldCharType="end"/>
            </w:r>
          </w:hyperlink>
        </w:p>
        <w:p w14:paraId="2A58E595" w14:textId="2BBE2507" w:rsidR="00E373CD" w:rsidRDefault="00E373CD">
          <w:pPr>
            <w:pStyle w:val="TOC1"/>
            <w:tabs>
              <w:tab w:val="right" w:leader="dot" w:pos="8630"/>
            </w:tabs>
            <w:rPr>
              <w:b w:val="0"/>
              <w:bCs w:val="0"/>
              <w:i w:val="0"/>
              <w:iCs w:val="0"/>
              <w:noProof/>
              <w:kern w:val="2"/>
              <w14:ligatures w14:val="standardContextual"/>
            </w:rPr>
          </w:pPr>
          <w:hyperlink w:anchor="_Toc162957002" w:history="1">
            <w:r w:rsidRPr="00A44C08">
              <w:rPr>
                <w:rStyle w:val="Hyperlink"/>
                <w:noProof/>
              </w:rPr>
              <w:t>X</w:t>
            </w:r>
            <w:r>
              <w:rPr>
                <w:noProof/>
                <w:webHidden/>
              </w:rPr>
              <w:tab/>
            </w:r>
            <w:r>
              <w:rPr>
                <w:noProof/>
                <w:webHidden/>
              </w:rPr>
              <w:fldChar w:fldCharType="begin"/>
            </w:r>
            <w:r>
              <w:rPr>
                <w:noProof/>
                <w:webHidden/>
              </w:rPr>
              <w:instrText xml:space="preserve"> PAGEREF _Toc162957002 \h </w:instrText>
            </w:r>
            <w:r>
              <w:rPr>
                <w:noProof/>
                <w:webHidden/>
              </w:rPr>
            </w:r>
            <w:r>
              <w:rPr>
                <w:noProof/>
                <w:webHidden/>
              </w:rPr>
              <w:fldChar w:fldCharType="separate"/>
            </w:r>
            <w:r w:rsidR="005A52E0">
              <w:rPr>
                <w:noProof/>
                <w:webHidden/>
              </w:rPr>
              <w:t>54</w:t>
            </w:r>
            <w:r>
              <w:rPr>
                <w:noProof/>
                <w:webHidden/>
              </w:rPr>
              <w:fldChar w:fldCharType="end"/>
            </w:r>
          </w:hyperlink>
        </w:p>
        <w:p w14:paraId="2F6C50CF" w14:textId="4F369255" w:rsidR="00E373CD" w:rsidRDefault="00E373CD">
          <w:pPr>
            <w:pStyle w:val="TOC1"/>
            <w:tabs>
              <w:tab w:val="right" w:leader="dot" w:pos="8630"/>
            </w:tabs>
            <w:rPr>
              <w:b w:val="0"/>
              <w:bCs w:val="0"/>
              <w:i w:val="0"/>
              <w:iCs w:val="0"/>
              <w:noProof/>
              <w:kern w:val="2"/>
              <w14:ligatures w14:val="standardContextual"/>
            </w:rPr>
          </w:pPr>
          <w:hyperlink w:anchor="_Toc162957003" w:history="1">
            <w:r w:rsidRPr="00A44C08">
              <w:rPr>
                <w:rStyle w:val="Hyperlink"/>
                <w:noProof/>
              </w:rPr>
              <w:t>Y</w:t>
            </w:r>
            <w:r>
              <w:rPr>
                <w:noProof/>
                <w:webHidden/>
              </w:rPr>
              <w:tab/>
            </w:r>
            <w:r>
              <w:rPr>
                <w:noProof/>
                <w:webHidden/>
              </w:rPr>
              <w:fldChar w:fldCharType="begin"/>
            </w:r>
            <w:r>
              <w:rPr>
                <w:noProof/>
                <w:webHidden/>
              </w:rPr>
              <w:instrText xml:space="preserve"> PAGEREF _Toc162957003 \h </w:instrText>
            </w:r>
            <w:r>
              <w:rPr>
                <w:noProof/>
                <w:webHidden/>
              </w:rPr>
            </w:r>
            <w:r>
              <w:rPr>
                <w:noProof/>
                <w:webHidden/>
              </w:rPr>
              <w:fldChar w:fldCharType="separate"/>
            </w:r>
            <w:r w:rsidR="005A52E0">
              <w:rPr>
                <w:noProof/>
                <w:webHidden/>
              </w:rPr>
              <w:t>54</w:t>
            </w:r>
            <w:r>
              <w:rPr>
                <w:noProof/>
                <w:webHidden/>
              </w:rPr>
              <w:fldChar w:fldCharType="end"/>
            </w:r>
          </w:hyperlink>
        </w:p>
        <w:p w14:paraId="6964DA35" w14:textId="28B98BC2" w:rsidR="00E373CD" w:rsidRDefault="00E373CD">
          <w:pPr>
            <w:pStyle w:val="TOC1"/>
            <w:tabs>
              <w:tab w:val="right" w:leader="dot" w:pos="8630"/>
            </w:tabs>
            <w:rPr>
              <w:b w:val="0"/>
              <w:bCs w:val="0"/>
              <w:i w:val="0"/>
              <w:iCs w:val="0"/>
              <w:noProof/>
              <w:kern w:val="2"/>
              <w14:ligatures w14:val="standardContextual"/>
            </w:rPr>
          </w:pPr>
          <w:hyperlink w:anchor="_Toc162957004" w:history="1">
            <w:r w:rsidRPr="00A44C08">
              <w:rPr>
                <w:rStyle w:val="Hyperlink"/>
                <w:noProof/>
              </w:rPr>
              <w:t>Z</w:t>
            </w:r>
            <w:r>
              <w:rPr>
                <w:noProof/>
                <w:webHidden/>
              </w:rPr>
              <w:tab/>
            </w:r>
            <w:r>
              <w:rPr>
                <w:noProof/>
                <w:webHidden/>
              </w:rPr>
              <w:fldChar w:fldCharType="begin"/>
            </w:r>
            <w:r>
              <w:rPr>
                <w:noProof/>
                <w:webHidden/>
              </w:rPr>
              <w:instrText xml:space="preserve"> PAGEREF _Toc162957004 \h </w:instrText>
            </w:r>
            <w:r>
              <w:rPr>
                <w:noProof/>
                <w:webHidden/>
              </w:rPr>
            </w:r>
            <w:r>
              <w:rPr>
                <w:noProof/>
                <w:webHidden/>
              </w:rPr>
              <w:fldChar w:fldCharType="separate"/>
            </w:r>
            <w:r w:rsidR="005A52E0">
              <w:rPr>
                <w:noProof/>
                <w:webHidden/>
              </w:rPr>
              <w:t>55</w:t>
            </w:r>
            <w:r>
              <w:rPr>
                <w:noProof/>
                <w:webHidden/>
              </w:rPr>
              <w:fldChar w:fldCharType="end"/>
            </w:r>
          </w:hyperlink>
        </w:p>
        <w:p w14:paraId="5D140841" w14:textId="77777777" w:rsidR="00E373CD" w:rsidRDefault="00E373CD">
          <w:r>
            <w:rPr>
              <w:b/>
              <w:bCs/>
              <w:noProof/>
            </w:rPr>
            <w:fldChar w:fldCharType="end"/>
          </w:r>
        </w:p>
      </w:sdtContent>
    </w:sdt>
    <w:p w14:paraId="648DA01E" w14:textId="77777777" w:rsidR="007E21A4" w:rsidRPr="00F719CF" w:rsidRDefault="00000000" w:rsidP="00F719CF">
      <w:pPr>
        <w:pStyle w:val="Heading2"/>
      </w:pPr>
      <w:bookmarkStart w:id="0" w:name="_Toc162956982"/>
      <w:r w:rsidRPr="00F719CF">
        <w:lastRenderedPageBreak/>
        <w:t>A</w:t>
      </w:r>
      <w:bookmarkEnd w:id="0"/>
    </w:p>
    <w:tbl>
      <w:tblPr>
        <w:tblStyle w:val="GlossaryTerm-NewLetter"/>
        <w:tblW w:w="0" w:type="auto"/>
        <w:tblLook w:val="0480" w:firstRow="0" w:lastRow="0" w:firstColumn="1" w:lastColumn="0" w:noHBand="0" w:noVBand="1"/>
      </w:tblPr>
      <w:tblGrid>
        <w:gridCol w:w="2102"/>
        <w:gridCol w:w="6754"/>
      </w:tblGrid>
      <w:tr w:rsidR="007E21A4" w:rsidRPr="00505B42" w14:paraId="7317F14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449E6E" w14:textId="77777777" w:rsidR="007E21A4" w:rsidRPr="00505B42" w:rsidRDefault="00000000" w:rsidP="000C5BCD">
            <w:pPr>
              <w:spacing w:line="276" w:lineRule="auto"/>
              <w:rPr>
                <w:rFonts w:cs="Noto Sans"/>
              </w:rPr>
            </w:pPr>
            <w:r w:rsidRPr="00505B42">
              <w:rPr>
                <w:rFonts w:cs="Noto Sans"/>
              </w:rPr>
              <w:t>Additive inverse</w:t>
            </w:r>
          </w:p>
        </w:tc>
        <w:tc>
          <w:tcPr>
            <w:tcW w:w="7171" w:type="dxa"/>
          </w:tcPr>
          <w:p w14:paraId="6B7E9B47"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opposite of a number.</w:t>
            </w:r>
          </w:p>
        </w:tc>
      </w:tr>
      <w:tr w:rsidR="007E21A4" w:rsidRPr="00505B42" w14:paraId="3BD0DDD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8FD548" w14:textId="77777777" w:rsidR="007E21A4" w:rsidRPr="00505B42" w:rsidRDefault="00000000" w:rsidP="000C5BCD">
            <w:pPr>
              <w:spacing w:line="276" w:lineRule="auto"/>
              <w:rPr>
                <w:rFonts w:cs="Noto Sans"/>
              </w:rPr>
            </w:pPr>
            <w:r w:rsidRPr="00505B42">
              <w:rPr>
                <w:rFonts w:cs="Noto Sans"/>
              </w:rPr>
              <w:t>Inverso aditivo</w:t>
            </w:r>
          </w:p>
        </w:tc>
        <w:tc>
          <w:tcPr>
            <w:tcW w:w="7171" w:type="dxa"/>
          </w:tcPr>
          <w:p w14:paraId="40F616A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opuesto de un número. </w:t>
            </w:r>
          </w:p>
        </w:tc>
      </w:tr>
    </w:tbl>
    <w:p w14:paraId="56DC3A2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2"/>
        <w:gridCol w:w="6744"/>
      </w:tblGrid>
      <w:tr w:rsidR="007E21A4" w:rsidRPr="00505B42" w14:paraId="16025E5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9AFE653" w14:textId="77777777" w:rsidR="007E21A4" w:rsidRPr="00505B42" w:rsidRDefault="00000000" w:rsidP="000C5BCD">
            <w:pPr>
              <w:spacing w:line="276" w:lineRule="auto"/>
              <w:rPr>
                <w:rFonts w:cs="Noto Sans"/>
              </w:rPr>
            </w:pPr>
            <w:r w:rsidRPr="00505B42">
              <w:rPr>
                <w:rFonts w:cs="Noto Sans"/>
              </w:rPr>
              <w:t>Annuity</w:t>
            </w:r>
          </w:p>
        </w:tc>
        <w:tc>
          <w:tcPr>
            <w:tcW w:w="7171" w:type="dxa"/>
          </w:tcPr>
          <w:p w14:paraId="4C23D72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annuity is an investment that is a sequence of equal periodic deposits.</w:t>
            </w:r>
          </w:p>
        </w:tc>
      </w:tr>
      <w:tr w:rsidR="007E21A4" w:rsidRPr="00505B42" w14:paraId="3B55961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3EB1C81" w14:textId="77777777" w:rsidR="007E21A4" w:rsidRPr="00505B42" w:rsidRDefault="00000000" w:rsidP="000C5BCD">
            <w:pPr>
              <w:spacing w:line="276" w:lineRule="auto"/>
              <w:rPr>
                <w:rFonts w:cs="Noto Sans"/>
              </w:rPr>
            </w:pPr>
            <w:r w:rsidRPr="00505B42">
              <w:rPr>
                <w:rFonts w:cs="Noto Sans"/>
              </w:rPr>
              <w:t>Anualidad</w:t>
            </w:r>
          </w:p>
        </w:tc>
        <w:tc>
          <w:tcPr>
            <w:tcW w:w="7171" w:type="dxa"/>
          </w:tcPr>
          <w:p w14:paraId="1DB1715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anualidad es una inversión que consiste en una secuencia de depósitos periódicos iguales.</w:t>
            </w:r>
          </w:p>
        </w:tc>
      </w:tr>
    </w:tbl>
    <w:p w14:paraId="5D6B730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71"/>
        <w:gridCol w:w="6785"/>
      </w:tblGrid>
      <w:tr w:rsidR="007E21A4" w:rsidRPr="00505B42" w14:paraId="62C4E2C2"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E29A83D" w14:textId="77777777" w:rsidR="007E21A4" w:rsidRPr="00505B42" w:rsidRDefault="00000000" w:rsidP="000C5BCD">
            <w:pPr>
              <w:spacing w:line="276" w:lineRule="auto"/>
              <w:rPr>
                <w:rFonts w:cs="Noto Sans"/>
              </w:rPr>
            </w:pPr>
            <w:r w:rsidRPr="00505B42">
              <w:rPr>
                <w:rFonts w:cs="Noto Sans"/>
              </w:rPr>
              <w:t>Area</w:t>
            </w:r>
          </w:p>
        </w:tc>
        <w:tc>
          <w:tcPr>
            <w:tcW w:w="7171" w:type="dxa"/>
          </w:tcPr>
          <w:p w14:paraId="1F28294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measurement of the total space contained by a shape on a 2-dimensional surface. It is measured by the number of non-overlapping square units</w:t>
            </w:r>
          </w:p>
        </w:tc>
      </w:tr>
      <w:tr w:rsidR="007E21A4" w:rsidRPr="00505B42" w14:paraId="1C57737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63C1561" w14:textId="77777777" w:rsidR="007E21A4" w:rsidRPr="00505B42" w:rsidRDefault="00000000" w:rsidP="000C5BCD">
            <w:pPr>
              <w:spacing w:line="276" w:lineRule="auto"/>
              <w:rPr>
                <w:rFonts w:cs="Noto Sans"/>
              </w:rPr>
            </w:pPr>
            <w:r w:rsidRPr="00505B42">
              <w:rPr>
                <w:rFonts w:cs="Noto Sans"/>
              </w:rPr>
              <w:t>Área</w:t>
            </w:r>
          </w:p>
        </w:tc>
        <w:tc>
          <w:tcPr>
            <w:tcW w:w="7171" w:type="dxa"/>
          </w:tcPr>
          <w:p w14:paraId="3A0CE91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medida del espacio total contenido por una forma en una superficie bidimensional. Se mide por el número de unidades cuadradas que no se superponen.</w:t>
            </w:r>
          </w:p>
        </w:tc>
      </w:tr>
    </w:tbl>
    <w:p w14:paraId="61F69BF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89"/>
        <w:gridCol w:w="6767"/>
      </w:tblGrid>
      <w:tr w:rsidR="007E21A4" w:rsidRPr="00505B42" w14:paraId="3431553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CC926FF" w14:textId="77777777" w:rsidR="007E21A4" w:rsidRPr="00505B42" w:rsidRDefault="00000000" w:rsidP="000C5BCD">
            <w:pPr>
              <w:spacing w:line="276" w:lineRule="auto"/>
              <w:rPr>
                <w:rFonts w:cs="Noto Sans"/>
              </w:rPr>
            </w:pPr>
            <w:r w:rsidRPr="00505B42">
              <w:rPr>
                <w:rFonts w:cs="Noto Sans"/>
              </w:rPr>
              <w:t>Area model</w:t>
            </w:r>
          </w:p>
        </w:tc>
        <w:tc>
          <w:tcPr>
            <w:tcW w:w="7171" w:type="dxa"/>
          </w:tcPr>
          <w:p w14:paraId="5BE9D23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visual representation of multiplication where the factors are indicated by the number of rows and columns of adjacent but non-overlapping squares. The product is the total number of squares.</w:t>
            </w:r>
          </w:p>
        </w:tc>
      </w:tr>
      <w:tr w:rsidR="007E21A4" w:rsidRPr="00505B42" w14:paraId="7FFC0DC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39E7698" w14:textId="77777777" w:rsidR="007E21A4" w:rsidRPr="00505B42" w:rsidRDefault="00000000" w:rsidP="000C5BCD">
            <w:pPr>
              <w:spacing w:line="276" w:lineRule="auto"/>
              <w:rPr>
                <w:rFonts w:cs="Noto Sans"/>
              </w:rPr>
            </w:pPr>
            <w:r w:rsidRPr="00505B42">
              <w:rPr>
                <w:rFonts w:cs="Noto Sans"/>
              </w:rPr>
              <w:t>Modelo de área</w:t>
            </w:r>
          </w:p>
        </w:tc>
        <w:tc>
          <w:tcPr>
            <w:tcW w:w="7171" w:type="dxa"/>
          </w:tcPr>
          <w:p w14:paraId="513882B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representación visual de multiplicación donde los factores se indican por el número de filas y columnas de cuadrados adyacentes que no se enciman. El producto es el número total de cuadrados.</w:t>
            </w:r>
          </w:p>
        </w:tc>
      </w:tr>
    </w:tbl>
    <w:p w14:paraId="03A9A74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5"/>
        <w:gridCol w:w="6741"/>
      </w:tblGrid>
      <w:tr w:rsidR="007E21A4" w:rsidRPr="00505B42" w14:paraId="12BD684F"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1E83C8D5" w14:textId="77777777" w:rsidR="007E21A4" w:rsidRPr="00505B42" w:rsidRDefault="00000000" w:rsidP="000C5BCD">
            <w:pPr>
              <w:spacing w:line="276" w:lineRule="auto"/>
              <w:rPr>
                <w:rFonts w:cs="Noto Sans"/>
              </w:rPr>
            </w:pPr>
            <w:r w:rsidRPr="00505B42">
              <w:rPr>
                <w:rFonts w:cs="Noto Sans"/>
              </w:rPr>
              <w:lastRenderedPageBreak/>
              <w:t>Arithmetic sequence</w:t>
            </w:r>
          </w:p>
        </w:tc>
        <w:tc>
          <w:tcPr>
            <w:tcW w:w="7171" w:type="dxa"/>
          </w:tcPr>
          <w:p w14:paraId="40BC4C0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sequence where the difference between consecutive terms is constant. A numerical pattern that increases or decreases according to a constant value or proportion.</w:t>
            </w:r>
          </w:p>
        </w:tc>
      </w:tr>
      <w:tr w:rsidR="007E21A4" w:rsidRPr="00505B42" w14:paraId="54C650F3"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07576848" w14:textId="77777777" w:rsidR="007E21A4" w:rsidRPr="00505B42" w:rsidRDefault="00000000" w:rsidP="000C5BCD">
            <w:pPr>
              <w:spacing w:line="276" w:lineRule="auto"/>
              <w:rPr>
                <w:rFonts w:cs="Noto Sans"/>
              </w:rPr>
            </w:pPr>
            <w:r w:rsidRPr="00505B42">
              <w:rPr>
                <w:rFonts w:cs="Noto Sans"/>
              </w:rPr>
              <w:t>Secuencia aritmética</w:t>
            </w:r>
          </w:p>
        </w:tc>
        <w:tc>
          <w:tcPr>
            <w:tcW w:w="7171" w:type="dxa"/>
          </w:tcPr>
          <w:p w14:paraId="3F4853D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patrón numérico que aumenta o disminuye según un valor o proporción constante. Una secuencia donde la diferencia entre términos consecutivos es constante.</w:t>
            </w:r>
          </w:p>
        </w:tc>
      </w:tr>
    </w:tbl>
    <w:p w14:paraId="571C6A4B" w14:textId="77777777" w:rsidR="007E21A4" w:rsidRPr="00505B42" w:rsidRDefault="007E21A4" w:rsidP="000C5BCD">
      <w:pPr>
        <w:rPr>
          <w:rFonts w:ascii="Noto Sans" w:hAnsi="Noto Sans" w:cs="Noto Sans"/>
        </w:rPr>
      </w:pPr>
    </w:p>
    <w:tbl>
      <w:tblPr>
        <w:tblStyle w:val="GlossaryTerm-Standard"/>
        <w:tblW w:w="0" w:type="auto"/>
        <w:tblLook w:val="0480" w:firstRow="0" w:lastRow="0" w:firstColumn="1" w:lastColumn="0" w:noHBand="0" w:noVBand="1"/>
      </w:tblPr>
      <w:tblGrid>
        <w:gridCol w:w="2116"/>
        <w:gridCol w:w="6740"/>
      </w:tblGrid>
      <w:tr w:rsidR="007E21A4" w:rsidRPr="00505B42" w14:paraId="38690C4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26AE49" w14:textId="77777777" w:rsidR="007E21A4" w:rsidRPr="00505B42" w:rsidRDefault="00000000" w:rsidP="000C5BCD">
            <w:pPr>
              <w:spacing w:line="276" w:lineRule="auto"/>
              <w:rPr>
                <w:rFonts w:cs="Noto Sans"/>
              </w:rPr>
            </w:pPr>
            <w:r w:rsidRPr="00505B42">
              <w:rPr>
                <w:rFonts w:cs="Noto Sans"/>
              </w:rPr>
              <w:t>Associative property</w:t>
            </w:r>
          </w:p>
        </w:tc>
        <w:tc>
          <w:tcPr>
            <w:tcW w:w="7171" w:type="dxa"/>
          </w:tcPr>
          <w:p w14:paraId="7EF92E1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property that enables the different combinations of the same operation to be performed in different orders. </w:t>
            </w:r>
            <w:r w:rsidRPr="00505B42">
              <w:rPr>
                <w:rFonts w:cs="Noto Sans"/>
              </w:rPr>
              <w:br/>
              <w:t xml:space="preserve">Addition: </w:t>
            </w:r>
            <m:oMath>
              <m:r>
                <w:rPr>
                  <w:rFonts w:ascii="Cambria Math" w:hAnsi="Cambria Math" w:cs="Noto Sans"/>
                </w:rPr>
                <m:t xml:space="preserve">a+(b+c)=(a+b)+c </m:t>
              </m:r>
            </m:oMath>
            <w:r w:rsidRPr="00505B42">
              <w:rPr>
                <w:rFonts w:cs="Noto Sans"/>
              </w:rPr>
              <w:br/>
              <w:t xml:space="preserve">Multiplication: </w:t>
            </w:r>
            <m:oMath>
              <m:r>
                <w:rPr>
                  <w:rFonts w:ascii="Cambria Math" w:hAnsi="Cambria Math" w:cs="Noto Sans"/>
                </w:rPr>
                <m:t>a(bc) = (ab)c</m:t>
              </m:r>
            </m:oMath>
          </w:p>
        </w:tc>
      </w:tr>
      <w:tr w:rsidR="007E21A4" w:rsidRPr="00505B42" w14:paraId="0F1686F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08F25C" w14:textId="77777777" w:rsidR="007E21A4" w:rsidRPr="00370EB2" w:rsidRDefault="00000000" w:rsidP="000C5BCD">
            <w:pPr>
              <w:spacing w:line="276" w:lineRule="auto"/>
              <w:rPr>
                <w:rFonts w:cs="Noto Sans"/>
                <w:lang w:val="es-ES"/>
              </w:rPr>
            </w:pPr>
            <w:r w:rsidRPr="00370EB2">
              <w:rPr>
                <w:rFonts w:cs="Noto Sans"/>
                <w:lang w:val="es-ES"/>
              </w:rPr>
              <w:t>Propiedad asociativa</w:t>
            </w:r>
          </w:p>
        </w:tc>
        <w:tc>
          <w:tcPr>
            <w:tcW w:w="7171" w:type="dxa"/>
          </w:tcPr>
          <w:p w14:paraId="3F4682D9"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Una propiedad que permite que las diferentes combinaciones de la misma operación se realicen en diferentes órdenes </w:t>
            </w:r>
            <w:r w:rsidRPr="00370EB2">
              <w:rPr>
                <w:rFonts w:cs="Noto Sans"/>
                <w:lang w:val="es-ES"/>
              </w:rPr>
              <w:br/>
              <w:t xml:space="preserve">Suma: </w:t>
            </w:r>
            <m:oMath>
              <m:r>
                <w:rPr>
                  <w:rFonts w:ascii="Cambria Math" w:hAnsi="Cambria Math" w:cs="Noto Sans"/>
                  <w:lang w:val="es-ES"/>
                </w:rPr>
                <m:t xml:space="preserve">a+(b+c)=(a+b)+c </m:t>
              </m:r>
            </m:oMath>
            <w:r w:rsidRPr="00370EB2">
              <w:rPr>
                <w:rFonts w:cs="Noto Sans"/>
                <w:lang w:val="es-ES"/>
              </w:rPr>
              <w:br/>
              <w:t xml:space="preserve">Multiplicación: </w:t>
            </w:r>
            <m:oMath>
              <m:r>
                <w:rPr>
                  <w:rFonts w:ascii="Cambria Math" w:hAnsi="Cambria Math" w:cs="Noto Sans"/>
                  <w:lang w:val="es-ES"/>
                </w:rPr>
                <m:t>a(bc) = (ab)c</m:t>
              </m:r>
            </m:oMath>
          </w:p>
        </w:tc>
      </w:tr>
    </w:tbl>
    <w:p w14:paraId="6E456EA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78707BF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B3C9B9" w14:textId="77777777" w:rsidR="007E21A4" w:rsidRPr="00505B42" w:rsidRDefault="00000000" w:rsidP="000C5BCD">
            <w:pPr>
              <w:spacing w:line="276" w:lineRule="auto"/>
              <w:rPr>
                <w:rFonts w:cs="Noto Sans"/>
              </w:rPr>
            </w:pPr>
            <w:r w:rsidRPr="00505B42">
              <w:rPr>
                <w:rFonts w:cs="Noto Sans"/>
              </w:rPr>
              <w:t>Asymptote</w:t>
            </w:r>
          </w:p>
        </w:tc>
        <w:tc>
          <w:tcPr>
            <w:tcW w:w="7171" w:type="dxa"/>
          </w:tcPr>
          <w:p w14:paraId="244EA72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line which a graph of a function approaches closely but never touches.</w:t>
            </w:r>
          </w:p>
        </w:tc>
      </w:tr>
      <w:tr w:rsidR="007E21A4" w:rsidRPr="00505B42" w14:paraId="4961853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E513815" w14:textId="77777777" w:rsidR="007E21A4" w:rsidRPr="00505B42" w:rsidRDefault="00000000" w:rsidP="000C5BCD">
            <w:pPr>
              <w:spacing w:line="276" w:lineRule="auto"/>
              <w:rPr>
                <w:rFonts w:cs="Noto Sans"/>
              </w:rPr>
            </w:pPr>
            <w:r w:rsidRPr="00505B42">
              <w:rPr>
                <w:rFonts w:cs="Noto Sans"/>
              </w:rPr>
              <w:t>Asíntota</w:t>
            </w:r>
          </w:p>
        </w:tc>
        <w:tc>
          <w:tcPr>
            <w:tcW w:w="7171" w:type="dxa"/>
          </w:tcPr>
          <w:p w14:paraId="5CE146A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recta a la que la gráfica de una función se acerca pero nunca toca.</w:t>
            </w:r>
          </w:p>
        </w:tc>
      </w:tr>
    </w:tbl>
    <w:p w14:paraId="3D412A9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684B840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80B8387" w14:textId="77777777" w:rsidR="007E21A4" w:rsidRPr="00505B42" w:rsidRDefault="00000000" w:rsidP="000C5BCD">
            <w:pPr>
              <w:spacing w:line="276" w:lineRule="auto"/>
              <w:rPr>
                <w:rFonts w:cs="Noto Sans"/>
              </w:rPr>
            </w:pPr>
            <w:r w:rsidRPr="00505B42">
              <w:rPr>
                <w:rFonts w:cs="Noto Sans"/>
              </w:rPr>
              <w:t>Average rate of change</w:t>
            </w:r>
          </w:p>
        </w:tc>
        <w:tc>
          <w:tcPr>
            <w:tcW w:w="7171" w:type="dxa"/>
          </w:tcPr>
          <w:p w14:paraId="3CC18D0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change in the outputs divided by the change in the inputs. It is the slope of the line on the graph. </w:t>
            </w:r>
          </w:p>
        </w:tc>
      </w:tr>
      <w:tr w:rsidR="007E21A4" w:rsidRPr="00505B42" w14:paraId="18FEF42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415F05E" w14:textId="77777777" w:rsidR="007E21A4" w:rsidRPr="00505B42" w:rsidRDefault="00000000" w:rsidP="000C5BCD">
            <w:pPr>
              <w:spacing w:line="276" w:lineRule="auto"/>
              <w:rPr>
                <w:rFonts w:cs="Noto Sans"/>
              </w:rPr>
            </w:pPr>
            <w:r w:rsidRPr="00505B42">
              <w:rPr>
                <w:rFonts w:cs="Noto Sans"/>
              </w:rPr>
              <w:t>Tasa promedio de cambio</w:t>
            </w:r>
          </w:p>
        </w:tc>
        <w:tc>
          <w:tcPr>
            <w:tcW w:w="7171" w:type="dxa"/>
          </w:tcPr>
          <w:p w14:paraId="48B3137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cambio en las salidas dividido por el cambio en las entradas. Es la pendiente de la recta en la gráfica.</w:t>
            </w:r>
          </w:p>
        </w:tc>
      </w:tr>
    </w:tbl>
    <w:p w14:paraId="07EA5FC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69"/>
        <w:gridCol w:w="6787"/>
      </w:tblGrid>
      <w:tr w:rsidR="007E21A4" w:rsidRPr="00505B42" w14:paraId="76EEB8D9"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456931AE" w14:textId="77777777" w:rsidR="007E21A4" w:rsidRPr="00505B42" w:rsidRDefault="00000000" w:rsidP="000C5BCD">
            <w:pPr>
              <w:keepNext/>
              <w:spacing w:line="276" w:lineRule="auto"/>
              <w:rPr>
                <w:rFonts w:cs="Noto Sans"/>
              </w:rPr>
            </w:pPr>
            <w:r w:rsidRPr="00505B42">
              <w:rPr>
                <w:rFonts w:cs="Noto Sans"/>
              </w:rPr>
              <w:lastRenderedPageBreak/>
              <w:t>Axes</w:t>
            </w:r>
          </w:p>
        </w:tc>
        <w:tc>
          <w:tcPr>
            <w:tcW w:w="7171" w:type="dxa"/>
          </w:tcPr>
          <w:p w14:paraId="6FA3B8A0"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two perpendicular number lines in a coordinate system.</w:t>
            </w:r>
          </w:p>
        </w:tc>
      </w:tr>
      <w:tr w:rsidR="007E21A4" w:rsidRPr="00505B42" w14:paraId="1553BC10"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3F365E3C" w14:textId="77777777" w:rsidR="007E21A4" w:rsidRPr="00505B42" w:rsidRDefault="00000000" w:rsidP="000C5BCD">
            <w:pPr>
              <w:keepNext/>
              <w:spacing w:line="276" w:lineRule="auto"/>
              <w:rPr>
                <w:rFonts w:cs="Noto Sans"/>
              </w:rPr>
            </w:pPr>
            <w:r w:rsidRPr="00505B42">
              <w:rPr>
                <w:rFonts w:cs="Noto Sans"/>
              </w:rPr>
              <w:t>Ejes</w:t>
            </w:r>
          </w:p>
        </w:tc>
        <w:tc>
          <w:tcPr>
            <w:tcW w:w="7171" w:type="dxa"/>
          </w:tcPr>
          <w:p w14:paraId="23C9F1F3"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Las dos rectas numéricas perpendiculares en un sistema de coordenadas. </w:t>
            </w:r>
          </w:p>
        </w:tc>
      </w:tr>
    </w:tbl>
    <w:p w14:paraId="486281E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7F18B38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61EA828" w14:textId="77777777" w:rsidR="007E21A4" w:rsidRPr="00505B42" w:rsidRDefault="00000000" w:rsidP="000C5BCD">
            <w:pPr>
              <w:spacing w:line="276" w:lineRule="auto"/>
              <w:rPr>
                <w:rFonts w:cs="Noto Sans"/>
              </w:rPr>
            </w:pPr>
            <w:r w:rsidRPr="00505B42">
              <w:rPr>
                <w:rFonts w:cs="Noto Sans"/>
              </w:rPr>
              <w:t>Axis of symmetry</w:t>
            </w:r>
          </w:p>
        </w:tc>
        <w:tc>
          <w:tcPr>
            <w:tcW w:w="7171" w:type="dxa"/>
          </w:tcPr>
          <w:p w14:paraId="6125B83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line that divides a figure, shape, or object into equivalent halves. In a quadratic function of the form</w:t>
            </w:r>
            <w:r w:rsidR="001616C8" w:rsidRPr="001616C8">
              <w:rPr>
                <w:rFonts w:ascii="Cambria Math" w:hAnsi="Cambria Math" w:cs="Noto Sans"/>
              </w:rPr>
              <w:t xml:space="preserve"> </w:t>
            </w:r>
            <m:oMath>
              <m:r>
                <w:rPr>
                  <w:rFonts w:ascii="Cambria Math" w:hAnsi="Cambria Math" w:cs="Noto Sans"/>
                </w:rPr>
                <m:t>y=a(x-h)²+k</m:t>
              </m:r>
            </m:oMath>
            <w:r w:rsidRPr="00505B42">
              <w:rPr>
                <w:rFonts w:cs="Noto Sans"/>
              </w:rPr>
              <w:t xml:space="preserve">, where </w:t>
            </w:r>
            <m:oMath>
              <m:r>
                <w:rPr>
                  <w:rFonts w:ascii="Cambria Math" w:hAnsi="Cambria Math" w:cs="Noto Sans"/>
                </w:rPr>
                <m:t>(h, k)</m:t>
              </m:r>
            </m:oMath>
            <w:r w:rsidRPr="00505B42">
              <w:rPr>
                <w:rFonts w:cs="Noto Sans"/>
              </w:rPr>
              <w:t xml:space="preserve"> is the vertex of the parabola, it is</w:t>
            </w:r>
            <w:r w:rsidR="001616C8">
              <w:rPr>
                <w:rFonts w:cs="Noto Sans"/>
              </w:rPr>
              <w:t xml:space="preserve"> </w:t>
            </w:r>
            <m:oMath>
              <m:r>
                <w:rPr>
                  <w:rFonts w:ascii="Cambria Math" w:hAnsi="Cambria Math" w:cs="Noto Sans"/>
                </w:rPr>
                <m:t>x=h</m:t>
              </m:r>
            </m:oMath>
            <w:r w:rsidRPr="00505B42">
              <w:rPr>
                <w:rFonts w:cs="Noto Sans"/>
              </w:rPr>
              <w:t>.</w:t>
            </w:r>
          </w:p>
        </w:tc>
      </w:tr>
      <w:tr w:rsidR="007E21A4" w:rsidRPr="00505B42" w14:paraId="7026A76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1AB2511" w14:textId="77777777" w:rsidR="007E21A4" w:rsidRPr="00370EB2" w:rsidRDefault="00000000" w:rsidP="000C5BCD">
            <w:pPr>
              <w:spacing w:line="276" w:lineRule="auto"/>
              <w:rPr>
                <w:rFonts w:cs="Noto Sans"/>
                <w:lang w:val="es-ES"/>
              </w:rPr>
            </w:pPr>
            <w:r w:rsidRPr="00370EB2">
              <w:rPr>
                <w:rFonts w:cs="Noto Sans"/>
                <w:lang w:val="es-ES"/>
              </w:rPr>
              <w:t>Eje de simetría</w:t>
            </w:r>
          </w:p>
        </w:tc>
        <w:tc>
          <w:tcPr>
            <w:tcW w:w="7171" w:type="dxa"/>
          </w:tcPr>
          <w:p w14:paraId="4DB9E8D9"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Línea que divide una figura, forma u objeto en mitades equivalentes. En una función cuadrática de la forma </w:t>
            </w:r>
            <m:oMath>
              <m:r>
                <m:rPr>
                  <m:sty m:val="p"/>
                </m:rPr>
                <w:rPr>
                  <w:rFonts w:ascii="Cambria Math" w:hAnsi="Cambria Math" w:cs="Noto Sans"/>
                  <w:lang w:val="es-ES"/>
                </w:rPr>
                <m:t>y</m:t>
              </m:r>
              <m:r>
                <w:rPr>
                  <w:rFonts w:ascii="Cambria Math" w:hAnsi="Cambria Math" w:cs="Noto Sans"/>
                  <w:lang w:val="es-ES"/>
                </w:rPr>
                <m:t>=a(x-h)²+k</m:t>
              </m:r>
            </m:oMath>
            <w:r w:rsidRPr="00370EB2">
              <w:rPr>
                <w:rFonts w:cs="Noto Sans"/>
                <w:lang w:val="es-ES"/>
              </w:rPr>
              <w:t xml:space="preserve">, donde </w:t>
            </w:r>
            <m:oMath>
              <m:r>
                <w:rPr>
                  <w:rFonts w:ascii="Cambria Math" w:hAnsi="Cambria Math" w:cs="Noto Sans"/>
                  <w:lang w:val="es-ES"/>
                </w:rPr>
                <m:t>(h, k)</m:t>
              </m:r>
            </m:oMath>
            <w:r w:rsidR="001616C8" w:rsidRPr="00370EB2">
              <w:rPr>
                <w:rFonts w:cs="Noto Sans"/>
                <w:lang w:val="es-ES"/>
              </w:rPr>
              <w:t xml:space="preserve"> </w:t>
            </w:r>
            <w:r w:rsidRPr="00370EB2">
              <w:rPr>
                <w:rFonts w:cs="Noto Sans"/>
                <w:lang w:val="es-ES"/>
              </w:rPr>
              <w:t xml:space="preserve"> es el vértice de la parábola, es </w:t>
            </w:r>
            <m:oMath>
              <m:r>
                <w:rPr>
                  <w:rFonts w:ascii="Cambria Math" w:hAnsi="Cambria Math" w:cs="Noto Sans"/>
                  <w:lang w:val="es-ES"/>
                </w:rPr>
                <m:t>x=h</m:t>
              </m:r>
            </m:oMath>
            <w:r w:rsidRPr="00370EB2">
              <w:rPr>
                <w:rFonts w:cs="Noto Sans"/>
                <w:lang w:val="es-ES"/>
              </w:rPr>
              <w:t>.</w:t>
            </w:r>
          </w:p>
        </w:tc>
      </w:tr>
    </w:tbl>
    <w:p w14:paraId="15F1A4DE" w14:textId="77777777" w:rsidR="007E21A4" w:rsidRPr="00505B42" w:rsidRDefault="003E0449" w:rsidP="00294ADB">
      <w:pPr>
        <w:pStyle w:val="ListBullet"/>
        <w:numPr>
          <w:ilvl w:val="0"/>
          <w:numId w:val="0"/>
        </w:numPr>
        <w:jc w:val="center"/>
      </w:pPr>
      <w:r>
        <w:rPr>
          <w:noProof/>
        </w:rPr>
        <w:drawing>
          <wp:inline distT="0" distB="0" distL="0" distR="0" wp14:anchorId="3E4C48E2" wp14:editId="34862E99">
            <wp:extent cx="2675223" cy="2749742"/>
            <wp:effectExtent l="0" t="0" r="5080" b="0"/>
            <wp:docPr id="1121771987" name="Picture 2" descr="Graph of a downward-opening parabola with a vertical dashed line marking the axis of symmetry. (Gráfico de una parábola que se abre hacia abajo, con una línea vertical discontinua que marca el eje de sime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71987" name="Picture 2" descr="Graph of a downward-opening parabola with a vertical dashed line marking the axis of symmetry. (Gráfico de una parábola que se abre hacia abajo, con una línea vertical discontinua que marca el eje de simetría.)"/>
                    <pic:cNvPicPr/>
                  </pic:nvPicPr>
                  <pic:blipFill>
                    <a:blip r:embed="rId8"/>
                    <a:stretch>
                      <a:fillRect/>
                    </a:stretch>
                  </pic:blipFill>
                  <pic:spPr>
                    <a:xfrm>
                      <a:off x="0" y="0"/>
                      <a:ext cx="2716367" cy="2792032"/>
                    </a:xfrm>
                    <a:prstGeom prst="rect">
                      <a:avLst/>
                    </a:prstGeom>
                  </pic:spPr>
                </pic:pic>
              </a:graphicData>
            </a:graphic>
          </wp:inline>
        </w:drawing>
      </w:r>
    </w:p>
    <w:p w14:paraId="724E88D3" w14:textId="77777777" w:rsidR="007E21A4" w:rsidRPr="00505B42" w:rsidRDefault="00000000" w:rsidP="00F719CF">
      <w:pPr>
        <w:pStyle w:val="Heading2"/>
      </w:pPr>
      <w:bookmarkStart w:id="1" w:name="_Toc162956983"/>
      <w:r w:rsidRPr="00505B42">
        <w:t>B</w:t>
      </w:r>
      <w:bookmarkEnd w:id="1"/>
    </w:p>
    <w:tbl>
      <w:tblPr>
        <w:tblStyle w:val="GlossaryTerm-NewLetter"/>
        <w:tblW w:w="0" w:type="auto"/>
        <w:tblLook w:val="0480" w:firstRow="0" w:lastRow="0" w:firstColumn="1" w:lastColumn="0" w:noHBand="0" w:noVBand="1"/>
      </w:tblPr>
      <w:tblGrid>
        <w:gridCol w:w="2110"/>
        <w:gridCol w:w="6746"/>
      </w:tblGrid>
      <w:tr w:rsidR="007E21A4" w:rsidRPr="00505B42" w14:paraId="5C712F4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9E3FEFD" w14:textId="77777777" w:rsidR="007E21A4" w:rsidRPr="00505B42" w:rsidRDefault="00000000" w:rsidP="000C5BCD">
            <w:pPr>
              <w:spacing w:line="276" w:lineRule="auto"/>
              <w:rPr>
                <w:rFonts w:cs="Noto Sans"/>
              </w:rPr>
            </w:pPr>
            <w:r w:rsidRPr="00505B42">
              <w:rPr>
                <w:rFonts w:cs="Noto Sans"/>
              </w:rPr>
              <w:t>Base</w:t>
            </w:r>
          </w:p>
        </w:tc>
        <w:tc>
          <w:tcPr>
            <w:tcW w:w="7171" w:type="dxa"/>
          </w:tcPr>
          <w:p w14:paraId="4AB9FEC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In an expression of the form</w:t>
            </w:r>
            <w:r w:rsidR="001616C8">
              <w:rPr>
                <w:rFonts w:cs="Noto Sans"/>
              </w:rPr>
              <w:t xml:space="preserve"> </w:t>
            </w:r>
            <m:oMath>
              <m:sSup>
                <m:sSupPr>
                  <m:ctrlPr>
                    <w:rPr>
                      <w:rFonts w:ascii="Cambria Math" w:hAnsi="Cambria Math" w:cs="Noto Sans"/>
                    </w:rPr>
                  </m:ctrlPr>
                </m:sSupPr>
                <m:e>
                  <m:r>
                    <w:rPr>
                      <w:rFonts w:ascii="Cambria Math" w:hAnsi="Cambria Math" w:cs="Noto Sans"/>
                    </w:rPr>
                    <m:t>x</m:t>
                  </m:r>
                </m:e>
                <m:sup>
                  <m:r>
                    <w:rPr>
                      <w:rFonts w:ascii="Cambria Math" w:hAnsi="Cambria Math" w:cs="Noto Sans"/>
                    </w:rPr>
                    <m:t>n</m:t>
                  </m:r>
                </m:sup>
              </m:sSup>
            </m:oMath>
            <w:r w:rsidRPr="00505B42">
              <w:rPr>
                <w:rFonts w:cs="Noto Sans"/>
              </w:rPr>
              <w:t>, the base is</w:t>
            </w:r>
            <w:r w:rsidR="001616C8">
              <w:rPr>
                <w:rFonts w:cs="Noto Sans"/>
              </w:rPr>
              <w:t xml:space="preserve"> </w:t>
            </w:r>
            <m:oMath>
              <m:r>
                <w:rPr>
                  <w:rFonts w:ascii="Cambria Math" w:hAnsi="Cambria Math" w:cs="Noto Sans"/>
                </w:rPr>
                <m:t>x</m:t>
              </m:r>
            </m:oMath>
            <w:r w:rsidRPr="00505B42">
              <w:rPr>
                <w:rFonts w:cs="Noto Sans"/>
              </w:rPr>
              <w:t xml:space="preserve">. </w:t>
            </w:r>
          </w:p>
        </w:tc>
      </w:tr>
      <w:tr w:rsidR="007E21A4" w:rsidRPr="00505B42" w14:paraId="4C67B09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309095" w14:textId="77777777" w:rsidR="007E21A4" w:rsidRPr="00505B42" w:rsidRDefault="00000000" w:rsidP="000C5BCD">
            <w:pPr>
              <w:spacing w:line="276" w:lineRule="auto"/>
              <w:rPr>
                <w:rFonts w:cs="Noto Sans"/>
              </w:rPr>
            </w:pPr>
            <w:r w:rsidRPr="00505B42">
              <w:rPr>
                <w:rFonts w:cs="Noto Sans"/>
              </w:rPr>
              <w:t>Base de una expresión</w:t>
            </w:r>
          </w:p>
        </w:tc>
        <w:tc>
          <w:tcPr>
            <w:tcW w:w="7171" w:type="dxa"/>
          </w:tcPr>
          <w:p w14:paraId="4B27AEB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En una expresión de la forma </w:t>
            </w:r>
            <m:oMath>
              <m:sSup>
                <m:sSupPr>
                  <m:ctrlPr>
                    <w:rPr>
                      <w:rFonts w:ascii="Cambria Math" w:hAnsi="Cambria Math" w:cs="Noto Sans"/>
                    </w:rPr>
                  </m:ctrlPr>
                </m:sSupPr>
                <m:e>
                  <m:r>
                    <w:rPr>
                      <w:rFonts w:ascii="Cambria Math" w:hAnsi="Cambria Math" w:cs="Noto Sans"/>
                    </w:rPr>
                    <m:t>x</m:t>
                  </m:r>
                </m:e>
                <m:sup>
                  <m:r>
                    <w:rPr>
                      <w:rFonts w:ascii="Cambria Math" w:hAnsi="Cambria Math" w:cs="Noto Sans"/>
                    </w:rPr>
                    <m:t>n</m:t>
                  </m:r>
                </m:sup>
              </m:sSup>
            </m:oMath>
            <w:r w:rsidRPr="00505B42">
              <w:rPr>
                <w:rFonts w:cs="Noto Sans"/>
              </w:rPr>
              <w:t xml:space="preserve">, la base es </w:t>
            </w:r>
            <m:oMath>
              <m:r>
                <w:rPr>
                  <w:rFonts w:ascii="Cambria Math" w:hAnsi="Cambria Math" w:cs="Noto Sans"/>
                </w:rPr>
                <m:t>x</m:t>
              </m:r>
            </m:oMath>
            <w:r w:rsidRPr="00505B42">
              <w:rPr>
                <w:rFonts w:cs="Noto Sans"/>
              </w:rPr>
              <w:t xml:space="preserve">. </w:t>
            </w:r>
          </w:p>
        </w:tc>
      </w:tr>
    </w:tbl>
    <w:p w14:paraId="40EDD36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2409D7B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ED46571" w14:textId="77777777" w:rsidR="007E21A4" w:rsidRPr="00505B42" w:rsidRDefault="00000000" w:rsidP="00AC7847">
            <w:pPr>
              <w:keepNext/>
              <w:spacing w:line="276" w:lineRule="auto"/>
              <w:rPr>
                <w:rFonts w:cs="Noto Sans"/>
              </w:rPr>
            </w:pPr>
            <w:r w:rsidRPr="00505B42">
              <w:rPr>
                <w:rFonts w:cs="Noto Sans"/>
              </w:rPr>
              <w:lastRenderedPageBreak/>
              <w:t>Binomial</w:t>
            </w:r>
          </w:p>
        </w:tc>
        <w:tc>
          <w:tcPr>
            <w:tcW w:w="7171" w:type="dxa"/>
          </w:tcPr>
          <w:p w14:paraId="35449B62" w14:textId="77777777" w:rsidR="007E21A4" w:rsidRPr="00505B42" w:rsidRDefault="00000000" w:rsidP="00AC7847">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algebraic expression with two terms.</w:t>
            </w:r>
          </w:p>
        </w:tc>
      </w:tr>
      <w:tr w:rsidR="007E21A4" w:rsidRPr="00505B42" w14:paraId="4B9E9BC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A47A05" w14:textId="77777777" w:rsidR="007E21A4" w:rsidRPr="00505B42" w:rsidRDefault="00000000" w:rsidP="00AC7847">
            <w:pPr>
              <w:keepNext/>
              <w:spacing w:line="276" w:lineRule="auto"/>
              <w:rPr>
                <w:rFonts w:cs="Noto Sans"/>
              </w:rPr>
            </w:pPr>
            <w:r w:rsidRPr="00505B42">
              <w:rPr>
                <w:rFonts w:cs="Noto Sans"/>
              </w:rPr>
              <w:t>Binomio</w:t>
            </w:r>
          </w:p>
        </w:tc>
        <w:tc>
          <w:tcPr>
            <w:tcW w:w="7171" w:type="dxa"/>
          </w:tcPr>
          <w:p w14:paraId="48E9C7B1" w14:textId="77777777" w:rsidR="007E21A4" w:rsidRPr="00505B42" w:rsidRDefault="00000000" w:rsidP="00AC7847">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expresión algebraica con dos términos.</w:t>
            </w:r>
          </w:p>
        </w:tc>
      </w:tr>
    </w:tbl>
    <w:p w14:paraId="1ECB1044"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9"/>
        <w:gridCol w:w="6747"/>
      </w:tblGrid>
      <w:tr w:rsidR="007E21A4" w:rsidRPr="00505B42" w14:paraId="3B6D0C8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3BB48D" w14:textId="77777777" w:rsidR="007E21A4" w:rsidRPr="00505B42" w:rsidRDefault="00000000" w:rsidP="000C5BCD">
            <w:pPr>
              <w:spacing w:line="276" w:lineRule="auto"/>
              <w:rPr>
                <w:rFonts w:cs="Noto Sans"/>
              </w:rPr>
            </w:pPr>
            <w:r w:rsidRPr="00505B42">
              <w:rPr>
                <w:rFonts w:cs="Noto Sans"/>
              </w:rPr>
              <w:t>Bivariate set of data</w:t>
            </w:r>
          </w:p>
        </w:tc>
        <w:tc>
          <w:tcPr>
            <w:tcW w:w="7171" w:type="dxa"/>
          </w:tcPr>
          <w:p w14:paraId="608A79B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Data of two variables of the same subject or object. </w:t>
            </w:r>
          </w:p>
        </w:tc>
      </w:tr>
      <w:tr w:rsidR="007E21A4" w:rsidRPr="00505B42" w14:paraId="42832A5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1862162" w14:textId="77777777" w:rsidR="007E21A4" w:rsidRPr="00505B42" w:rsidRDefault="00000000" w:rsidP="000C5BCD">
            <w:pPr>
              <w:spacing w:line="276" w:lineRule="auto"/>
              <w:rPr>
                <w:rFonts w:cs="Noto Sans"/>
              </w:rPr>
            </w:pPr>
            <w:r w:rsidRPr="00505B42">
              <w:rPr>
                <w:rFonts w:cs="Noto Sans"/>
              </w:rPr>
              <w:t>Conjunto bivariado de datos</w:t>
            </w:r>
          </w:p>
        </w:tc>
        <w:tc>
          <w:tcPr>
            <w:tcW w:w="7171" w:type="dxa"/>
          </w:tcPr>
          <w:p w14:paraId="71BB88F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Data de dos variables del mismo sujecto o objeto.</w:t>
            </w:r>
          </w:p>
        </w:tc>
      </w:tr>
    </w:tbl>
    <w:p w14:paraId="3CFB98E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7"/>
        <w:gridCol w:w="6749"/>
      </w:tblGrid>
      <w:tr w:rsidR="007E21A4" w:rsidRPr="00505B42" w14:paraId="0E154A7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B24CAB4" w14:textId="77777777" w:rsidR="007E21A4" w:rsidRPr="00505B42" w:rsidRDefault="00000000" w:rsidP="000C5BCD">
            <w:pPr>
              <w:spacing w:line="276" w:lineRule="auto"/>
              <w:rPr>
                <w:rFonts w:cs="Noto Sans"/>
              </w:rPr>
            </w:pPr>
            <w:r w:rsidRPr="00505B42">
              <w:rPr>
                <w:rFonts w:cs="Noto Sans"/>
              </w:rPr>
              <w:t>Boundary line</w:t>
            </w:r>
          </w:p>
        </w:tc>
        <w:tc>
          <w:tcPr>
            <w:tcW w:w="7171" w:type="dxa"/>
          </w:tcPr>
          <w:p w14:paraId="6D81227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line that separated the coordinate plane into regions. </w:t>
            </w:r>
          </w:p>
        </w:tc>
      </w:tr>
      <w:tr w:rsidR="007E21A4" w:rsidRPr="00505B42" w14:paraId="57092E9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1D57E88" w14:textId="77777777" w:rsidR="007E21A4" w:rsidRPr="00505B42" w:rsidRDefault="00000000" w:rsidP="000C5BCD">
            <w:pPr>
              <w:spacing w:line="276" w:lineRule="auto"/>
              <w:rPr>
                <w:rFonts w:cs="Noto Sans"/>
              </w:rPr>
            </w:pPr>
            <w:r w:rsidRPr="00505B42">
              <w:rPr>
                <w:rFonts w:cs="Noto Sans"/>
              </w:rPr>
              <w:t>Línea límite</w:t>
            </w:r>
          </w:p>
        </w:tc>
        <w:tc>
          <w:tcPr>
            <w:tcW w:w="7171" w:type="dxa"/>
          </w:tcPr>
          <w:p w14:paraId="56640B0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Línea que separa el plano de coordenadas en regiones.</w:t>
            </w:r>
          </w:p>
        </w:tc>
      </w:tr>
    </w:tbl>
    <w:p w14:paraId="164E3A05"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52148464" w14:textId="77777777" w:rsidR="007E21A4" w:rsidRPr="00505B42" w:rsidRDefault="00000000" w:rsidP="00F719CF">
      <w:pPr>
        <w:pStyle w:val="Heading2"/>
      </w:pPr>
      <w:bookmarkStart w:id="2" w:name="_Toc162956984"/>
      <w:r w:rsidRPr="00505B42">
        <w:t>C</w:t>
      </w:r>
      <w:bookmarkEnd w:id="2"/>
    </w:p>
    <w:tbl>
      <w:tblPr>
        <w:tblStyle w:val="GlossaryTerm-NewLetter"/>
        <w:tblW w:w="0" w:type="auto"/>
        <w:tblLook w:val="0480" w:firstRow="0" w:lastRow="0" w:firstColumn="1" w:lastColumn="0" w:noHBand="0" w:noVBand="1"/>
      </w:tblPr>
      <w:tblGrid>
        <w:gridCol w:w="2126"/>
        <w:gridCol w:w="6730"/>
      </w:tblGrid>
      <w:tr w:rsidR="007E21A4" w:rsidRPr="00505B42" w14:paraId="31F3ABB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27E177" w14:textId="77777777" w:rsidR="007E21A4" w:rsidRPr="00505B42" w:rsidRDefault="00000000" w:rsidP="000C5BCD">
            <w:pPr>
              <w:spacing w:line="276" w:lineRule="auto"/>
              <w:rPr>
                <w:rFonts w:cs="Noto Sans"/>
              </w:rPr>
            </w:pPr>
            <w:r w:rsidRPr="00505B42">
              <w:rPr>
                <w:rFonts w:cs="Noto Sans"/>
              </w:rPr>
              <w:t>Causal relationship</w:t>
            </w:r>
          </w:p>
        </w:tc>
        <w:tc>
          <w:tcPr>
            <w:tcW w:w="7171" w:type="dxa"/>
          </w:tcPr>
          <w:p w14:paraId="2D019D1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relationship in which a change in one of the variables causes a change in the other variable.</w:t>
            </w:r>
          </w:p>
        </w:tc>
      </w:tr>
      <w:tr w:rsidR="007E21A4" w:rsidRPr="00505B42" w14:paraId="1E6B4AF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C0F155E" w14:textId="77777777" w:rsidR="007E21A4" w:rsidRPr="00505B42" w:rsidRDefault="00000000" w:rsidP="000C5BCD">
            <w:pPr>
              <w:spacing w:line="276" w:lineRule="auto"/>
              <w:rPr>
                <w:rFonts w:cs="Noto Sans"/>
              </w:rPr>
            </w:pPr>
            <w:r w:rsidRPr="00505B42">
              <w:rPr>
                <w:rFonts w:cs="Noto Sans"/>
              </w:rPr>
              <w:t>Relación causal</w:t>
            </w:r>
          </w:p>
        </w:tc>
        <w:tc>
          <w:tcPr>
            <w:tcW w:w="7171" w:type="dxa"/>
          </w:tcPr>
          <w:p w14:paraId="19B3B67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Relación en la que un cambio en una de las variables provoca un cambio en la otra variable.</w:t>
            </w:r>
          </w:p>
        </w:tc>
      </w:tr>
    </w:tbl>
    <w:p w14:paraId="1528DDB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47"/>
        <w:gridCol w:w="6709"/>
      </w:tblGrid>
      <w:tr w:rsidR="007E21A4" w:rsidRPr="00505B42" w14:paraId="3E647FD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BCEC7D0" w14:textId="77777777" w:rsidR="007E21A4" w:rsidRPr="00505B42" w:rsidRDefault="00000000" w:rsidP="000C5BCD">
            <w:pPr>
              <w:spacing w:line="276" w:lineRule="auto"/>
              <w:rPr>
                <w:rFonts w:cs="Noto Sans"/>
              </w:rPr>
            </w:pPr>
            <w:r w:rsidRPr="00505B42">
              <w:rPr>
                <w:rFonts w:cs="Noto Sans"/>
              </w:rPr>
              <w:t>Cluster</w:t>
            </w:r>
          </w:p>
        </w:tc>
        <w:tc>
          <w:tcPr>
            <w:tcW w:w="7171" w:type="dxa"/>
          </w:tcPr>
          <w:p w14:paraId="26D46CF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Data that is grouped according to a close relationship with each other.</w:t>
            </w:r>
          </w:p>
        </w:tc>
      </w:tr>
      <w:tr w:rsidR="007E21A4" w:rsidRPr="00505B42" w14:paraId="05C3EB6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885117" w14:textId="77777777" w:rsidR="007E21A4" w:rsidRPr="00505B42" w:rsidRDefault="00000000" w:rsidP="000C5BCD">
            <w:pPr>
              <w:spacing w:line="276" w:lineRule="auto"/>
              <w:rPr>
                <w:rFonts w:cs="Noto Sans"/>
              </w:rPr>
            </w:pPr>
            <w:r w:rsidRPr="00505B42">
              <w:rPr>
                <w:rFonts w:cs="Noto Sans"/>
              </w:rPr>
              <w:t>Conglomerado</w:t>
            </w:r>
          </w:p>
        </w:tc>
        <w:tc>
          <w:tcPr>
            <w:tcW w:w="7171" w:type="dxa"/>
          </w:tcPr>
          <w:p w14:paraId="789BA2DD"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Datos que están agrupados según una relación estrecha entre sí.</w:t>
            </w:r>
          </w:p>
        </w:tc>
      </w:tr>
    </w:tbl>
    <w:p w14:paraId="48299BB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0"/>
        <w:gridCol w:w="6736"/>
      </w:tblGrid>
      <w:tr w:rsidR="007E21A4" w:rsidRPr="00505B42" w14:paraId="2C793E4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F478D26" w14:textId="77777777" w:rsidR="007E21A4" w:rsidRPr="00505B42" w:rsidRDefault="00000000" w:rsidP="00294ADB">
            <w:pPr>
              <w:keepNext/>
              <w:keepLines/>
              <w:spacing w:line="276" w:lineRule="auto"/>
              <w:rPr>
                <w:rFonts w:cs="Noto Sans"/>
              </w:rPr>
            </w:pPr>
            <w:r w:rsidRPr="00505B42">
              <w:rPr>
                <w:rFonts w:cs="Noto Sans"/>
              </w:rPr>
              <w:lastRenderedPageBreak/>
              <w:t>Coefficient</w:t>
            </w:r>
          </w:p>
        </w:tc>
        <w:tc>
          <w:tcPr>
            <w:tcW w:w="7171" w:type="dxa"/>
          </w:tcPr>
          <w:p w14:paraId="76FEEA8E" w14:textId="77777777" w:rsidR="007E21A4" w:rsidRPr="00505B42" w:rsidRDefault="00000000" w:rsidP="00294ADB">
            <w:pPr>
              <w:keepNext/>
              <w:keepLines/>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In an algebraic expression, it is the constant the variable is multiplied by. For example, in</w:t>
            </w:r>
            <w:r w:rsidR="001616C8">
              <w:rPr>
                <w:rFonts w:cs="Noto Sans"/>
              </w:rPr>
              <w:t xml:space="preserve"> </w:t>
            </w:r>
            <m:oMath>
              <m:r>
                <w:rPr>
                  <w:rFonts w:ascii="Cambria Math" w:hAnsi="Cambria Math" w:cs="Noto Sans"/>
                </w:rPr>
                <m:t>2x</m:t>
              </m:r>
            </m:oMath>
            <w:r w:rsidRPr="00505B42">
              <w:rPr>
                <w:rFonts w:cs="Noto Sans"/>
              </w:rPr>
              <w:t>, this is the</w:t>
            </w:r>
            <w:r w:rsidR="001616C8">
              <w:rPr>
                <w:rFonts w:cs="Noto Sans"/>
              </w:rPr>
              <w:t xml:space="preserve"> </w:t>
            </w:r>
            <m:oMath>
              <m:r>
                <w:rPr>
                  <w:rFonts w:ascii="Cambria Math" w:hAnsi="Cambria Math" w:cs="Noto Sans"/>
                </w:rPr>
                <m:t>2</m:t>
              </m:r>
            </m:oMath>
            <w:r w:rsidRPr="00505B42">
              <w:rPr>
                <w:rFonts w:cs="Noto Sans"/>
              </w:rPr>
              <w:t>.</w:t>
            </w:r>
            <w:r w:rsidR="00A43170">
              <w:rPr>
                <w:rFonts w:cs="Noto Sans"/>
              </w:rPr>
              <w:t xml:space="preserve"> In </w:t>
            </w:r>
            <m:oMath>
              <m:r>
                <w:rPr>
                  <w:rFonts w:ascii="Cambria Math" w:hAnsi="Cambria Math" w:cs="Noto Sans"/>
                </w:rPr>
                <m:t>5x-3=7</m:t>
              </m:r>
            </m:oMath>
            <w:r w:rsidR="00A43170">
              <w:rPr>
                <w:rFonts w:cs="Noto Sans"/>
              </w:rPr>
              <w:t xml:space="preserve">, this is the 5. </w:t>
            </w:r>
          </w:p>
        </w:tc>
      </w:tr>
      <w:tr w:rsidR="007E21A4" w:rsidRPr="00505B42" w14:paraId="320DA73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55F00C" w14:textId="77777777" w:rsidR="007E21A4" w:rsidRPr="00505B42" w:rsidRDefault="00000000" w:rsidP="00294ADB">
            <w:pPr>
              <w:keepNext/>
              <w:keepLines/>
              <w:spacing w:line="276" w:lineRule="auto"/>
              <w:rPr>
                <w:rFonts w:cs="Noto Sans"/>
              </w:rPr>
            </w:pPr>
            <w:r w:rsidRPr="00505B42">
              <w:rPr>
                <w:rFonts w:cs="Noto Sans"/>
              </w:rPr>
              <w:t>Coeficiente</w:t>
            </w:r>
          </w:p>
        </w:tc>
        <w:tc>
          <w:tcPr>
            <w:tcW w:w="7171" w:type="dxa"/>
          </w:tcPr>
          <w:p w14:paraId="75E6CB2E" w14:textId="77777777" w:rsidR="007E21A4" w:rsidRPr="00505B42" w:rsidRDefault="00000000" w:rsidP="00294ADB">
            <w:pPr>
              <w:keepNext/>
              <w:keepLines/>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En una expresión algebraica, es la constante por la que se multiplica la variable. Por </w:t>
            </w:r>
            <w:proofErr w:type="spellStart"/>
            <w:r w:rsidRPr="00505B42">
              <w:rPr>
                <w:rFonts w:cs="Noto Sans"/>
              </w:rPr>
              <w:t>ejemplo</w:t>
            </w:r>
            <w:proofErr w:type="spellEnd"/>
            <w:r w:rsidRPr="00505B42">
              <w:rPr>
                <w:rFonts w:cs="Noto Sans"/>
              </w:rPr>
              <w:t xml:space="preserve">, </w:t>
            </w:r>
            <w:proofErr w:type="spellStart"/>
            <w:r w:rsidRPr="00505B42">
              <w:rPr>
                <w:rFonts w:cs="Noto Sans"/>
              </w:rPr>
              <w:t>en</w:t>
            </w:r>
            <w:proofErr w:type="spellEnd"/>
            <w:r w:rsidRPr="00505B42">
              <w:rPr>
                <w:rFonts w:cs="Noto Sans"/>
              </w:rPr>
              <w:t xml:space="preserve"> </w:t>
            </w:r>
            <m:oMath>
              <m:r>
                <w:rPr>
                  <w:rFonts w:ascii="Cambria Math" w:hAnsi="Cambria Math" w:cs="Noto Sans"/>
                </w:rPr>
                <m:t>2x</m:t>
              </m:r>
            </m:oMath>
            <w:r w:rsidRPr="00505B42">
              <w:rPr>
                <w:rFonts w:cs="Noto Sans"/>
              </w:rPr>
              <w:t xml:space="preserve">, este es el </w:t>
            </w:r>
            <m:oMath>
              <m:r>
                <w:rPr>
                  <w:rFonts w:ascii="Cambria Math" w:hAnsi="Cambria Math" w:cs="Noto Sans"/>
                </w:rPr>
                <m:t>2</m:t>
              </m:r>
            </m:oMath>
            <w:r w:rsidRPr="00505B42">
              <w:rPr>
                <w:rFonts w:cs="Noto Sans"/>
              </w:rPr>
              <w:t>.</w:t>
            </w:r>
            <w:r w:rsidR="00A43170">
              <w:rPr>
                <w:rFonts w:cs="Noto Sans"/>
              </w:rPr>
              <w:t xml:space="preserve"> En </w:t>
            </w:r>
            <m:oMath>
              <m:r>
                <w:rPr>
                  <w:rFonts w:ascii="Cambria Math" w:hAnsi="Cambria Math" w:cs="Noto Sans"/>
                </w:rPr>
                <m:t>5x-3=7</m:t>
              </m:r>
            </m:oMath>
            <w:r w:rsidR="00A43170">
              <w:rPr>
                <w:rFonts w:cs="Noto Sans"/>
              </w:rPr>
              <w:t>, este es el 5.</w:t>
            </w:r>
          </w:p>
        </w:tc>
      </w:tr>
    </w:tbl>
    <w:p w14:paraId="50D4941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0"/>
        <w:gridCol w:w="6726"/>
      </w:tblGrid>
      <w:tr w:rsidR="007E21A4" w:rsidRPr="00505B42" w14:paraId="039B9B2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64114AA" w14:textId="77777777" w:rsidR="007E21A4" w:rsidRPr="00505B42" w:rsidRDefault="00000000" w:rsidP="00A43170">
            <w:pPr>
              <w:keepNext/>
              <w:spacing w:line="276" w:lineRule="auto"/>
              <w:rPr>
                <w:rFonts w:cs="Noto Sans"/>
              </w:rPr>
            </w:pPr>
            <w:r w:rsidRPr="00505B42">
              <w:rPr>
                <w:rFonts w:cs="Noto Sans"/>
              </w:rPr>
              <w:t>Coincident lines (or coinciding lines)</w:t>
            </w:r>
          </w:p>
        </w:tc>
        <w:tc>
          <w:tcPr>
            <w:tcW w:w="7171" w:type="dxa"/>
          </w:tcPr>
          <w:p w14:paraId="09C271FD" w14:textId="77777777" w:rsidR="007E21A4" w:rsidRPr="00505B42" w:rsidRDefault="00000000" w:rsidP="00A43170">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Lines that have the same slope and same y-intercept. TThe graphs of the equations represent the same line.</w:t>
            </w:r>
          </w:p>
        </w:tc>
      </w:tr>
      <w:tr w:rsidR="007E21A4" w:rsidRPr="00505B42" w14:paraId="7B6A4E5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39CE3E5" w14:textId="77777777" w:rsidR="007E21A4" w:rsidRPr="00505B42" w:rsidRDefault="00000000" w:rsidP="00A43170">
            <w:pPr>
              <w:keepNext/>
              <w:spacing w:line="276" w:lineRule="auto"/>
              <w:rPr>
                <w:rFonts w:cs="Noto Sans"/>
              </w:rPr>
            </w:pPr>
            <w:r w:rsidRPr="00505B42">
              <w:rPr>
                <w:rFonts w:cs="Noto Sans"/>
              </w:rPr>
              <w:t>Líneas coincidentes</w:t>
            </w:r>
          </w:p>
        </w:tc>
        <w:tc>
          <w:tcPr>
            <w:tcW w:w="7171" w:type="dxa"/>
          </w:tcPr>
          <w:p w14:paraId="34DF73CD" w14:textId="77777777" w:rsidR="007E21A4" w:rsidRPr="00505B42" w:rsidRDefault="00000000" w:rsidP="00A43170">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Rectas que tienen la misma pendiente y la misma intersección en y. Las gráficas de las ecuaciones representan la misma recta.</w:t>
            </w:r>
          </w:p>
        </w:tc>
      </w:tr>
    </w:tbl>
    <w:p w14:paraId="384D769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1"/>
        <w:gridCol w:w="6745"/>
      </w:tblGrid>
      <w:tr w:rsidR="007E21A4" w:rsidRPr="00505B42" w14:paraId="365B952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ECC58A7" w14:textId="77777777" w:rsidR="007E21A4" w:rsidRPr="00505B42" w:rsidRDefault="00000000" w:rsidP="000C5BCD">
            <w:pPr>
              <w:spacing w:line="276" w:lineRule="auto"/>
              <w:rPr>
                <w:rFonts w:cs="Noto Sans"/>
              </w:rPr>
            </w:pPr>
            <w:r w:rsidRPr="00505B42">
              <w:rPr>
                <w:rFonts w:cs="Noto Sans"/>
              </w:rPr>
              <w:t>Common difference</w:t>
            </w:r>
          </w:p>
        </w:tc>
        <w:tc>
          <w:tcPr>
            <w:tcW w:w="7171" w:type="dxa"/>
          </w:tcPr>
          <w:p w14:paraId="5071BC8F" w14:textId="77777777" w:rsidR="007E21A4" w:rsidRPr="00505B42" w:rsidRDefault="001616C8"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
              <m:r>
                <w:rPr>
                  <w:rFonts w:ascii="Cambria Math" w:hAnsi="Cambria Math" w:cs="Noto Sans"/>
                </w:rPr>
                <m:t>d</m:t>
              </m:r>
            </m:oMath>
            <w:r w:rsidRPr="00505B42">
              <w:rPr>
                <w:rFonts w:cs="Noto Sans"/>
              </w:rPr>
              <w:t>, the difference between consecutive terms in an arithmetic sequence.</w:t>
            </w:r>
          </w:p>
        </w:tc>
      </w:tr>
      <w:tr w:rsidR="007E21A4" w:rsidRPr="00505B42" w14:paraId="7448924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753BB9" w14:textId="77777777" w:rsidR="007E21A4" w:rsidRPr="00505B42" w:rsidRDefault="00000000" w:rsidP="000C5BCD">
            <w:pPr>
              <w:spacing w:line="276" w:lineRule="auto"/>
              <w:rPr>
                <w:rFonts w:cs="Noto Sans"/>
              </w:rPr>
            </w:pPr>
            <w:r w:rsidRPr="00505B42">
              <w:rPr>
                <w:rFonts w:cs="Noto Sans"/>
              </w:rPr>
              <w:t>Diferencia común</w:t>
            </w:r>
          </w:p>
        </w:tc>
        <w:tc>
          <w:tcPr>
            <w:tcW w:w="7171" w:type="dxa"/>
          </w:tcPr>
          <w:p w14:paraId="16812A83" w14:textId="77777777" w:rsidR="007E21A4" w:rsidRPr="00505B42" w:rsidRDefault="001616C8"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m:oMath>
              <m:r>
                <w:rPr>
                  <w:rFonts w:ascii="Cambria Math" w:hAnsi="Cambria Math" w:cs="Noto Sans"/>
                </w:rPr>
                <m:t>d</m:t>
              </m:r>
            </m:oMath>
            <w:r w:rsidRPr="00505B42">
              <w:rPr>
                <w:rFonts w:cs="Noto Sans"/>
              </w:rPr>
              <w:t>, la diferencia entre términos consecutivos en una secuencia aritmética.</w:t>
            </w:r>
          </w:p>
        </w:tc>
      </w:tr>
    </w:tbl>
    <w:p w14:paraId="1F20412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2"/>
        <w:gridCol w:w="6754"/>
      </w:tblGrid>
      <w:tr w:rsidR="007E21A4" w:rsidRPr="00505B42" w14:paraId="1EC9A2F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36F3D38" w14:textId="77777777" w:rsidR="007E21A4" w:rsidRPr="00505B42" w:rsidRDefault="00000000" w:rsidP="000C5BCD">
            <w:pPr>
              <w:spacing w:line="276" w:lineRule="auto"/>
              <w:rPr>
                <w:rFonts w:cs="Noto Sans"/>
              </w:rPr>
            </w:pPr>
            <w:r w:rsidRPr="00505B42">
              <w:rPr>
                <w:rFonts w:cs="Noto Sans"/>
              </w:rPr>
              <w:t>Common ratio</w:t>
            </w:r>
          </w:p>
        </w:tc>
        <w:tc>
          <w:tcPr>
            <w:tcW w:w="7171" w:type="dxa"/>
          </w:tcPr>
          <w:p w14:paraId="4D8C69F4" w14:textId="77777777" w:rsidR="007E21A4" w:rsidRPr="00505B42" w:rsidRDefault="001616C8"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
              <m:r>
                <w:rPr>
                  <w:rFonts w:ascii="Cambria Math" w:hAnsi="Cambria Math" w:cs="Noto Sans"/>
                </w:rPr>
                <m:t>r</m:t>
              </m:r>
            </m:oMath>
            <w:r w:rsidRPr="00505B42">
              <w:rPr>
                <w:rFonts w:cs="Noto Sans"/>
              </w:rPr>
              <w:t>, the ratio between consecutive terms in a geometric sequence.</w:t>
            </w:r>
          </w:p>
        </w:tc>
      </w:tr>
      <w:tr w:rsidR="007E21A4" w:rsidRPr="00505B42" w14:paraId="481795B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87D91BB" w14:textId="77777777" w:rsidR="007E21A4" w:rsidRPr="00505B42" w:rsidRDefault="00000000" w:rsidP="000C5BCD">
            <w:pPr>
              <w:spacing w:line="276" w:lineRule="auto"/>
              <w:rPr>
                <w:rFonts w:cs="Noto Sans"/>
              </w:rPr>
            </w:pPr>
            <w:r w:rsidRPr="00505B42">
              <w:rPr>
                <w:rFonts w:cs="Noto Sans"/>
              </w:rPr>
              <w:t>Razón común</w:t>
            </w:r>
          </w:p>
        </w:tc>
        <w:tc>
          <w:tcPr>
            <w:tcW w:w="7171" w:type="dxa"/>
          </w:tcPr>
          <w:p w14:paraId="444C8F05" w14:textId="77777777" w:rsidR="007E21A4" w:rsidRPr="00505B42" w:rsidRDefault="001616C8"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m:oMath>
              <m:r>
                <w:rPr>
                  <w:rFonts w:ascii="Cambria Math" w:hAnsi="Cambria Math" w:cs="Noto Sans"/>
                </w:rPr>
                <m:t>r</m:t>
              </m:r>
            </m:oMath>
            <w:r w:rsidRPr="00505B42">
              <w:rPr>
                <w:rFonts w:cs="Noto Sans"/>
              </w:rPr>
              <w:t>, la razón entre términos consecutivos en una secuencia geométrica.</w:t>
            </w:r>
          </w:p>
        </w:tc>
      </w:tr>
    </w:tbl>
    <w:p w14:paraId="4BD7AB0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6"/>
        <w:gridCol w:w="6720"/>
      </w:tblGrid>
      <w:tr w:rsidR="007E21A4" w:rsidRPr="00505B42" w14:paraId="402B878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BCA118D" w14:textId="77777777" w:rsidR="007E21A4" w:rsidRPr="00505B42" w:rsidRDefault="00000000" w:rsidP="00294ADB">
            <w:pPr>
              <w:keepNext/>
              <w:keepLines/>
              <w:spacing w:line="276" w:lineRule="auto"/>
              <w:rPr>
                <w:rFonts w:cs="Noto Sans"/>
              </w:rPr>
            </w:pPr>
            <w:r w:rsidRPr="00505B42">
              <w:rPr>
                <w:rFonts w:cs="Noto Sans"/>
              </w:rPr>
              <w:lastRenderedPageBreak/>
              <w:t>Commutative property</w:t>
            </w:r>
          </w:p>
        </w:tc>
        <w:tc>
          <w:tcPr>
            <w:tcW w:w="7171" w:type="dxa"/>
          </w:tcPr>
          <w:p w14:paraId="0210236C" w14:textId="77777777" w:rsidR="007E21A4" w:rsidRPr="00505B42" w:rsidRDefault="00000000" w:rsidP="00294ADB">
            <w:pPr>
              <w:keepNext/>
              <w:keepLines/>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property that enables the order of certain operations to be changed. </w:t>
            </w:r>
            <w:r w:rsidRPr="00505B42">
              <w:rPr>
                <w:rFonts w:cs="Noto Sans"/>
              </w:rPr>
              <w:br/>
              <w:t xml:space="preserve">Addition: </w:t>
            </w:r>
            <m:oMath>
              <m:r>
                <w:rPr>
                  <w:rFonts w:ascii="Cambria Math" w:hAnsi="Cambria Math" w:cs="Noto Sans"/>
                </w:rPr>
                <m:t>a+b=b+a</m:t>
              </m:r>
            </m:oMath>
            <w:r w:rsidRPr="00505B42">
              <w:rPr>
                <w:rFonts w:cs="Noto Sans"/>
              </w:rPr>
              <w:t xml:space="preserve"> </w:t>
            </w:r>
            <w:r w:rsidRPr="00505B42">
              <w:rPr>
                <w:rFonts w:cs="Noto Sans"/>
              </w:rPr>
              <w:br/>
              <w:t xml:space="preserve">Multiplication: </w:t>
            </w:r>
            <m:oMath>
              <m:r>
                <w:rPr>
                  <w:rFonts w:ascii="Cambria Math" w:hAnsi="Cambria Math" w:cs="Noto Sans"/>
                </w:rPr>
                <m:t>ab = ba</m:t>
              </m:r>
            </m:oMath>
          </w:p>
        </w:tc>
      </w:tr>
      <w:tr w:rsidR="007E21A4" w:rsidRPr="00505B42" w14:paraId="4221C32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0FA2C37" w14:textId="77777777" w:rsidR="007E21A4" w:rsidRPr="00505B42" w:rsidRDefault="00000000" w:rsidP="00294ADB">
            <w:pPr>
              <w:keepNext/>
              <w:keepLines/>
              <w:spacing w:line="276" w:lineRule="auto"/>
              <w:rPr>
                <w:rFonts w:cs="Noto Sans"/>
              </w:rPr>
            </w:pPr>
            <w:r w:rsidRPr="00505B42">
              <w:rPr>
                <w:rFonts w:cs="Noto Sans"/>
              </w:rPr>
              <w:t>Propiedad conmutativa</w:t>
            </w:r>
          </w:p>
        </w:tc>
        <w:tc>
          <w:tcPr>
            <w:tcW w:w="7171" w:type="dxa"/>
          </w:tcPr>
          <w:p w14:paraId="787F2E57" w14:textId="77777777" w:rsidR="007E21A4" w:rsidRPr="00505B42" w:rsidRDefault="00000000" w:rsidP="00294ADB">
            <w:pPr>
              <w:keepNext/>
              <w:keepLines/>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propiedad que permite que se cambie el orden de ciertas operaciones </w:t>
            </w:r>
            <w:r w:rsidRPr="00505B42">
              <w:rPr>
                <w:rFonts w:cs="Noto Sans"/>
              </w:rPr>
              <w:br/>
              <w:t xml:space="preserve">Suma: </w:t>
            </w:r>
            <m:oMath>
              <m:r>
                <w:rPr>
                  <w:rFonts w:ascii="Cambria Math" w:hAnsi="Cambria Math" w:cs="Noto Sans"/>
                </w:rPr>
                <m:t>a+b=b+a</m:t>
              </m:r>
            </m:oMath>
            <w:r w:rsidRPr="00505B42">
              <w:rPr>
                <w:rFonts w:cs="Noto Sans"/>
              </w:rPr>
              <w:t xml:space="preserve"> </w:t>
            </w:r>
            <w:r w:rsidRPr="00505B42">
              <w:rPr>
                <w:rFonts w:cs="Noto Sans"/>
              </w:rPr>
              <w:br/>
              <w:t xml:space="preserve">Multiplicación: </w:t>
            </w:r>
            <m:oMath>
              <m:r>
                <w:rPr>
                  <w:rFonts w:ascii="Cambria Math" w:hAnsi="Cambria Math" w:cs="Noto Sans"/>
                </w:rPr>
                <m:t>ab = ba</m:t>
              </m:r>
            </m:oMath>
          </w:p>
        </w:tc>
      </w:tr>
    </w:tbl>
    <w:p w14:paraId="2449940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0"/>
        <w:gridCol w:w="6736"/>
      </w:tblGrid>
      <w:tr w:rsidR="007E21A4" w:rsidRPr="00505B42" w14:paraId="25B40B4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5C1967B" w14:textId="77777777" w:rsidR="007E21A4" w:rsidRPr="00505B42" w:rsidRDefault="00000000" w:rsidP="00A43170">
            <w:pPr>
              <w:keepNext/>
              <w:spacing w:line="276" w:lineRule="auto"/>
              <w:rPr>
                <w:rFonts w:cs="Noto Sans"/>
              </w:rPr>
            </w:pPr>
            <w:r w:rsidRPr="00505B42">
              <w:rPr>
                <w:rFonts w:cs="Noto Sans"/>
              </w:rPr>
              <w:t>Completing the square</w:t>
            </w:r>
          </w:p>
        </w:tc>
        <w:tc>
          <w:tcPr>
            <w:tcW w:w="7171" w:type="dxa"/>
          </w:tcPr>
          <w:p w14:paraId="5EB6CBC4" w14:textId="77777777" w:rsidR="007E21A4" w:rsidRPr="00505B42" w:rsidRDefault="00000000" w:rsidP="00A43170">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method used with quadratic expressions to transform it into a perfect square trinomial.</w:t>
            </w:r>
          </w:p>
        </w:tc>
      </w:tr>
      <w:tr w:rsidR="007E21A4" w:rsidRPr="00505B42" w14:paraId="71272FE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7224E6F" w14:textId="77777777" w:rsidR="007E21A4" w:rsidRPr="00370EB2" w:rsidRDefault="00000000" w:rsidP="00A43170">
            <w:pPr>
              <w:keepNext/>
              <w:spacing w:line="276" w:lineRule="auto"/>
              <w:rPr>
                <w:rFonts w:cs="Noto Sans"/>
                <w:lang w:val="es-ES"/>
              </w:rPr>
            </w:pPr>
            <w:r w:rsidRPr="00370EB2">
              <w:rPr>
                <w:rFonts w:cs="Noto Sans"/>
                <w:lang w:val="es-ES"/>
              </w:rPr>
              <w:t>Completar el cuadrado</w:t>
            </w:r>
          </w:p>
        </w:tc>
        <w:tc>
          <w:tcPr>
            <w:tcW w:w="7171" w:type="dxa"/>
          </w:tcPr>
          <w:p w14:paraId="4A27BA69" w14:textId="77777777" w:rsidR="007E21A4" w:rsidRPr="00370EB2" w:rsidRDefault="00000000" w:rsidP="00A43170">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Un método utilizado con expresiones cuadráticas para transformarlo en un trinomio cuadrado perfecto.</w:t>
            </w:r>
          </w:p>
        </w:tc>
      </w:tr>
    </w:tbl>
    <w:p w14:paraId="07667284" w14:textId="77777777" w:rsidR="007E21A4" w:rsidRPr="00505B42" w:rsidRDefault="003E0449" w:rsidP="00294ADB">
      <w:pPr>
        <w:jc w:val="center"/>
        <w:rPr>
          <w:rFonts w:ascii="Noto Sans" w:hAnsi="Noto Sans" w:cs="Noto Sans"/>
        </w:rPr>
      </w:pPr>
      <w:r>
        <w:rPr>
          <w:rFonts w:ascii="Noto Sans" w:hAnsi="Noto Sans" w:cs="Noto Sans"/>
          <w:noProof/>
        </w:rPr>
        <w:drawing>
          <wp:inline distT="0" distB="0" distL="0" distR="0" wp14:anchorId="5C321FCD" wp14:editId="520DFAB1">
            <wp:extent cx="2682149" cy="2506133"/>
            <wp:effectExtent l="0" t="0" r="0" b="0"/>
            <wp:docPr id="102723548" name="Picture 3" descr="A large red square of area x-squared is shown adjacent to two blue rectangles, each of area bx. These pieces form an incomplete larger square. (Se muestra un gran cuadrado rojo de área x² adyacente a dos rectángulos azules, cada uno de área bx. Estas piezas forman un cuadrado más grande in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548" name="Picture 3" descr="A large red square of area x-squared is shown adjacent to two blue rectangles, each of area bx. These pieces form an incomplete larger square. (Se muestra un gran cuadrado rojo de área x² adyacente a dos rectángulos azules, cada uno de área bx. Estas piezas forman un cuadrado más grande incompleto.)"/>
                    <pic:cNvPicPr/>
                  </pic:nvPicPr>
                  <pic:blipFill>
                    <a:blip r:embed="rId9"/>
                    <a:stretch>
                      <a:fillRect/>
                    </a:stretch>
                  </pic:blipFill>
                  <pic:spPr>
                    <a:xfrm>
                      <a:off x="0" y="0"/>
                      <a:ext cx="2689472" cy="2512976"/>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16"/>
        <w:gridCol w:w="6740"/>
      </w:tblGrid>
      <w:tr w:rsidR="007E21A4" w:rsidRPr="00505B42" w14:paraId="1E7B848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043D626" w14:textId="77777777" w:rsidR="007E21A4" w:rsidRPr="00505B42" w:rsidRDefault="00000000" w:rsidP="00294ADB">
            <w:pPr>
              <w:keepNext/>
              <w:spacing w:line="276" w:lineRule="auto"/>
              <w:rPr>
                <w:rFonts w:cs="Noto Sans"/>
              </w:rPr>
            </w:pPr>
            <w:r w:rsidRPr="00505B42">
              <w:rPr>
                <w:rFonts w:cs="Noto Sans"/>
              </w:rPr>
              <w:lastRenderedPageBreak/>
              <w:t>Conjugate pair</w:t>
            </w:r>
          </w:p>
        </w:tc>
        <w:tc>
          <w:tcPr>
            <w:tcW w:w="7171" w:type="dxa"/>
          </w:tcPr>
          <w:p w14:paraId="457B1904" w14:textId="77777777" w:rsidR="007E21A4" w:rsidRPr="00505B42" w:rsidRDefault="00000000" w:rsidP="00294ADB">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Two binomials of the form </w:t>
            </w:r>
            <m:oMath>
              <m:r>
                <w:rPr>
                  <w:rFonts w:ascii="Cambria Math" w:hAnsi="Cambria Math" w:cs="Noto Sans"/>
                </w:rPr>
                <m:t>(a - b)</m:t>
              </m:r>
            </m:oMath>
            <w:r w:rsidRPr="00505B42">
              <w:rPr>
                <w:rFonts w:cs="Noto Sans"/>
              </w:rPr>
              <w:t xml:space="preserve"> and </w:t>
            </w:r>
            <m:oMath>
              <m:r>
                <w:rPr>
                  <w:rFonts w:ascii="Cambria Math" w:hAnsi="Cambria Math" w:cs="Noto Sans"/>
                </w:rPr>
                <m:t>(a + b)</m:t>
              </m:r>
            </m:oMath>
            <w:r w:rsidRPr="00505B42">
              <w:rPr>
                <w:rFonts w:cs="Noto Sans"/>
              </w:rPr>
              <w:t>.</w:t>
            </w:r>
          </w:p>
        </w:tc>
      </w:tr>
      <w:tr w:rsidR="007E21A4" w:rsidRPr="00505B42" w14:paraId="5ACA3DE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398CBC6" w14:textId="77777777" w:rsidR="007E21A4" w:rsidRPr="00505B42" w:rsidRDefault="00000000" w:rsidP="00294ADB">
            <w:pPr>
              <w:keepNext/>
              <w:spacing w:line="276" w:lineRule="auto"/>
              <w:rPr>
                <w:rFonts w:cs="Noto Sans"/>
              </w:rPr>
            </w:pPr>
            <w:r w:rsidRPr="00505B42">
              <w:rPr>
                <w:rFonts w:cs="Noto Sans"/>
              </w:rPr>
              <w:t>Par conjugado</w:t>
            </w:r>
          </w:p>
        </w:tc>
        <w:tc>
          <w:tcPr>
            <w:tcW w:w="7171" w:type="dxa"/>
          </w:tcPr>
          <w:p w14:paraId="17CE2766" w14:textId="77777777" w:rsidR="007E21A4" w:rsidRPr="00505B42" w:rsidRDefault="00000000" w:rsidP="00294ADB">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Dos binomios de la forma </w:t>
            </w:r>
            <m:oMath>
              <m:r>
                <w:rPr>
                  <w:rFonts w:ascii="Cambria Math" w:hAnsi="Cambria Math" w:cs="Noto Sans"/>
                </w:rPr>
                <m:t>(a - b)</m:t>
              </m:r>
            </m:oMath>
            <w:r w:rsidRPr="00505B42">
              <w:rPr>
                <w:rFonts w:cs="Noto Sans"/>
              </w:rPr>
              <w:t xml:space="preserve"> y </w:t>
            </w:r>
            <m:oMath>
              <m:r>
                <w:rPr>
                  <w:rFonts w:ascii="Cambria Math" w:hAnsi="Cambria Math" w:cs="Noto Sans"/>
                </w:rPr>
                <m:t>(a + b)</m:t>
              </m:r>
            </m:oMath>
            <w:r w:rsidRPr="00505B42">
              <w:rPr>
                <w:rFonts w:cs="Noto Sans"/>
              </w:rPr>
              <w:t>.</w:t>
            </w:r>
          </w:p>
        </w:tc>
      </w:tr>
    </w:tbl>
    <w:p w14:paraId="1BB6D76A" w14:textId="77777777" w:rsidR="007E21A4" w:rsidRPr="00505B42" w:rsidRDefault="003E0449" w:rsidP="00294ADB">
      <w:pPr>
        <w:keepNext/>
        <w:jc w:val="center"/>
        <w:rPr>
          <w:rFonts w:ascii="Noto Sans" w:hAnsi="Noto Sans" w:cs="Noto Sans"/>
        </w:rPr>
      </w:pPr>
      <w:r>
        <w:rPr>
          <w:rFonts w:ascii="Noto Sans" w:hAnsi="Noto Sans" w:cs="Noto Sans"/>
          <w:noProof/>
        </w:rPr>
        <w:drawing>
          <wp:inline distT="0" distB="0" distL="0" distR="0" wp14:anchorId="785FFE03" wp14:editId="7ECC752F">
            <wp:extent cx="3581400" cy="1398984"/>
            <wp:effectExtent l="0" t="0" r="0" b="0"/>
            <wp:docPr id="1247231393" name="Picture 4" descr="A table showing examples of expressions and their corresponding conjugates, where the sign between terms is 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31393" name="Picture 4" descr="A table showing examples of expressions and their corresponding conjugates, where the sign between terms is inverted."/>
                    <pic:cNvPicPr/>
                  </pic:nvPicPr>
                  <pic:blipFill>
                    <a:blip r:embed="rId10"/>
                    <a:stretch>
                      <a:fillRect/>
                    </a:stretch>
                  </pic:blipFill>
                  <pic:spPr>
                    <a:xfrm>
                      <a:off x="0" y="0"/>
                      <a:ext cx="3618258" cy="1413382"/>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31"/>
        <w:gridCol w:w="6725"/>
      </w:tblGrid>
      <w:tr w:rsidR="007E21A4" w:rsidRPr="00505B42" w14:paraId="4821D80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072ABF6" w14:textId="77777777" w:rsidR="007E21A4" w:rsidRPr="00505B42" w:rsidRDefault="00000000" w:rsidP="000C5BCD">
            <w:pPr>
              <w:spacing w:line="276" w:lineRule="auto"/>
              <w:rPr>
                <w:rFonts w:cs="Noto Sans"/>
              </w:rPr>
            </w:pPr>
            <w:r w:rsidRPr="00505B42">
              <w:rPr>
                <w:rFonts w:cs="Noto Sans"/>
              </w:rPr>
              <w:t>Consecutive Integers</w:t>
            </w:r>
          </w:p>
        </w:tc>
        <w:tc>
          <w:tcPr>
            <w:tcW w:w="7171" w:type="dxa"/>
          </w:tcPr>
          <w:p w14:paraId="5A3BEDE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Whole numbers in successive order. (even integer = consecutive even integers)</w:t>
            </w:r>
          </w:p>
        </w:tc>
      </w:tr>
      <w:tr w:rsidR="007E21A4" w:rsidRPr="00505B42" w14:paraId="66075B9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56A92F0" w14:textId="77777777" w:rsidR="007E21A4" w:rsidRPr="00505B42" w:rsidRDefault="00000000" w:rsidP="000C5BCD">
            <w:pPr>
              <w:spacing w:line="276" w:lineRule="auto"/>
              <w:rPr>
                <w:rFonts w:cs="Noto Sans"/>
              </w:rPr>
            </w:pPr>
            <w:r w:rsidRPr="00505B42">
              <w:rPr>
                <w:rFonts w:cs="Noto Sans"/>
              </w:rPr>
              <w:t>Enteros consecutivos</w:t>
            </w:r>
          </w:p>
        </w:tc>
        <w:tc>
          <w:tcPr>
            <w:tcW w:w="7171" w:type="dxa"/>
          </w:tcPr>
          <w:p w14:paraId="7493D2B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Números enteros en orden sucesivo. (even integer = enteros par consecutivos)</w:t>
            </w:r>
          </w:p>
        </w:tc>
      </w:tr>
    </w:tbl>
    <w:p w14:paraId="4350C69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7E21A4" w:rsidRPr="00505B42" w14:paraId="23CE2C1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CDF141B" w14:textId="77777777" w:rsidR="007E21A4" w:rsidRPr="00505B42" w:rsidRDefault="00000000" w:rsidP="000C5BCD">
            <w:pPr>
              <w:spacing w:line="276" w:lineRule="auto"/>
              <w:rPr>
                <w:rFonts w:cs="Noto Sans"/>
              </w:rPr>
            </w:pPr>
            <w:r w:rsidRPr="00505B42">
              <w:rPr>
                <w:rFonts w:cs="Noto Sans"/>
              </w:rPr>
              <w:t>Constant</w:t>
            </w:r>
          </w:p>
        </w:tc>
        <w:tc>
          <w:tcPr>
            <w:tcW w:w="7171" w:type="dxa"/>
          </w:tcPr>
          <w:p w14:paraId="6512F85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In an expression like </w:t>
            </w:r>
            <m:oMath>
              <m:r>
                <w:rPr>
                  <w:rFonts w:ascii="Cambria Math" w:hAnsi="Cambria Math" w:cs="Noto Sans"/>
                </w:rPr>
                <m:t>(5x + 2)</m:t>
              </m:r>
            </m:oMath>
            <w:r w:rsidRPr="00505B42">
              <w:rPr>
                <w:rFonts w:cs="Noto Sans"/>
              </w:rPr>
              <w:t xml:space="preserve">, it is the number </w:t>
            </w:r>
            <m:oMath>
              <m:r>
                <w:rPr>
                  <w:rFonts w:ascii="Cambria Math" w:hAnsi="Cambria Math" w:cs="Noto Sans"/>
                </w:rPr>
                <m:t>2</m:t>
              </m:r>
            </m:oMath>
            <w:r w:rsidRPr="00505B42">
              <w:rPr>
                <w:rFonts w:cs="Noto Sans"/>
              </w:rPr>
              <w:t xml:space="preserve"> because it doesn't change when the </w:t>
            </w:r>
            <m:oMath>
              <m:r>
                <w:rPr>
                  <w:rFonts w:ascii="Cambria Math" w:hAnsi="Cambria Math" w:cs="Noto Sans"/>
                </w:rPr>
                <m:t>x</m:t>
              </m:r>
            </m:oMath>
            <w:r w:rsidRPr="00505B42">
              <w:rPr>
                <w:rFonts w:cs="Noto Sans"/>
              </w:rPr>
              <w:t>-value changes.</w:t>
            </w:r>
          </w:p>
        </w:tc>
      </w:tr>
      <w:tr w:rsidR="007E21A4" w:rsidRPr="00505B42" w14:paraId="6911886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77DA227" w14:textId="77777777" w:rsidR="007E21A4" w:rsidRPr="00505B42" w:rsidRDefault="00000000" w:rsidP="000C5BCD">
            <w:pPr>
              <w:spacing w:line="276" w:lineRule="auto"/>
              <w:rPr>
                <w:rFonts w:cs="Noto Sans"/>
              </w:rPr>
            </w:pPr>
            <w:r w:rsidRPr="00505B42">
              <w:rPr>
                <w:rFonts w:cs="Noto Sans"/>
              </w:rPr>
              <w:t>Constante</w:t>
            </w:r>
          </w:p>
        </w:tc>
        <w:tc>
          <w:tcPr>
            <w:tcW w:w="7171" w:type="dxa"/>
          </w:tcPr>
          <w:p w14:paraId="69C2966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En una expresión como </w:t>
            </w:r>
            <m:oMath>
              <m:r>
                <w:rPr>
                  <w:rFonts w:ascii="Cambria Math" w:hAnsi="Cambria Math" w:cs="Noto Sans"/>
                </w:rPr>
                <m:t>(5x + 2)</m:t>
              </m:r>
            </m:oMath>
            <w:r w:rsidRPr="00505B42">
              <w:rPr>
                <w:rFonts w:cs="Noto Sans"/>
              </w:rPr>
              <w:t xml:space="preserve">, es el número </w:t>
            </w:r>
            <m:oMath>
              <m:r>
                <w:rPr>
                  <w:rFonts w:ascii="Cambria Math" w:hAnsi="Cambria Math" w:cs="Noto Sans"/>
                </w:rPr>
                <m:t>2</m:t>
              </m:r>
            </m:oMath>
            <w:r w:rsidRPr="00505B42">
              <w:rPr>
                <w:rFonts w:cs="Noto Sans"/>
              </w:rPr>
              <w:t xml:space="preserve"> porque no cambia cuando cambia el valor de </w:t>
            </w:r>
            <m:oMath>
              <m:r>
                <w:rPr>
                  <w:rFonts w:ascii="Cambria Math" w:hAnsi="Cambria Math" w:cs="Noto Sans"/>
                </w:rPr>
                <m:t>x</m:t>
              </m:r>
            </m:oMath>
            <w:r w:rsidRPr="00505B42">
              <w:rPr>
                <w:rFonts w:cs="Noto Sans"/>
              </w:rPr>
              <w:t>.</w:t>
            </w:r>
          </w:p>
        </w:tc>
      </w:tr>
    </w:tbl>
    <w:p w14:paraId="60AB733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4"/>
        <w:gridCol w:w="6742"/>
      </w:tblGrid>
      <w:tr w:rsidR="007E21A4" w:rsidRPr="00505B42" w14:paraId="202B5ED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C7113D3" w14:textId="77777777" w:rsidR="007E21A4" w:rsidRPr="00505B42" w:rsidRDefault="00000000" w:rsidP="000C5BCD">
            <w:pPr>
              <w:spacing w:line="276" w:lineRule="auto"/>
              <w:rPr>
                <w:rFonts w:cs="Noto Sans"/>
              </w:rPr>
            </w:pPr>
            <w:r w:rsidRPr="00505B42">
              <w:rPr>
                <w:rFonts w:cs="Noto Sans"/>
              </w:rPr>
              <w:t>Constant function</w:t>
            </w:r>
          </w:p>
        </w:tc>
        <w:tc>
          <w:tcPr>
            <w:tcW w:w="7171" w:type="dxa"/>
          </w:tcPr>
          <w:p w14:paraId="09125AA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Linear function of the form </w:t>
            </w:r>
            <m:oMath>
              <m:r>
                <w:rPr>
                  <w:rFonts w:ascii="Cambria Math" w:hAnsi="Cambria Math" w:cs="Noto Sans"/>
                </w:rPr>
                <m:t>f(x) = b</m:t>
              </m:r>
            </m:oMath>
            <w:r w:rsidRPr="00505B42">
              <w:rPr>
                <w:rFonts w:cs="Noto Sans"/>
              </w:rPr>
              <w:t>.</w:t>
            </w:r>
          </w:p>
        </w:tc>
      </w:tr>
      <w:tr w:rsidR="007E21A4" w:rsidRPr="00505B42" w14:paraId="3CA9479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E2A9E9" w14:textId="77777777" w:rsidR="007E21A4" w:rsidRPr="00505B42" w:rsidRDefault="00000000" w:rsidP="000C5BCD">
            <w:pPr>
              <w:spacing w:line="276" w:lineRule="auto"/>
              <w:rPr>
                <w:rFonts w:cs="Noto Sans"/>
              </w:rPr>
            </w:pPr>
            <w:r w:rsidRPr="00505B42">
              <w:rPr>
                <w:rFonts w:cs="Noto Sans"/>
              </w:rPr>
              <w:t>Función constante</w:t>
            </w:r>
          </w:p>
        </w:tc>
        <w:tc>
          <w:tcPr>
            <w:tcW w:w="7171" w:type="dxa"/>
          </w:tcPr>
          <w:p w14:paraId="249D2BE2"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Función lineal de la forma </w:t>
            </w:r>
            <m:oMath>
              <m:r>
                <w:rPr>
                  <w:rFonts w:ascii="Cambria Math" w:hAnsi="Cambria Math" w:cs="Noto Sans"/>
                </w:rPr>
                <m:t>f(x) = b</m:t>
              </m:r>
            </m:oMath>
            <w:r w:rsidRPr="00505B42">
              <w:rPr>
                <w:rFonts w:cs="Noto Sans"/>
              </w:rPr>
              <w:t>.</w:t>
            </w:r>
          </w:p>
        </w:tc>
      </w:tr>
    </w:tbl>
    <w:p w14:paraId="452BE7B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68"/>
        <w:gridCol w:w="6688"/>
      </w:tblGrid>
      <w:tr w:rsidR="007E21A4" w:rsidRPr="00505B42" w14:paraId="6862C9C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065F183" w14:textId="77777777" w:rsidR="007E21A4" w:rsidRPr="00505B42" w:rsidRDefault="00000000" w:rsidP="000C5BCD">
            <w:pPr>
              <w:spacing w:line="276" w:lineRule="auto"/>
              <w:rPr>
                <w:rFonts w:cs="Noto Sans"/>
              </w:rPr>
            </w:pPr>
            <w:r w:rsidRPr="00505B42">
              <w:rPr>
                <w:rFonts w:cs="Noto Sans"/>
              </w:rPr>
              <w:t>Constant of proportionality</w:t>
            </w:r>
          </w:p>
        </w:tc>
        <w:tc>
          <w:tcPr>
            <w:tcW w:w="7171" w:type="dxa"/>
          </w:tcPr>
          <w:p w14:paraId="21EEFCB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numeric value multiplied by the input in a situation that involves direct, inverse, or joint variation</w:t>
            </w:r>
          </w:p>
        </w:tc>
      </w:tr>
      <w:tr w:rsidR="007E21A4" w:rsidRPr="00505B42" w14:paraId="0B9B34F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E4DA4C" w14:textId="77777777" w:rsidR="007E21A4" w:rsidRPr="00505B42" w:rsidRDefault="00000000" w:rsidP="000C5BCD">
            <w:pPr>
              <w:spacing w:line="276" w:lineRule="auto"/>
              <w:rPr>
                <w:rFonts w:cs="Noto Sans"/>
              </w:rPr>
            </w:pPr>
            <w:r w:rsidRPr="00505B42">
              <w:rPr>
                <w:rFonts w:cs="Noto Sans"/>
              </w:rPr>
              <w:t>Constante de proporcionalidad</w:t>
            </w:r>
          </w:p>
        </w:tc>
        <w:tc>
          <w:tcPr>
            <w:tcW w:w="7171" w:type="dxa"/>
          </w:tcPr>
          <w:p w14:paraId="5697761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valor numérico multiplicado por la entrada en una situación que involucra variación directa, inversa o conjunta.</w:t>
            </w:r>
          </w:p>
        </w:tc>
      </w:tr>
    </w:tbl>
    <w:p w14:paraId="5C4AC56F"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5C1DD92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B8522E5" w14:textId="77777777" w:rsidR="007E21A4" w:rsidRPr="00505B42" w:rsidRDefault="00000000" w:rsidP="000C5BCD">
            <w:pPr>
              <w:spacing w:line="276" w:lineRule="auto"/>
              <w:rPr>
                <w:rFonts w:cs="Noto Sans"/>
              </w:rPr>
            </w:pPr>
            <w:r w:rsidRPr="00505B42">
              <w:rPr>
                <w:rFonts w:cs="Noto Sans"/>
              </w:rPr>
              <w:t>Constant ratio</w:t>
            </w:r>
          </w:p>
        </w:tc>
        <w:tc>
          <w:tcPr>
            <w:tcW w:w="7171" w:type="dxa"/>
          </w:tcPr>
          <w:p w14:paraId="7D98706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In an exponential function, the output is multiplied by the same factor every time the input increases by one. Also called the growth factor</w:t>
            </w:r>
            <w:r w:rsidR="00C457E8">
              <w:rPr>
                <w:rFonts w:cs="Noto Sans"/>
              </w:rPr>
              <w:t>.</w:t>
            </w:r>
          </w:p>
        </w:tc>
      </w:tr>
      <w:tr w:rsidR="007E21A4" w:rsidRPr="00505B42" w14:paraId="3BDE31A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020284D" w14:textId="77777777" w:rsidR="007E21A4" w:rsidRPr="00505B42" w:rsidRDefault="00000000" w:rsidP="000C5BCD">
            <w:pPr>
              <w:spacing w:line="276" w:lineRule="auto"/>
              <w:rPr>
                <w:rFonts w:cs="Noto Sans"/>
              </w:rPr>
            </w:pPr>
            <w:r w:rsidRPr="00505B42">
              <w:rPr>
                <w:rFonts w:cs="Noto Sans"/>
              </w:rPr>
              <w:t>Relación constante</w:t>
            </w:r>
          </w:p>
        </w:tc>
        <w:tc>
          <w:tcPr>
            <w:tcW w:w="7171" w:type="dxa"/>
          </w:tcPr>
          <w:p w14:paraId="6CB6CCDD"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En una función exponencial, la salida se multiplica por el mismo factor cada vez que la entrada aumenta en uno. También llamado factor de crecimiento.</w:t>
            </w:r>
          </w:p>
        </w:tc>
      </w:tr>
    </w:tbl>
    <w:p w14:paraId="56237CA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1836EAF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71FA38" w14:textId="77777777" w:rsidR="007E21A4" w:rsidRPr="00505B42" w:rsidRDefault="00000000" w:rsidP="000C5BCD">
            <w:pPr>
              <w:spacing w:line="276" w:lineRule="auto"/>
              <w:rPr>
                <w:rFonts w:cs="Noto Sans"/>
              </w:rPr>
            </w:pPr>
            <w:r w:rsidRPr="00505B42">
              <w:rPr>
                <w:rFonts w:cs="Noto Sans"/>
              </w:rPr>
              <w:t>Constraint</w:t>
            </w:r>
          </w:p>
        </w:tc>
        <w:tc>
          <w:tcPr>
            <w:tcW w:w="7171" w:type="dxa"/>
          </w:tcPr>
          <w:p w14:paraId="7199113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limitation on the possible values of variables in a model, often expressed by an equation or inequality.</w:t>
            </w:r>
          </w:p>
        </w:tc>
      </w:tr>
      <w:tr w:rsidR="007E21A4" w:rsidRPr="00505B42" w14:paraId="55F9353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DDFBF40" w14:textId="77777777" w:rsidR="007E21A4" w:rsidRPr="00505B42" w:rsidRDefault="00000000" w:rsidP="000C5BCD">
            <w:pPr>
              <w:spacing w:line="276" w:lineRule="auto"/>
              <w:rPr>
                <w:rFonts w:cs="Noto Sans"/>
              </w:rPr>
            </w:pPr>
            <w:r w:rsidRPr="00505B42">
              <w:rPr>
                <w:rFonts w:cs="Noto Sans"/>
              </w:rPr>
              <w:t>Restricción</w:t>
            </w:r>
          </w:p>
        </w:tc>
        <w:tc>
          <w:tcPr>
            <w:tcW w:w="7171" w:type="dxa"/>
          </w:tcPr>
          <w:p w14:paraId="5BB8A75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limitación de los posibles valores de las variables en un modelo, a menudo expresada por una ecuación o desigualdad.</w:t>
            </w:r>
          </w:p>
        </w:tc>
      </w:tr>
    </w:tbl>
    <w:p w14:paraId="547C1D3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4"/>
        <w:gridCol w:w="6732"/>
      </w:tblGrid>
      <w:tr w:rsidR="007E21A4" w:rsidRPr="00505B42" w14:paraId="2B612B2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8794F00" w14:textId="77777777" w:rsidR="007E21A4" w:rsidRPr="00505B42" w:rsidRDefault="00000000" w:rsidP="000C5BCD">
            <w:pPr>
              <w:spacing w:line="276" w:lineRule="auto"/>
              <w:rPr>
                <w:rFonts w:cs="Noto Sans"/>
              </w:rPr>
            </w:pPr>
            <w:r w:rsidRPr="00505B42">
              <w:rPr>
                <w:rFonts w:cs="Noto Sans"/>
              </w:rPr>
              <w:t>Continuous function</w:t>
            </w:r>
          </w:p>
        </w:tc>
        <w:tc>
          <w:tcPr>
            <w:tcW w:w="7171" w:type="dxa"/>
          </w:tcPr>
          <w:p w14:paraId="20D8773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function that does not have any breaks or jumps.</w:t>
            </w:r>
          </w:p>
        </w:tc>
      </w:tr>
      <w:tr w:rsidR="007E21A4" w:rsidRPr="00505B42" w14:paraId="4496A99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9C15248" w14:textId="77777777" w:rsidR="007E21A4" w:rsidRPr="00505B42" w:rsidRDefault="00000000" w:rsidP="000C5BCD">
            <w:pPr>
              <w:spacing w:line="276" w:lineRule="auto"/>
              <w:rPr>
                <w:rFonts w:cs="Noto Sans"/>
              </w:rPr>
            </w:pPr>
            <w:r w:rsidRPr="00505B42">
              <w:rPr>
                <w:rFonts w:cs="Noto Sans"/>
              </w:rPr>
              <w:t>Función continua</w:t>
            </w:r>
          </w:p>
        </w:tc>
        <w:tc>
          <w:tcPr>
            <w:tcW w:w="7171" w:type="dxa"/>
          </w:tcPr>
          <w:p w14:paraId="187E693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función que no tiene pausas ni saltos.</w:t>
            </w:r>
          </w:p>
        </w:tc>
      </w:tr>
    </w:tbl>
    <w:p w14:paraId="62F4B41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40"/>
        <w:gridCol w:w="6716"/>
      </w:tblGrid>
      <w:tr w:rsidR="007E21A4" w:rsidRPr="00505B42" w14:paraId="4BF0541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0AD8C9A" w14:textId="77777777" w:rsidR="007E21A4" w:rsidRPr="00505B42" w:rsidRDefault="00000000" w:rsidP="000C5BCD">
            <w:pPr>
              <w:spacing w:line="276" w:lineRule="auto"/>
              <w:rPr>
                <w:rFonts w:cs="Noto Sans"/>
              </w:rPr>
            </w:pPr>
            <w:r w:rsidRPr="00505B42">
              <w:rPr>
                <w:rFonts w:cs="Noto Sans"/>
              </w:rPr>
              <w:t>Contradiction</w:t>
            </w:r>
          </w:p>
        </w:tc>
        <w:tc>
          <w:tcPr>
            <w:tcW w:w="7171" w:type="dxa"/>
          </w:tcPr>
          <w:p w14:paraId="7CF7DD4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equation that is never true for any value of the variable. (No real solutions)</w:t>
            </w:r>
          </w:p>
        </w:tc>
      </w:tr>
      <w:tr w:rsidR="007E21A4" w:rsidRPr="00505B42" w14:paraId="09CAA6B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DD5EC43" w14:textId="77777777" w:rsidR="007E21A4" w:rsidRPr="00505B42" w:rsidRDefault="00000000" w:rsidP="000C5BCD">
            <w:pPr>
              <w:spacing w:line="276" w:lineRule="auto"/>
              <w:rPr>
                <w:rFonts w:cs="Noto Sans"/>
              </w:rPr>
            </w:pPr>
            <w:r w:rsidRPr="00505B42">
              <w:rPr>
                <w:rFonts w:cs="Noto Sans"/>
              </w:rPr>
              <w:t>Contradicción</w:t>
            </w:r>
          </w:p>
        </w:tc>
        <w:tc>
          <w:tcPr>
            <w:tcW w:w="7171" w:type="dxa"/>
          </w:tcPr>
          <w:p w14:paraId="72D5A93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Ecuaciones que nunca son verdaderas para ningún valor de la variable. (No hay soluciones de números reales)</w:t>
            </w:r>
          </w:p>
        </w:tc>
      </w:tr>
    </w:tbl>
    <w:p w14:paraId="3E6B53D6" w14:textId="77777777" w:rsidR="007E21A4" w:rsidRPr="00505B42" w:rsidRDefault="007E21A4" w:rsidP="000C5BCD">
      <w:pPr>
        <w:rPr>
          <w:rFonts w:ascii="Noto Sans" w:hAnsi="Noto Sans" w:cs="Noto Sans"/>
        </w:rPr>
      </w:pPr>
    </w:p>
    <w:tbl>
      <w:tblPr>
        <w:tblStyle w:val="GlossaryTerm-Standard"/>
        <w:tblW w:w="0" w:type="auto"/>
        <w:tblLook w:val="0480" w:firstRow="0" w:lastRow="0" w:firstColumn="1" w:lastColumn="0" w:noHBand="0" w:noVBand="1"/>
      </w:tblPr>
      <w:tblGrid>
        <w:gridCol w:w="2130"/>
        <w:gridCol w:w="6726"/>
      </w:tblGrid>
      <w:tr w:rsidR="007E21A4" w:rsidRPr="00505B42" w14:paraId="57A8F77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67C14E8" w14:textId="77777777" w:rsidR="007E21A4" w:rsidRPr="00505B42" w:rsidRDefault="00000000" w:rsidP="00666E28">
            <w:pPr>
              <w:keepNext/>
              <w:spacing w:line="276" w:lineRule="auto"/>
              <w:rPr>
                <w:rFonts w:cs="Noto Sans"/>
              </w:rPr>
            </w:pPr>
            <w:r w:rsidRPr="00505B42">
              <w:rPr>
                <w:rFonts w:cs="Noto Sans"/>
              </w:rPr>
              <w:lastRenderedPageBreak/>
              <w:t>Coordinate Plane</w:t>
            </w:r>
          </w:p>
        </w:tc>
        <w:tc>
          <w:tcPr>
            <w:tcW w:w="7171" w:type="dxa"/>
          </w:tcPr>
          <w:p w14:paraId="513ACBCA" w14:textId="77777777" w:rsidR="007E21A4" w:rsidRPr="00505B42" w:rsidRDefault="00000000" w:rsidP="00666E28">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Plane, also called “grid” or “coordinate system,” in which a horizontal and a vertical number line intersect at their zero points.</w:t>
            </w:r>
          </w:p>
        </w:tc>
      </w:tr>
      <w:tr w:rsidR="007E21A4" w:rsidRPr="00505B42" w14:paraId="2686AF0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82AB6CD" w14:textId="77777777" w:rsidR="007E21A4" w:rsidRPr="00370EB2" w:rsidRDefault="00000000" w:rsidP="00666E28">
            <w:pPr>
              <w:keepNext/>
              <w:spacing w:line="276" w:lineRule="auto"/>
              <w:rPr>
                <w:rFonts w:cs="Noto Sans"/>
                <w:lang w:val="es-ES"/>
              </w:rPr>
            </w:pPr>
            <w:r w:rsidRPr="00370EB2">
              <w:rPr>
                <w:rFonts w:cs="Noto Sans"/>
                <w:lang w:val="es-ES"/>
              </w:rPr>
              <w:t>Plano de coordenadas</w:t>
            </w:r>
          </w:p>
        </w:tc>
        <w:tc>
          <w:tcPr>
            <w:tcW w:w="7171" w:type="dxa"/>
          </w:tcPr>
          <w:p w14:paraId="69B381C7" w14:textId="77777777" w:rsidR="007E21A4" w:rsidRPr="00370EB2" w:rsidRDefault="00000000" w:rsidP="00666E28">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Plano, denominado también “cuadrilla” o “sistema de coordenadas,” en el cual una recta numérica horizontal y otra vertical se cortan en sus puntos cero.</w:t>
            </w:r>
          </w:p>
        </w:tc>
      </w:tr>
    </w:tbl>
    <w:p w14:paraId="17F62D9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3"/>
        <w:gridCol w:w="6723"/>
      </w:tblGrid>
      <w:tr w:rsidR="007E21A4" w:rsidRPr="00505B42" w14:paraId="3480A22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A3F9F3E" w14:textId="77777777" w:rsidR="007E21A4" w:rsidRPr="00505B42" w:rsidRDefault="00000000" w:rsidP="000C5BCD">
            <w:pPr>
              <w:spacing w:line="276" w:lineRule="auto"/>
              <w:rPr>
                <w:rFonts w:cs="Noto Sans"/>
              </w:rPr>
            </w:pPr>
            <w:r w:rsidRPr="00505B42">
              <w:rPr>
                <w:rFonts w:cs="Noto Sans"/>
              </w:rPr>
              <w:t>Coordinates</w:t>
            </w:r>
          </w:p>
        </w:tc>
        <w:tc>
          <w:tcPr>
            <w:tcW w:w="7171" w:type="dxa"/>
          </w:tcPr>
          <w:p w14:paraId="55CCFFD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Number that corresponds to a point on a number line or grid.</w:t>
            </w:r>
          </w:p>
        </w:tc>
      </w:tr>
      <w:tr w:rsidR="007E21A4" w:rsidRPr="00505B42" w14:paraId="6746B64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5DA2024" w14:textId="77777777" w:rsidR="007E21A4" w:rsidRPr="00505B42" w:rsidRDefault="00000000" w:rsidP="000C5BCD">
            <w:pPr>
              <w:spacing w:line="276" w:lineRule="auto"/>
              <w:rPr>
                <w:rFonts w:cs="Noto Sans"/>
              </w:rPr>
            </w:pPr>
            <w:r w:rsidRPr="00505B42">
              <w:rPr>
                <w:rFonts w:cs="Noto Sans"/>
              </w:rPr>
              <w:t>Coordenadas</w:t>
            </w:r>
          </w:p>
        </w:tc>
        <w:tc>
          <w:tcPr>
            <w:tcW w:w="7171" w:type="dxa"/>
          </w:tcPr>
          <w:p w14:paraId="5C0FDAB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Número que corresponde a un punto en una recta numérica o cuadrícula.</w:t>
            </w:r>
          </w:p>
        </w:tc>
      </w:tr>
    </w:tbl>
    <w:p w14:paraId="1ECBE88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1"/>
        <w:gridCol w:w="6735"/>
      </w:tblGrid>
      <w:tr w:rsidR="007E21A4" w:rsidRPr="00505B42" w14:paraId="181D45CE"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0FA3A2D7" w14:textId="77777777" w:rsidR="007E21A4" w:rsidRPr="00505B42" w:rsidRDefault="00000000" w:rsidP="00294ADB">
            <w:pPr>
              <w:spacing w:line="276" w:lineRule="auto"/>
              <w:rPr>
                <w:rFonts w:cs="Noto Sans"/>
              </w:rPr>
            </w:pPr>
            <w:r w:rsidRPr="00505B42">
              <w:rPr>
                <w:rFonts w:cs="Noto Sans"/>
              </w:rPr>
              <w:t>Correlation coefficient</w:t>
            </w:r>
          </w:p>
        </w:tc>
        <w:tc>
          <w:tcPr>
            <w:tcW w:w="7171" w:type="dxa"/>
          </w:tcPr>
          <w:p w14:paraId="13AABCE4" w14:textId="77777777" w:rsidR="007E21A4" w:rsidRPr="00505B42" w:rsidRDefault="00000000" w:rsidP="00294ADB">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number between </w:t>
            </w:r>
            <m:oMath>
              <m:r>
                <w:rPr>
                  <w:rFonts w:ascii="Cambria Math" w:hAnsi="Cambria Math" w:cs="Noto Sans"/>
                </w:rPr>
                <m:t>-1</m:t>
              </m:r>
            </m:oMath>
            <w:r w:rsidRPr="00505B42">
              <w:rPr>
                <w:rFonts w:cs="Noto Sans"/>
              </w:rPr>
              <w:t xml:space="preserve"> and </w:t>
            </w:r>
            <m:oMath>
              <m:r>
                <w:rPr>
                  <w:rFonts w:ascii="Cambria Math" w:hAnsi="Cambria Math" w:cs="Noto Sans"/>
                </w:rPr>
                <m:t>1</m:t>
              </m:r>
            </m:oMath>
            <w:r w:rsidRPr="00505B42">
              <w:rPr>
                <w:rFonts w:cs="Noto Sans"/>
              </w:rPr>
              <w:t xml:space="preserve"> that describes the strength and direction of a linear association between two numerical variables.</w:t>
            </w:r>
          </w:p>
        </w:tc>
      </w:tr>
      <w:tr w:rsidR="007E21A4" w:rsidRPr="00505B42" w14:paraId="587CF98A"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360BB48C" w14:textId="77777777" w:rsidR="007E21A4" w:rsidRPr="00505B42" w:rsidRDefault="00000000" w:rsidP="00294ADB">
            <w:pPr>
              <w:spacing w:line="276" w:lineRule="auto"/>
              <w:rPr>
                <w:rFonts w:cs="Noto Sans"/>
              </w:rPr>
            </w:pPr>
            <w:r w:rsidRPr="00505B42">
              <w:rPr>
                <w:rFonts w:cs="Noto Sans"/>
              </w:rPr>
              <w:t>Coeficiente de correlación</w:t>
            </w:r>
          </w:p>
        </w:tc>
        <w:tc>
          <w:tcPr>
            <w:tcW w:w="7171" w:type="dxa"/>
          </w:tcPr>
          <w:p w14:paraId="7A1A27FC" w14:textId="77777777" w:rsidR="007E21A4" w:rsidRPr="00505B42" w:rsidRDefault="00000000" w:rsidP="00294ADB">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 número entre </w:t>
            </w:r>
            <m:oMath>
              <m:r>
                <w:rPr>
                  <w:rFonts w:ascii="Cambria Math" w:hAnsi="Cambria Math" w:cs="Noto Sans"/>
                </w:rPr>
                <m:t>-1</m:t>
              </m:r>
            </m:oMath>
            <w:r w:rsidRPr="00505B42">
              <w:rPr>
                <w:rFonts w:cs="Noto Sans"/>
              </w:rPr>
              <w:t xml:space="preserve"> y </w:t>
            </w:r>
            <m:oMath>
              <m:r>
                <w:rPr>
                  <w:rFonts w:ascii="Cambria Math" w:hAnsi="Cambria Math" w:cs="Noto Sans"/>
                </w:rPr>
                <m:t>1</m:t>
              </m:r>
            </m:oMath>
            <w:r w:rsidRPr="00505B42">
              <w:rPr>
                <w:rFonts w:cs="Noto Sans"/>
              </w:rPr>
              <w:t xml:space="preserve"> que describe la fuerza y ​​dirección de una asociación lineal entre dos variables numéricas.</w:t>
            </w:r>
          </w:p>
        </w:tc>
      </w:tr>
    </w:tbl>
    <w:p w14:paraId="4D7DFAE0" w14:textId="77777777" w:rsidR="007E21A4" w:rsidRDefault="003E0449" w:rsidP="00294ADB">
      <w:pPr>
        <w:jc w:val="center"/>
        <w:rPr>
          <w:rFonts w:ascii="Noto Sans" w:hAnsi="Noto Sans" w:cs="Noto Sans"/>
        </w:rPr>
      </w:pPr>
      <w:r>
        <w:rPr>
          <w:rFonts w:ascii="Noto Sans" w:hAnsi="Noto Sans" w:cs="Noto Sans"/>
          <w:noProof/>
        </w:rPr>
        <w:drawing>
          <wp:inline distT="0" distB="0" distL="0" distR="0" wp14:anchorId="5380D1F1" wp14:editId="0ACCD44A">
            <wp:extent cx="3053596" cy="2887133"/>
            <wp:effectExtent l="0" t="0" r="0" b="0"/>
            <wp:docPr id="1134222721" name="Picture 5" descr="A chart displaying nine scatter plots arranged in a 3x3 grid, showing examples of perfect, high, low, and no positive and negative correlations. (Un gráfico que muestra nueve diagramas de dispersión dispuestos en una cuadrícula de 3x3, presentando ejemplos de correlaciones positivas y negativas perfectas, altas, bajas y n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22721" name="Picture 5" descr="A chart displaying nine scatter plots arranged in a 3x3 grid, showing examples of perfect, high, low, and no positive and negative correlations. (Un gráfico que muestra nueve diagramas de dispersión dispuestos en una cuadrícula de 3x3, presentando ejemplos de correlaciones positivas y negativas perfectas, altas, bajas y nulas.)"/>
                    <pic:cNvPicPr/>
                  </pic:nvPicPr>
                  <pic:blipFill>
                    <a:blip r:embed="rId11"/>
                    <a:stretch>
                      <a:fillRect/>
                    </a:stretch>
                  </pic:blipFill>
                  <pic:spPr>
                    <a:xfrm>
                      <a:off x="0" y="0"/>
                      <a:ext cx="3063742" cy="2896726"/>
                    </a:xfrm>
                    <a:prstGeom prst="rect">
                      <a:avLst/>
                    </a:prstGeom>
                  </pic:spPr>
                </pic:pic>
              </a:graphicData>
            </a:graphic>
          </wp:inline>
        </w:drawing>
      </w:r>
    </w:p>
    <w:p w14:paraId="750E31BF" w14:textId="77777777" w:rsidR="00294ADB" w:rsidRPr="00505B42" w:rsidRDefault="00294ADB" w:rsidP="00294ADB">
      <w:pPr>
        <w:keepNext/>
        <w:rPr>
          <w:rFonts w:ascii="Noto Sans" w:hAnsi="Noto Sans" w:cs="Noto Sans"/>
        </w:rPr>
      </w:pPr>
    </w:p>
    <w:tbl>
      <w:tblPr>
        <w:tblStyle w:val="GlossaryTerm-Standard"/>
        <w:tblW w:w="0" w:type="auto"/>
        <w:tblLook w:val="0480" w:firstRow="0" w:lastRow="0" w:firstColumn="1" w:lastColumn="0" w:noHBand="0" w:noVBand="1"/>
      </w:tblPr>
      <w:tblGrid>
        <w:gridCol w:w="2089"/>
        <w:gridCol w:w="6767"/>
      </w:tblGrid>
      <w:tr w:rsidR="007E21A4" w:rsidRPr="00505B42" w14:paraId="4F03568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976C71" w14:textId="77777777" w:rsidR="007E21A4" w:rsidRPr="00505B42" w:rsidRDefault="00000000" w:rsidP="00294ADB">
            <w:pPr>
              <w:keepNext/>
              <w:spacing w:line="276" w:lineRule="auto"/>
              <w:rPr>
                <w:rFonts w:cs="Noto Sans"/>
              </w:rPr>
            </w:pPr>
            <w:r w:rsidRPr="00505B42">
              <w:rPr>
                <w:rFonts w:cs="Noto Sans"/>
              </w:rPr>
              <w:t>Curve of best fit</w:t>
            </w:r>
          </w:p>
        </w:tc>
        <w:tc>
          <w:tcPr>
            <w:tcW w:w="7171" w:type="dxa"/>
          </w:tcPr>
          <w:p w14:paraId="1827EEDD" w14:textId="77777777" w:rsidR="007E21A4" w:rsidRPr="00505B42" w:rsidRDefault="00000000" w:rsidP="00294ADB">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curve modeled by the equation that best approximates the points in a data set or scatter plot.</w:t>
            </w:r>
          </w:p>
        </w:tc>
      </w:tr>
      <w:tr w:rsidR="007E21A4" w:rsidRPr="00505B42" w14:paraId="44C0B25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E1B1C09" w14:textId="77777777" w:rsidR="007E21A4" w:rsidRPr="00370EB2" w:rsidRDefault="00000000" w:rsidP="00294ADB">
            <w:pPr>
              <w:keepNext/>
              <w:spacing w:line="276" w:lineRule="auto"/>
              <w:rPr>
                <w:rFonts w:cs="Noto Sans"/>
                <w:lang w:val="es-ES"/>
              </w:rPr>
            </w:pPr>
            <w:r w:rsidRPr="00370EB2">
              <w:rPr>
                <w:rFonts w:cs="Noto Sans"/>
                <w:lang w:val="es-ES"/>
              </w:rPr>
              <w:t>Curva de ajuste óptimo</w:t>
            </w:r>
          </w:p>
        </w:tc>
        <w:tc>
          <w:tcPr>
            <w:tcW w:w="7171" w:type="dxa"/>
          </w:tcPr>
          <w:p w14:paraId="010F5872" w14:textId="77777777" w:rsidR="007E21A4" w:rsidRPr="00370EB2" w:rsidRDefault="00000000" w:rsidP="00294ADB">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Curva modelada mediante la ecuación que mejor se aproxima a los puntos de un conjunto de datos o diagrama de dispersión.</w:t>
            </w:r>
          </w:p>
        </w:tc>
      </w:tr>
    </w:tbl>
    <w:p w14:paraId="2F871597" w14:textId="77777777" w:rsidR="007E21A4" w:rsidRPr="00505B42" w:rsidRDefault="003E0449" w:rsidP="00294ADB">
      <w:pPr>
        <w:keepNext/>
        <w:jc w:val="center"/>
        <w:rPr>
          <w:rFonts w:ascii="Noto Sans" w:hAnsi="Noto Sans" w:cs="Noto Sans"/>
        </w:rPr>
      </w:pPr>
      <w:r>
        <w:rPr>
          <w:rFonts w:ascii="Noto Sans" w:hAnsi="Noto Sans" w:cs="Noto Sans"/>
          <w:noProof/>
        </w:rPr>
        <w:drawing>
          <wp:inline distT="0" distB="0" distL="0" distR="0" wp14:anchorId="5A53FE40" wp14:editId="56DB21FC">
            <wp:extent cx="2506133" cy="2521231"/>
            <wp:effectExtent l="0" t="0" r="0" b="0"/>
            <wp:docPr id="1473016272" name="Picture 6" descr="A scatter plot showing data points that follow a U-shaped curve or non-linear trend line. (Un diagrama de dispersión que muestra puntos de datos que siguen una curva en forma de U o una línea de tendencia no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16272" name="Picture 6" descr="A scatter plot showing data points that follow a U-shaped curve or non-linear trend line. (Un diagrama de dispersión que muestra puntos de datos que siguen una curva en forma de U o una línea de tendencia no lineal.)"/>
                    <pic:cNvPicPr/>
                  </pic:nvPicPr>
                  <pic:blipFill>
                    <a:blip r:embed="rId12"/>
                    <a:stretch>
                      <a:fillRect/>
                    </a:stretch>
                  </pic:blipFill>
                  <pic:spPr>
                    <a:xfrm>
                      <a:off x="0" y="0"/>
                      <a:ext cx="2525417" cy="2540631"/>
                    </a:xfrm>
                    <a:prstGeom prst="rect">
                      <a:avLst/>
                    </a:prstGeom>
                  </pic:spPr>
                </pic:pic>
              </a:graphicData>
            </a:graphic>
          </wp:inline>
        </w:drawing>
      </w:r>
    </w:p>
    <w:p w14:paraId="6C542090" w14:textId="77777777" w:rsidR="007E21A4" w:rsidRPr="00505B42" w:rsidRDefault="00000000" w:rsidP="00F719CF">
      <w:pPr>
        <w:pStyle w:val="Heading2"/>
      </w:pPr>
      <w:bookmarkStart w:id="3" w:name="_Toc162956985"/>
      <w:r w:rsidRPr="00505B42">
        <w:t>D</w:t>
      </w:r>
      <w:bookmarkEnd w:id="3"/>
    </w:p>
    <w:tbl>
      <w:tblPr>
        <w:tblStyle w:val="GlossaryTerm-NewLetter"/>
        <w:tblW w:w="0" w:type="auto"/>
        <w:tblLook w:val="0480" w:firstRow="0" w:lastRow="0" w:firstColumn="1" w:lastColumn="0" w:noHBand="0" w:noVBand="1"/>
      </w:tblPr>
      <w:tblGrid>
        <w:gridCol w:w="2128"/>
        <w:gridCol w:w="6728"/>
      </w:tblGrid>
      <w:tr w:rsidR="007E21A4" w:rsidRPr="00505B42" w14:paraId="2B8E133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7224ED" w14:textId="77777777" w:rsidR="007E21A4" w:rsidRPr="00505B42" w:rsidRDefault="00000000" w:rsidP="000C5BCD">
            <w:pPr>
              <w:spacing w:line="276" w:lineRule="auto"/>
              <w:rPr>
                <w:rFonts w:cs="Noto Sans"/>
              </w:rPr>
            </w:pPr>
            <w:r w:rsidRPr="00505B42">
              <w:rPr>
                <w:rFonts w:cs="Noto Sans"/>
              </w:rPr>
              <w:t>Decreasing</w:t>
            </w:r>
          </w:p>
        </w:tc>
        <w:tc>
          <w:tcPr>
            <w:tcW w:w="7171" w:type="dxa"/>
          </w:tcPr>
          <w:p w14:paraId="1FFF989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For a function, the output values decrease as the input values increase.</w:t>
            </w:r>
          </w:p>
        </w:tc>
      </w:tr>
      <w:tr w:rsidR="007E21A4" w:rsidRPr="00505B42" w14:paraId="1C364E3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48381C5" w14:textId="77777777" w:rsidR="007E21A4" w:rsidRPr="00370EB2" w:rsidRDefault="00000000" w:rsidP="000C5BCD">
            <w:pPr>
              <w:spacing w:line="276" w:lineRule="auto"/>
              <w:rPr>
                <w:rFonts w:cs="Noto Sans"/>
                <w:lang w:val="es-ES"/>
              </w:rPr>
            </w:pPr>
            <w:r w:rsidRPr="00370EB2">
              <w:rPr>
                <w:rFonts w:cs="Noto Sans"/>
                <w:lang w:val="es-ES"/>
              </w:rPr>
              <w:t>Disminución función decreciente</w:t>
            </w:r>
          </w:p>
        </w:tc>
        <w:tc>
          <w:tcPr>
            <w:tcW w:w="7171" w:type="dxa"/>
          </w:tcPr>
          <w:p w14:paraId="441607CE"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Cuando los valores de entrada aumentan y los valores de la salida disminuyen.</w:t>
            </w:r>
          </w:p>
        </w:tc>
      </w:tr>
    </w:tbl>
    <w:p w14:paraId="6A64634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8"/>
        <w:gridCol w:w="6738"/>
      </w:tblGrid>
      <w:tr w:rsidR="007E21A4" w:rsidRPr="00505B42" w14:paraId="2892C8F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41BB4B" w14:textId="77777777" w:rsidR="007E21A4" w:rsidRPr="00505B42" w:rsidRDefault="00000000" w:rsidP="00E373CD">
            <w:pPr>
              <w:keepNext/>
              <w:spacing w:line="276" w:lineRule="auto"/>
              <w:rPr>
                <w:rFonts w:cs="Noto Sans"/>
              </w:rPr>
            </w:pPr>
            <w:r w:rsidRPr="00505B42">
              <w:rPr>
                <w:rFonts w:cs="Noto Sans"/>
              </w:rPr>
              <w:lastRenderedPageBreak/>
              <w:t>Degree of a polynomial</w:t>
            </w:r>
          </w:p>
        </w:tc>
        <w:tc>
          <w:tcPr>
            <w:tcW w:w="7171" w:type="dxa"/>
          </w:tcPr>
          <w:p w14:paraId="7CBAE291" w14:textId="77777777" w:rsidR="007E21A4" w:rsidRPr="00505B42" w:rsidRDefault="00000000" w:rsidP="00E373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highest exponent occurring on "</w:t>
            </w:r>
            <m:oMath>
              <m:r>
                <w:rPr>
                  <w:rFonts w:ascii="Cambria Math" w:hAnsi="Cambria Math" w:cs="Noto Sans"/>
                </w:rPr>
                <m:t>x</m:t>
              </m:r>
            </m:oMath>
            <w:r w:rsidRPr="00505B42">
              <w:rPr>
                <w:rFonts w:cs="Noto Sans"/>
              </w:rPr>
              <w:t>" when you write the polynomial as a sum of non-zero constants times powers of "</w:t>
            </w:r>
            <m:oMath>
              <m:r>
                <w:rPr>
                  <w:rFonts w:ascii="Cambria Math" w:hAnsi="Cambria Math" w:cs="Noto Sans"/>
                </w:rPr>
                <m:t>x</m:t>
              </m:r>
            </m:oMath>
            <w:r w:rsidRPr="00505B42">
              <w:rPr>
                <w:rFonts w:cs="Noto Sans"/>
              </w:rPr>
              <w:t>."</w:t>
            </w:r>
          </w:p>
        </w:tc>
      </w:tr>
      <w:tr w:rsidR="007E21A4" w:rsidRPr="00505B42" w14:paraId="4C685BC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23481FA" w14:textId="77777777" w:rsidR="007E21A4" w:rsidRPr="00505B42" w:rsidRDefault="00000000" w:rsidP="00E373CD">
            <w:pPr>
              <w:keepNext/>
              <w:spacing w:line="276" w:lineRule="auto"/>
              <w:rPr>
                <w:rFonts w:cs="Noto Sans"/>
              </w:rPr>
            </w:pPr>
            <w:r w:rsidRPr="00505B42">
              <w:rPr>
                <w:rFonts w:cs="Noto Sans"/>
              </w:rPr>
              <w:t>Grado de un polinomio</w:t>
            </w:r>
          </w:p>
        </w:tc>
        <w:tc>
          <w:tcPr>
            <w:tcW w:w="7171" w:type="dxa"/>
          </w:tcPr>
          <w:p w14:paraId="536B09EB" w14:textId="77777777" w:rsidR="007E21A4" w:rsidRPr="00505B42" w:rsidRDefault="00000000" w:rsidP="00E373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exponente más alto que aparece en "</w:t>
            </w:r>
            <m:oMath>
              <m:r>
                <w:rPr>
                  <w:rFonts w:ascii="Cambria Math" w:hAnsi="Cambria Math" w:cs="Noto Sans"/>
                </w:rPr>
                <m:t>x</m:t>
              </m:r>
            </m:oMath>
            <w:r w:rsidRPr="00505B42">
              <w:rPr>
                <w:rFonts w:cs="Noto Sans"/>
              </w:rPr>
              <w:t>" cuando escribes el polinomio como una suma de constantes distintas de cero multiplicadas por potencias de "</w:t>
            </w:r>
            <m:oMath>
              <m:r>
                <w:rPr>
                  <w:rFonts w:ascii="Cambria Math" w:hAnsi="Cambria Math" w:cs="Noto Sans"/>
                </w:rPr>
                <m:t>x</m:t>
              </m:r>
            </m:oMath>
            <w:r w:rsidRPr="00505B42">
              <w:rPr>
                <w:rFonts w:cs="Noto Sans"/>
              </w:rPr>
              <w:t>".</w:t>
            </w:r>
          </w:p>
        </w:tc>
      </w:tr>
    </w:tbl>
    <w:p w14:paraId="5A94DDB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7"/>
        <w:gridCol w:w="6759"/>
      </w:tblGrid>
      <w:tr w:rsidR="007E21A4" w:rsidRPr="00505B42" w14:paraId="5870AC17"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1C0AB72F" w14:textId="77777777" w:rsidR="007E21A4" w:rsidRPr="00505B42" w:rsidRDefault="00000000" w:rsidP="000C5BCD">
            <w:pPr>
              <w:spacing w:line="276" w:lineRule="auto"/>
              <w:rPr>
                <w:rFonts w:cs="Noto Sans"/>
              </w:rPr>
            </w:pPr>
            <w:r w:rsidRPr="00505B42">
              <w:rPr>
                <w:rFonts w:cs="Noto Sans"/>
              </w:rPr>
              <w:t>Degree of a term</w:t>
            </w:r>
          </w:p>
        </w:tc>
        <w:tc>
          <w:tcPr>
            <w:tcW w:w="7171" w:type="dxa"/>
          </w:tcPr>
          <w:p w14:paraId="622249A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degree of a term is the sum of the exponents of its variables.</w:t>
            </w:r>
          </w:p>
        </w:tc>
      </w:tr>
      <w:tr w:rsidR="007E21A4" w:rsidRPr="00505B42" w14:paraId="44A1E638"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7586C412" w14:textId="77777777" w:rsidR="007E21A4" w:rsidRPr="00505B42" w:rsidRDefault="00000000" w:rsidP="000C5BCD">
            <w:pPr>
              <w:spacing w:line="276" w:lineRule="auto"/>
              <w:rPr>
                <w:rFonts w:cs="Noto Sans"/>
              </w:rPr>
            </w:pPr>
            <w:r w:rsidRPr="00505B42">
              <w:rPr>
                <w:rFonts w:cs="Noto Sans"/>
              </w:rPr>
              <w:t>Grado de un término</w:t>
            </w:r>
          </w:p>
        </w:tc>
        <w:tc>
          <w:tcPr>
            <w:tcW w:w="7171" w:type="dxa"/>
          </w:tcPr>
          <w:p w14:paraId="4E1CDEF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grado de un término es la suma de los exponentes de sus variables.</w:t>
            </w:r>
          </w:p>
        </w:tc>
      </w:tr>
    </w:tbl>
    <w:p w14:paraId="1209D94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9"/>
        <w:gridCol w:w="6717"/>
      </w:tblGrid>
      <w:tr w:rsidR="007E21A4" w:rsidRPr="00505B42" w14:paraId="17CAC40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EE2021E" w14:textId="77777777" w:rsidR="007E21A4" w:rsidRPr="00505B42" w:rsidRDefault="00000000" w:rsidP="000C5BCD">
            <w:pPr>
              <w:spacing w:line="276" w:lineRule="auto"/>
              <w:rPr>
                <w:rFonts w:cs="Noto Sans"/>
              </w:rPr>
            </w:pPr>
            <w:r w:rsidRPr="00505B42">
              <w:rPr>
                <w:rFonts w:cs="Noto Sans"/>
              </w:rPr>
              <w:t>Denominator</w:t>
            </w:r>
          </w:p>
        </w:tc>
        <w:tc>
          <w:tcPr>
            <w:tcW w:w="7171" w:type="dxa"/>
          </w:tcPr>
          <w:p w14:paraId="5F77F3A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bottom part of a fraction that represents how many parts an amount is being divided into. </w:t>
            </w:r>
          </w:p>
        </w:tc>
      </w:tr>
      <w:tr w:rsidR="007E21A4" w:rsidRPr="00505B42" w14:paraId="104883D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8CE23A4" w14:textId="77777777" w:rsidR="007E21A4" w:rsidRPr="00505B42" w:rsidRDefault="00000000" w:rsidP="000C5BCD">
            <w:pPr>
              <w:spacing w:line="276" w:lineRule="auto"/>
              <w:rPr>
                <w:rFonts w:cs="Noto Sans"/>
              </w:rPr>
            </w:pPr>
            <w:r w:rsidRPr="00505B42">
              <w:rPr>
                <w:rFonts w:cs="Noto Sans"/>
              </w:rPr>
              <w:t>Denominador</w:t>
            </w:r>
          </w:p>
        </w:tc>
        <w:tc>
          <w:tcPr>
            <w:tcW w:w="7171" w:type="dxa"/>
          </w:tcPr>
          <w:p w14:paraId="773A3D2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parte inferior de una fracción que representa en cuántas partes se divide una cantidad.</w:t>
            </w:r>
          </w:p>
        </w:tc>
      </w:tr>
    </w:tbl>
    <w:p w14:paraId="48F7A3C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9"/>
        <w:gridCol w:w="6727"/>
      </w:tblGrid>
      <w:tr w:rsidR="007E21A4" w:rsidRPr="00505B42" w14:paraId="307A7F3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F53EC9A" w14:textId="77777777" w:rsidR="007E21A4" w:rsidRPr="00505B42" w:rsidRDefault="00000000" w:rsidP="000C5BCD">
            <w:pPr>
              <w:spacing w:line="276" w:lineRule="auto"/>
              <w:rPr>
                <w:rFonts w:cs="Noto Sans"/>
              </w:rPr>
            </w:pPr>
            <w:r w:rsidRPr="00505B42">
              <w:rPr>
                <w:rFonts w:cs="Noto Sans"/>
              </w:rPr>
              <w:t>Dependent quantity</w:t>
            </w:r>
          </w:p>
        </w:tc>
        <w:tc>
          <w:tcPr>
            <w:tcW w:w="7171" w:type="dxa"/>
          </w:tcPr>
          <w:p w14:paraId="31A8B6D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value that is arrived at through some rule, function, or experiment. </w:t>
            </w:r>
          </w:p>
        </w:tc>
      </w:tr>
      <w:tr w:rsidR="007E21A4" w:rsidRPr="00505B42" w14:paraId="7E492CF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6E39AA" w14:textId="77777777" w:rsidR="007E21A4" w:rsidRPr="00505B42" w:rsidRDefault="00000000" w:rsidP="000C5BCD">
            <w:pPr>
              <w:spacing w:line="276" w:lineRule="auto"/>
              <w:rPr>
                <w:rFonts w:cs="Noto Sans"/>
              </w:rPr>
            </w:pPr>
            <w:r w:rsidRPr="00505B42">
              <w:rPr>
                <w:rFonts w:cs="Noto Sans"/>
              </w:rPr>
              <w:t>Cantidad dependiente</w:t>
            </w:r>
          </w:p>
        </w:tc>
        <w:tc>
          <w:tcPr>
            <w:tcW w:w="7171" w:type="dxa"/>
          </w:tcPr>
          <w:p w14:paraId="2DA717C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valor que se produce a través de alguna regla, una función o un experimento.</w:t>
            </w:r>
          </w:p>
        </w:tc>
      </w:tr>
    </w:tbl>
    <w:p w14:paraId="585039C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656454A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8C687C1" w14:textId="77777777" w:rsidR="007E21A4" w:rsidRPr="00505B42" w:rsidRDefault="00000000" w:rsidP="000C5BCD">
            <w:pPr>
              <w:spacing w:line="276" w:lineRule="auto"/>
              <w:rPr>
                <w:rFonts w:cs="Noto Sans"/>
              </w:rPr>
            </w:pPr>
            <w:r w:rsidRPr="00505B42">
              <w:rPr>
                <w:rFonts w:cs="Noto Sans"/>
              </w:rPr>
              <w:t>Dependent variable</w:t>
            </w:r>
          </w:p>
        </w:tc>
        <w:tc>
          <w:tcPr>
            <w:tcW w:w="7171" w:type="dxa"/>
          </w:tcPr>
          <w:p w14:paraId="1352AA8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This value represents the output of a function.</w:t>
            </w:r>
          </w:p>
        </w:tc>
      </w:tr>
      <w:tr w:rsidR="007E21A4" w:rsidRPr="00505B42" w14:paraId="69337D9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5108E8A" w14:textId="77777777" w:rsidR="007E21A4" w:rsidRPr="00505B42" w:rsidRDefault="00000000" w:rsidP="000C5BCD">
            <w:pPr>
              <w:spacing w:line="276" w:lineRule="auto"/>
              <w:rPr>
                <w:rFonts w:cs="Noto Sans"/>
              </w:rPr>
            </w:pPr>
            <w:r w:rsidRPr="00505B42">
              <w:rPr>
                <w:rFonts w:cs="Noto Sans"/>
              </w:rPr>
              <w:t>Variable dependiente</w:t>
            </w:r>
          </w:p>
        </w:tc>
        <w:tc>
          <w:tcPr>
            <w:tcW w:w="7171" w:type="dxa"/>
          </w:tcPr>
          <w:p w14:paraId="7739385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Este valor representa la salida de una función.</w:t>
            </w:r>
          </w:p>
        </w:tc>
      </w:tr>
    </w:tbl>
    <w:p w14:paraId="776683E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5"/>
        <w:gridCol w:w="6741"/>
      </w:tblGrid>
      <w:tr w:rsidR="007E21A4" w:rsidRPr="00505B42" w14:paraId="54198F9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2DEA0D7" w14:textId="77777777" w:rsidR="007E21A4" w:rsidRPr="00505B42" w:rsidRDefault="00000000" w:rsidP="000C5BCD">
            <w:pPr>
              <w:spacing w:line="276" w:lineRule="auto"/>
              <w:rPr>
                <w:rFonts w:cs="Noto Sans"/>
              </w:rPr>
            </w:pPr>
            <w:r w:rsidRPr="00505B42">
              <w:rPr>
                <w:rFonts w:cs="Noto Sans"/>
              </w:rPr>
              <w:lastRenderedPageBreak/>
              <w:t>Difference of squares</w:t>
            </w:r>
          </w:p>
        </w:tc>
        <w:tc>
          <w:tcPr>
            <w:tcW w:w="7171" w:type="dxa"/>
          </w:tcPr>
          <w:p w14:paraId="21CD17D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product of a conjugate pair of binomials that has the form </w:t>
            </w:r>
            <m:oMath>
              <m:r>
                <w:rPr>
                  <w:rFonts w:ascii="Cambria Math" w:hAnsi="Cambria Math" w:cs="Noto Sans"/>
                </w:rPr>
                <m:t>a² - b²</m:t>
              </m:r>
            </m:oMath>
            <w:r w:rsidRPr="00505B42">
              <w:rPr>
                <w:rFonts w:cs="Noto Sans"/>
              </w:rPr>
              <w:t>.</w:t>
            </w:r>
          </w:p>
        </w:tc>
      </w:tr>
      <w:tr w:rsidR="007E21A4" w:rsidRPr="00505B42" w14:paraId="2C8DAED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3A67BEE" w14:textId="77777777" w:rsidR="007E21A4" w:rsidRPr="00505B42" w:rsidRDefault="00000000" w:rsidP="000C5BCD">
            <w:pPr>
              <w:spacing w:line="276" w:lineRule="auto"/>
              <w:rPr>
                <w:rFonts w:cs="Noto Sans"/>
              </w:rPr>
            </w:pPr>
            <w:r w:rsidRPr="00505B42">
              <w:rPr>
                <w:rFonts w:cs="Noto Sans"/>
              </w:rPr>
              <w:t>Diferencia de cuadrados</w:t>
            </w:r>
          </w:p>
        </w:tc>
        <w:tc>
          <w:tcPr>
            <w:tcW w:w="7171" w:type="dxa"/>
          </w:tcPr>
          <w:p w14:paraId="54ED3EC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producto de un par conjugado de binomios que tiene la forma </w:t>
            </w:r>
            <m:oMath>
              <m:r>
                <w:rPr>
                  <w:rFonts w:ascii="Cambria Math" w:hAnsi="Cambria Math" w:cs="Noto Sans"/>
                </w:rPr>
                <m:t>a² - b²</m:t>
              </m:r>
            </m:oMath>
            <w:r w:rsidRPr="00505B42">
              <w:rPr>
                <w:rFonts w:cs="Noto Sans"/>
              </w:rPr>
              <w:t>.</w:t>
            </w:r>
          </w:p>
        </w:tc>
      </w:tr>
    </w:tbl>
    <w:p w14:paraId="5279F69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5F14FBF9"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2BF65321" w14:textId="77777777" w:rsidR="007E21A4" w:rsidRPr="00505B42" w:rsidRDefault="00000000" w:rsidP="000C5BCD">
            <w:pPr>
              <w:spacing w:line="276" w:lineRule="auto"/>
              <w:rPr>
                <w:rFonts w:cs="Noto Sans"/>
              </w:rPr>
            </w:pPr>
            <w:r w:rsidRPr="00505B42">
              <w:rPr>
                <w:rFonts w:cs="Noto Sans"/>
              </w:rPr>
              <w:t>Direct variation</w:t>
            </w:r>
          </w:p>
        </w:tc>
        <w:tc>
          <w:tcPr>
            <w:tcW w:w="7171" w:type="dxa"/>
          </w:tcPr>
          <w:p w14:paraId="23DFE30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equation, function, or situation where the variables are related through the multiplication of constant only.</w:t>
            </w:r>
          </w:p>
        </w:tc>
      </w:tr>
      <w:tr w:rsidR="007E21A4" w:rsidRPr="00505B42" w14:paraId="32CB56EB"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43137266" w14:textId="77777777" w:rsidR="007E21A4" w:rsidRPr="00505B42" w:rsidRDefault="00000000" w:rsidP="000C5BCD">
            <w:pPr>
              <w:spacing w:line="276" w:lineRule="auto"/>
              <w:rPr>
                <w:rFonts w:cs="Noto Sans"/>
              </w:rPr>
            </w:pPr>
            <w:r w:rsidRPr="00505B42">
              <w:rPr>
                <w:rFonts w:cs="Noto Sans"/>
              </w:rPr>
              <w:t>Variación directa</w:t>
            </w:r>
          </w:p>
        </w:tc>
        <w:tc>
          <w:tcPr>
            <w:tcW w:w="7171" w:type="dxa"/>
          </w:tcPr>
          <w:p w14:paraId="5C187EF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ecuación, función o situación donde las variables se relacionan únicamente a través de la multiplicación de la constante.</w:t>
            </w:r>
          </w:p>
        </w:tc>
      </w:tr>
    </w:tbl>
    <w:p w14:paraId="3DD24E0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0"/>
        <w:gridCol w:w="6756"/>
      </w:tblGrid>
      <w:tr w:rsidR="007E21A4" w:rsidRPr="00505B42" w14:paraId="75E7F46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8079E5C" w14:textId="77777777" w:rsidR="007E21A4" w:rsidRPr="00505B42" w:rsidRDefault="00000000" w:rsidP="000C5BCD">
            <w:pPr>
              <w:spacing w:line="276" w:lineRule="auto"/>
              <w:rPr>
                <w:rFonts w:cs="Noto Sans"/>
              </w:rPr>
            </w:pPr>
            <w:r w:rsidRPr="00505B42">
              <w:rPr>
                <w:rFonts w:cs="Noto Sans"/>
              </w:rPr>
              <w:t>Discrete function</w:t>
            </w:r>
          </w:p>
        </w:tc>
        <w:tc>
          <w:tcPr>
            <w:tcW w:w="7171" w:type="dxa"/>
          </w:tcPr>
          <w:p w14:paraId="6752FE0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function with distinct and separate values that are not connected with each other.</w:t>
            </w:r>
          </w:p>
        </w:tc>
      </w:tr>
      <w:tr w:rsidR="007E21A4" w:rsidRPr="00505B42" w14:paraId="137D81E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E983DE1" w14:textId="77777777" w:rsidR="007E21A4" w:rsidRPr="00505B42" w:rsidRDefault="00000000" w:rsidP="000C5BCD">
            <w:pPr>
              <w:spacing w:line="276" w:lineRule="auto"/>
              <w:rPr>
                <w:rFonts w:cs="Noto Sans"/>
              </w:rPr>
            </w:pPr>
            <w:r w:rsidRPr="00505B42">
              <w:rPr>
                <w:rFonts w:cs="Noto Sans"/>
              </w:rPr>
              <w:t>Función discreta</w:t>
            </w:r>
          </w:p>
        </w:tc>
        <w:tc>
          <w:tcPr>
            <w:tcW w:w="7171" w:type="dxa"/>
          </w:tcPr>
          <w:p w14:paraId="118AC392"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función con valores distintos y separados que no están conectados entre sí.</w:t>
            </w:r>
          </w:p>
        </w:tc>
      </w:tr>
    </w:tbl>
    <w:p w14:paraId="50EDF1F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2"/>
        <w:gridCol w:w="6734"/>
      </w:tblGrid>
      <w:tr w:rsidR="007E21A4" w:rsidRPr="00505B42" w14:paraId="5056BCC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36818D2" w14:textId="77777777" w:rsidR="007E21A4" w:rsidRPr="00505B42" w:rsidRDefault="00000000" w:rsidP="000C5BCD">
            <w:pPr>
              <w:spacing w:line="276" w:lineRule="auto"/>
              <w:rPr>
                <w:rFonts w:cs="Noto Sans"/>
              </w:rPr>
            </w:pPr>
            <w:r w:rsidRPr="00505B42">
              <w:rPr>
                <w:rFonts w:cs="Noto Sans"/>
              </w:rPr>
              <w:t>Distributive property</w:t>
            </w:r>
          </w:p>
        </w:tc>
        <w:tc>
          <w:tcPr>
            <w:tcW w:w="7171" w:type="dxa"/>
          </w:tcPr>
          <w:p w14:paraId="5B8D21C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property indicating a special way in which multiplication is applied to addition of two or more numbers in which each term inside a set of parentheses can be multiplied by a factor outside the parentheses, such as </w:t>
            </w:r>
            <m:oMath>
              <m:r>
                <w:rPr>
                  <w:rFonts w:ascii="Cambria Math" w:hAnsi="Cambria Math" w:cs="Noto Sans"/>
                </w:rPr>
                <m:t>a(b + c) = ab + ac</m:t>
              </m:r>
            </m:oMath>
            <w:r w:rsidRPr="00505B42">
              <w:rPr>
                <w:rFonts w:cs="Noto Sans"/>
              </w:rPr>
              <w:t>.</w:t>
            </w:r>
          </w:p>
        </w:tc>
      </w:tr>
      <w:tr w:rsidR="007E21A4" w:rsidRPr="00505B42" w14:paraId="38B6B33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95933C" w14:textId="77777777" w:rsidR="007E21A4" w:rsidRPr="00370EB2" w:rsidRDefault="00000000" w:rsidP="000C5BCD">
            <w:pPr>
              <w:spacing w:line="276" w:lineRule="auto"/>
              <w:rPr>
                <w:rFonts w:cs="Noto Sans"/>
                <w:lang w:val="es-ES"/>
              </w:rPr>
            </w:pPr>
            <w:r w:rsidRPr="00370EB2">
              <w:rPr>
                <w:rFonts w:cs="Noto Sans"/>
                <w:lang w:val="es-ES"/>
              </w:rPr>
              <w:t>Propiedad distributiva</w:t>
            </w:r>
          </w:p>
        </w:tc>
        <w:tc>
          <w:tcPr>
            <w:tcW w:w="7171" w:type="dxa"/>
          </w:tcPr>
          <w:p w14:paraId="473E3652"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Para multiplicar una suma por un número, multiplíquese cada sumando de la suma por el número que está fuera del paréntesis. Ejemplo: </w:t>
            </w:r>
            <m:oMath>
              <m:r>
                <w:rPr>
                  <w:rFonts w:ascii="Cambria Math" w:hAnsi="Cambria Math" w:cs="Noto Sans"/>
                  <w:lang w:val="es-ES"/>
                </w:rPr>
                <m:t>a(b + c) = ab + ac</m:t>
              </m:r>
            </m:oMath>
            <w:r w:rsidR="00C457E8" w:rsidRPr="00370EB2">
              <w:rPr>
                <w:rFonts w:cs="Noto Sans"/>
                <w:lang w:val="es-ES"/>
              </w:rPr>
              <w:t>.</w:t>
            </w:r>
          </w:p>
        </w:tc>
      </w:tr>
    </w:tbl>
    <w:p w14:paraId="540727F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196EA34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960647" w14:textId="77777777" w:rsidR="007E21A4" w:rsidRPr="00505B42" w:rsidRDefault="00000000" w:rsidP="000C5BCD">
            <w:pPr>
              <w:spacing w:line="276" w:lineRule="auto"/>
              <w:rPr>
                <w:rFonts w:cs="Noto Sans"/>
              </w:rPr>
            </w:pPr>
            <w:r w:rsidRPr="00505B42">
              <w:rPr>
                <w:rFonts w:cs="Noto Sans"/>
              </w:rPr>
              <w:t>Dividend in polynomials</w:t>
            </w:r>
          </w:p>
        </w:tc>
        <w:tc>
          <w:tcPr>
            <w:tcW w:w="7171" w:type="dxa"/>
          </w:tcPr>
          <w:p w14:paraId="637BA4D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original polynomial that is being divided by another polynomial. For example, </w:t>
            </w:r>
            <m:oMath>
              <m:r>
                <w:rPr>
                  <w:rFonts w:ascii="Cambria Math" w:hAnsi="Cambria Math" w:cs="Noto Sans"/>
                </w:rPr>
                <m:t>f(x)</m:t>
              </m:r>
            </m:oMath>
            <w:r w:rsidRPr="00505B42">
              <w:rPr>
                <w:rFonts w:cs="Noto Sans"/>
              </w:rPr>
              <w:t xml:space="preserve"> when </w:t>
            </w:r>
            <m:oMath>
              <m:r>
                <w:rPr>
                  <w:rFonts w:ascii="Cambria Math" w:hAnsi="Cambria Math" w:cs="Noto Sans"/>
                </w:rPr>
                <m:t>f(x) ÷ d(x)</m:t>
              </m:r>
            </m:oMath>
            <w:r w:rsidRPr="00505B42">
              <w:rPr>
                <w:rFonts w:cs="Noto Sans"/>
              </w:rPr>
              <w:t>.</w:t>
            </w:r>
          </w:p>
        </w:tc>
      </w:tr>
      <w:tr w:rsidR="007E21A4" w:rsidRPr="00505B42" w14:paraId="346D0D6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47B4505" w14:textId="77777777" w:rsidR="007E21A4" w:rsidRPr="00370EB2" w:rsidRDefault="00000000" w:rsidP="000C5BCD">
            <w:pPr>
              <w:spacing w:line="276" w:lineRule="auto"/>
              <w:rPr>
                <w:rFonts w:cs="Noto Sans"/>
                <w:lang w:val="es-ES"/>
              </w:rPr>
            </w:pPr>
            <w:r w:rsidRPr="00370EB2">
              <w:rPr>
                <w:rFonts w:cs="Noto Sans"/>
                <w:lang w:val="es-ES"/>
              </w:rPr>
              <w:t>Dividendo en polinomios</w:t>
            </w:r>
          </w:p>
        </w:tc>
        <w:tc>
          <w:tcPr>
            <w:tcW w:w="7171" w:type="dxa"/>
          </w:tcPr>
          <w:p w14:paraId="4813A350"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El polinomio original que se divide por otro polinomio.</w:t>
            </w:r>
            <w:r w:rsidR="00C457E8" w:rsidRPr="00370EB2">
              <w:rPr>
                <w:rFonts w:cs="Noto Sans"/>
                <w:lang w:val="es-ES"/>
              </w:rPr>
              <w:t xml:space="preserve"> Por ejemplo, </w:t>
            </w:r>
            <m:oMath>
              <m:r>
                <w:rPr>
                  <w:rFonts w:ascii="Cambria Math" w:hAnsi="Cambria Math" w:cs="Noto Sans"/>
                  <w:lang w:val="es-ES"/>
                </w:rPr>
                <m:t>f(x)</m:t>
              </m:r>
            </m:oMath>
            <w:r w:rsidR="00C457E8" w:rsidRPr="00370EB2">
              <w:rPr>
                <w:rFonts w:cs="Noto Sans"/>
                <w:lang w:val="es-ES"/>
              </w:rPr>
              <w:t xml:space="preserve"> cuando </w:t>
            </w:r>
            <m:oMath>
              <m:r>
                <w:rPr>
                  <w:rFonts w:ascii="Cambria Math" w:hAnsi="Cambria Math" w:cs="Noto Sans"/>
                  <w:lang w:val="es-ES"/>
                </w:rPr>
                <m:t>f(x) ÷ d(x)</m:t>
              </m:r>
            </m:oMath>
            <w:r w:rsidR="00C457E8" w:rsidRPr="00370EB2">
              <w:rPr>
                <w:rFonts w:cs="Noto Sans"/>
                <w:lang w:val="es-ES"/>
              </w:rPr>
              <w:t>.</w:t>
            </w:r>
          </w:p>
        </w:tc>
      </w:tr>
    </w:tbl>
    <w:p w14:paraId="56A7097E"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77EEB5B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1241D02" w14:textId="77777777" w:rsidR="007E21A4" w:rsidRPr="00505B42" w:rsidRDefault="00000000" w:rsidP="000C5BCD">
            <w:pPr>
              <w:spacing w:line="276" w:lineRule="auto"/>
              <w:rPr>
                <w:rFonts w:cs="Noto Sans"/>
              </w:rPr>
            </w:pPr>
            <w:r w:rsidRPr="00505B42">
              <w:rPr>
                <w:rFonts w:cs="Noto Sans"/>
              </w:rPr>
              <w:t>Divisor in polynomials</w:t>
            </w:r>
          </w:p>
        </w:tc>
        <w:tc>
          <w:tcPr>
            <w:tcW w:w="7171" w:type="dxa"/>
          </w:tcPr>
          <w:p w14:paraId="4179C7B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polynomial being divided into the original polynomial. For example, </w:t>
            </w:r>
            <m:oMath>
              <m:r>
                <w:rPr>
                  <w:rFonts w:ascii="Cambria Math" w:hAnsi="Cambria Math" w:cs="Noto Sans"/>
                </w:rPr>
                <m:t>d(x)</m:t>
              </m:r>
            </m:oMath>
            <w:r w:rsidRPr="00505B42">
              <w:rPr>
                <w:rFonts w:cs="Noto Sans"/>
              </w:rPr>
              <w:t xml:space="preserve"> when </w:t>
            </w:r>
            <m:oMath>
              <m:r>
                <w:rPr>
                  <w:rFonts w:ascii="Cambria Math" w:hAnsi="Cambria Math" w:cs="Noto Sans"/>
                </w:rPr>
                <m:t>f(x) ÷ d(x)</m:t>
              </m:r>
            </m:oMath>
            <w:r w:rsidRPr="00505B42">
              <w:rPr>
                <w:rFonts w:cs="Noto Sans"/>
              </w:rPr>
              <w:t>.</w:t>
            </w:r>
          </w:p>
        </w:tc>
      </w:tr>
      <w:tr w:rsidR="007E21A4" w:rsidRPr="00505B42" w14:paraId="3341BFC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BBDA384" w14:textId="77777777" w:rsidR="007E21A4" w:rsidRPr="00505B42" w:rsidRDefault="00000000" w:rsidP="000C5BCD">
            <w:pPr>
              <w:spacing w:line="276" w:lineRule="auto"/>
              <w:rPr>
                <w:rFonts w:cs="Noto Sans"/>
              </w:rPr>
            </w:pPr>
            <w:r w:rsidRPr="00505B42">
              <w:rPr>
                <w:rFonts w:cs="Noto Sans"/>
              </w:rPr>
              <w:t>Divisor en polinomios</w:t>
            </w:r>
          </w:p>
        </w:tc>
        <w:tc>
          <w:tcPr>
            <w:tcW w:w="7171" w:type="dxa"/>
          </w:tcPr>
          <w:p w14:paraId="5536D2C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polinomio se divide en el polinomio original. Por ejemplo, </w:t>
            </w:r>
            <m:oMath>
              <m:r>
                <w:rPr>
                  <w:rFonts w:ascii="Cambria Math" w:hAnsi="Cambria Math" w:cs="Noto Sans"/>
                </w:rPr>
                <m:t>d(x)</m:t>
              </m:r>
            </m:oMath>
            <w:r w:rsidRPr="00505B42">
              <w:rPr>
                <w:rFonts w:cs="Noto Sans"/>
              </w:rPr>
              <w:t xml:space="preserve"> cuando </w:t>
            </w:r>
            <m:oMath>
              <m:r>
                <w:rPr>
                  <w:rFonts w:ascii="Cambria Math" w:hAnsi="Cambria Math" w:cs="Noto Sans"/>
                </w:rPr>
                <m:t>f(x) ÷ d(x)</m:t>
              </m:r>
            </m:oMath>
            <w:r w:rsidRPr="00505B42">
              <w:rPr>
                <w:rFonts w:cs="Noto Sans"/>
              </w:rPr>
              <w:t>.</w:t>
            </w:r>
          </w:p>
        </w:tc>
      </w:tr>
    </w:tbl>
    <w:p w14:paraId="7C668C0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9"/>
        <w:gridCol w:w="6757"/>
      </w:tblGrid>
      <w:tr w:rsidR="007E21A4" w:rsidRPr="00505B42" w14:paraId="4D5CD46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515FF59" w14:textId="77777777" w:rsidR="007E21A4" w:rsidRPr="00505B42" w:rsidRDefault="00000000" w:rsidP="000C5BCD">
            <w:pPr>
              <w:spacing w:line="276" w:lineRule="auto"/>
              <w:rPr>
                <w:rFonts w:cs="Noto Sans"/>
              </w:rPr>
            </w:pPr>
            <w:r w:rsidRPr="00505B42">
              <w:rPr>
                <w:rFonts w:cs="Noto Sans"/>
              </w:rPr>
              <w:t>Domain</w:t>
            </w:r>
          </w:p>
        </w:tc>
        <w:tc>
          <w:tcPr>
            <w:tcW w:w="7171" w:type="dxa"/>
          </w:tcPr>
          <w:p w14:paraId="37F1ABE9"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set of all possible input values for a function. Set of the first numbers or abscissa of the ordered pairs in a relationship.</w:t>
            </w:r>
          </w:p>
        </w:tc>
      </w:tr>
      <w:tr w:rsidR="007E21A4" w:rsidRPr="00505B42" w14:paraId="22FF944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4E17B6" w14:textId="77777777" w:rsidR="007E21A4" w:rsidRPr="00505B42" w:rsidRDefault="00000000" w:rsidP="000C5BCD">
            <w:pPr>
              <w:spacing w:line="276" w:lineRule="auto"/>
              <w:rPr>
                <w:rFonts w:cs="Noto Sans"/>
              </w:rPr>
            </w:pPr>
            <w:r w:rsidRPr="00505B42">
              <w:rPr>
                <w:rFonts w:cs="Noto Sans"/>
              </w:rPr>
              <w:t>Dominio</w:t>
            </w:r>
          </w:p>
        </w:tc>
        <w:tc>
          <w:tcPr>
            <w:tcW w:w="7171" w:type="dxa"/>
          </w:tcPr>
          <w:p w14:paraId="37F09136"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conjunto de todos los valores de entrada posibles para una función. Conjunto de los primeros números o abscisas de los pares ordenados en una relación.</w:t>
            </w:r>
          </w:p>
        </w:tc>
      </w:tr>
    </w:tbl>
    <w:p w14:paraId="41E7D1C4" w14:textId="77777777" w:rsidR="007E21A4" w:rsidRPr="00505B42" w:rsidRDefault="003E0449" w:rsidP="00294ADB">
      <w:pPr>
        <w:jc w:val="center"/>
        <w:rPr>
          <w:rFonts w:ascii="Noto Sans" w:hAnsi="Noto Sans" w:cs="Noto Sans"/>
        </w:rPr>
      </w:pPr>
      <w:r>
        <w:rPr>
          <w:rFonts w:ascii="Noto Sans" w:hAnsi="Noto Sans" w:cs="Noto Sans"/>
          <w:noProof/>
        </w:rPr>
        <w:drawing>
          <wp:inline distT="0" distB="0" distL="0" distR="0" wp14:anchorId="36BAE76F" wp14:editId="3D4B917E">
            <wp:extent cx="2853267" cy="2375741"/>
            <wp:effectExtent l="0" t="0" r="4445" b="0"/>
            <wp:docPr id="1381607418" name="Picture 7" descr="A graph of a function f(x) where a specific domain interval on the x-axis is highlighted by vertical dashed lines and a horizontal arrow. (Un gráfico de una función f(x) en el que un intervalo de dominio específico en el eje x se destaca mediante líneas verticales discontinuas y una flecha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07418" name="Picture 7" descr="A graph of a function f(x) where a specific domain interval on the x-axis is highlighted by vertical dashed lines and a horizontal arrow. (Un gráfico de una función f(x) en el que un intervalo de dominio específico en el eje x se destaca mediante líneas verticales discontinuas y una flecha horizontal.)"/>
                    <pic:cNvPicPr/>
                  </pic:nvPicPr>
                  <pic:blipFill>
                    <a:blip r:embed="rId13"/>
                    <a:stretch>
                      <a:fillRect/>
                    </a:stretch>
                  </pic:blipFill>
                  <pic:spPr>
                    <a:xfrm>
                      <a:off x="0" y="0"/>
                      <a:ext cx="2875853" cy="2394547"/>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092"/>
        <w:gridCol w:w="6764"/>
      </w:tblGrid>
      <w:tr w:rsidR="007E21A4" w:rsidRPr="00505B42" w14:paraId="0773550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567169B" w14:textId="77777777" w:rsidR="007E21A4" w:rsidRPr="00505B42" w:rsidRDefault="00000000" w:rsidP="00294ADB">
            <w:pPr>
              <w:keepNext/>
              <w:spacing w:line="276" w:lineRule="auto"/>
              <w:rPr>
                <w:rFonts w:cs="Noto Sans"/>
              </w:rPr>
            </w:pPr>
            <w:r w:rsidRPr="00505B42">
              <w:rPr>
                <w:rFonts w:cs="Noto Sans"/>
              </w:rPr>
              <w:lastRenderedPageBreak/>
              <w:t>Double root</w:t>
            </w:r>
          </w:p>
        </w:tc>
        <w:tc>
          <w:tcPr>
            <w:tcW w:w="7171" w:type="dxa"/>
          </w:tcPr>
          <w:p w14:paraId="0EDB2050" w14:textId="77777777" w:rsidR="007E21A4" w:rsidRPr="00505B42" w:rsidRDefault="00000000" w:rsidP="00294ADB">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value that appears twice in the solution of an algebraic equation. On the graph of a quadratic function, this is where the parabola touches the x-axis.</w:t>
            </w:r>
          </w:p>
        </w:tc>
      </w:tr>
      <w:tr w:rsidR="007E21A4" w:rsidRPr="00505B42" w14:paraId="31FA6A8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E92080B" w14:textId="77777777" w:rsidR="007E21A4" w:rsidRPr="00505B42" w:rsidRDefault="00000000" w:rsidP="00294ADB">
            <w:pPr>
              <w:keepNext/>
              <w:spacing w:line="276" w:lineRule="auto"/>
              <w:rPr>
                <w:rFonts w:cs="Noto Sans"/>
              </w:rPr>
            </w:pPr>
            <w:r w:rsidRPr="00505B42">
              <w:rPr>
                <w:rFonts w:cs="Noto Sans"/>
              </w:rPr>
              <w:t>Doble raíz</w:t>
            </w:r>
          </w:p>
        </w:tc>
        <w:tc>
          <w:tcPr>
            <w:tcW w:w="7171" w:type="dxa"/>
          </w:tcPr>
          <w:p w14:paraId="734B7CAA" w14:textId="77777777" w:rsidR="007E21A4" w:rsidRPr="00505B42" w:rsidRDefault="00000000" w:rsidP="00294ADB">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Valor que aparece dos veces en la solución de una ecuación algebraica. En la gráfica de una función cuadrática, aquí es donde la parábola toca el eje x.</w:t>
            </w:r>
          </w:p>
        </w:tc>
      </w:tr>
    </w:tbl>
    <w:p w14:paraId="6ED5EF72" w14:textId="77777777" w:rsidR="003E0449" w:rsidRPr="00505B42" w:rsidRDefault="003E0449" w:rsidP="00294ADB">
      <w:pPr>
        <w:keepNext/>
        <w:jc w:val="center"/>
        <w:rPr>
          <w:rFonts w:ascii="Noto Sans" w:hAnsi="Noto Sans" w:cs="Noto Sans"/>
        </w:rPr>
      </w:pPr>
      <w:r>
        <w:rPr>
          <w:rFonts w:ascii="Noto Sans" w:hAnsi="Noto Sans" w:cs="Noto Sans"/>
          <w:noProof/>
        </w:rPr>
        <mc:AlternateContent>
          <mc:Choice Requires="wps">
            <w:drawing>
              <wp:anchor distT="0" distB="0" distL="114300" distR="114300" simplePos="0" relativeHeight="251659264" behindDoc="0" locked="0" layoutInCell="1" allowOverlap="1" wp14:anchorId="235069DF" wp14:editId="5EFA5A7D">
                <wp:simplePos x="0" y="0"/>
                <wp:positionH relativeFrom="column">
                  <wp:posOffset>2683933</wp:posOffset>
                </wp:positionH>
                <wp:positionV relativeFrom="paragraph">
                  <wp:posOffset>1922780</wp:posOffset>
                </wp:positionV>
                <wp:extent cx="152400" cy="151554"/>
                <wp:effectExtent l="50800" t="25400" r="0" b="64770"/>
                <wp:wrapNone/>
                <wp:docPr id="852099797" name="Oval 10"/>
                <wp:cNvGraphicFramePr/>
                <a:graphic xmlns:a="http://schemas.openxmlformats.org/drawingml/2006/main">
                  <a:graphicData uri="http://schemas.microsoft.com/office/word/2010/wordprocessingShape">
                    <wps:wsp>
                      <wps:cNvSpPr/>
                      <wps:spPr>
                        <a:xfrm flipH="1">
                          <a:off x="0" y="0"/>
                          <a:ext cx="152400" cy="151554"/>
                        </a:xfrm>
                        <a:prstGeom prst="ellipse">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AF45B" id="Oval 10" o:spid="_x0000_s1026" style="position:absolute;margin-left:211.35pt;margin-top:151.4pt;width:12pt;height:11.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" fillcolor="#c0504d [3205]" stroked="f">
                <v:shadow on="t" color="black" opacity="22937f" origin=",.5" offset="0,.63889mm"/>
              </v:oval>
            </w:pict>
          </mc:Fallback>
        </mc:AlternateContent>
      </w:r>
      <w:r>
        <w:rPr>
          <w:rFonts w:ascii="Noto Sans" w:hAnsi="Noto Sans" w:cs="Noto Sans"/>
          <w:noProof/>
        </w:rPr>
        <w:drawing>
          <wp:inline distT="0" distB="0" distL="0" distR="0" wp14:anchorId="456E5C61" wp14:editId="2ED4CE6B">
            <wp:extent cx="2182560" cy="2074334"/>
            <wp:effectExtent l="0" t="0" r="1905" b="0"/>
            <wp:docPr id="2107260111" name="Picture 8" descr="A graph of an upward-opening parabola with its minimum point, or vertex, highlighted by a large pink dot. (Un gráfico de una parábola que se abre hacia arriba, con su punto mínimo —o vértice— resaltado por un gran punto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0111" name="Picture 8" descr="A graph of an upward-opening parabola with its minimum point, or vertex, highlighted by a large pink dot. (Un gráfico de una parábola que se abre hacia arriba, con su punto mínimo —o vértice— resaltado por un gran punto rosa.)"/>
                    <pic:cNvPicPr/>
                  </pic:nvPicPr>
                  <pic:blipFill>
                    <a:blip r:embed="rId14"/>
                    <a:stretch>
                      <a:fillRect/>
                    </a:stretch>
                  </pic:blipFill>
                  <pic:spPr>
                    <a:xfrm>
                      <a:off x="0" y="0"/>
                      <a:ext cx="2191016" cy="2082371"/>
                    </a:xfrm>
                    <a:prstGeom prst="rect">
                      <a:avLst/>
                    </a:prstGeom>
                  </pic:spPr>
                </pic:pic>
              </a:graphicData>
            </a:graphic>
          </wp:inline>
        </w:drawing>
      </w:r>
    </w:p>
    <w:p w14:paraId="204FD4EA" w14:textId="77777777" w:rsidR="007E21A4" w:rsidRPr="00505B42" w:rsidRDefault="00000000" w:rsidP="00F719CF">
      <w:pPr>
        <w:pStyle w:val="Heading2"/>
      </w:pPr>
      <w:bookmarkStart w:id="4" w:name="_Toc162956986"/>
      <w:r w:rsidRPr="00505B42">
        <w:t>E</w:t>
      </w:r>
      <w:bookmarkEnd w:id="4"/>
    </w:p>
    <w:tbl>
      <w:tblPr>
        <w:tblStyle w:val="GlossaryTerm-NewLetter"/>
        <w:tblW w:w="0" w:type="auto"/>
        <w:tblLook w:val="0480" w:firstRow="0" w:lastRow="0" w:firstColumn="1" w:lastColumn="0" w:noHBand="0" w:noVBand="1"/>
      </w:tblPr>
      <w:tblGrid>
        <w:gridCol w:w="2121"/>
        <w:gridCol w:w="6735"/>
      </w:tblGrid>
      <w:tr w:rsidR="007E21A4" w:rsidRPr="00505B42" w14:paraId="244BD15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A7C916" w14:textId="77777777" w:rsidR="007E21A4" w:rsidRPr="00505B42" w:rsidRDefault="00000000" w:rsidP="000C5BCD">
            <w:pPr>
              <w:spacing w:line="276" w:lineRule="auto"/>
              <w:rPr>
                <w:rFonts w:cs="Noto Sans"/>
              </w:rPr>
            </w:pPr>
            <w:r w:rsidRPr="00505B42">
              <w:rPr>
                <w:rFonts w:cs="Noto Sans"/>
              </w:rPr>
              <w:t>Elimination method</w:t>
            </w:r>
          </w:p>
        </w:tc>
        <w:tc>
          <w:tcPr>
            <w:tcW w:w="7171" w:type="dxa"/>
          </w:tcPr>
          <w:p w14:paraId="0CDA0DB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method of solving a system of two equations in two variables where you add or subtract a multiple of one</w:t>
            </w:r>
            <w:r w:rsidRPr="00505B42">
              <w:rPr>
                <w:rFonts w:cs="Noto Sans"/>
              </w:rPr>
              <w:br/>
              <w:t>equation to another in order to get an equation with only one of the variables.</w:t>
            </w:r>
          </w:p>
        </w:tc>
      </w:tr>
      <w:tr w:rsidR="007E21A4" w:rsidRPr="00505B42" w14:paraId="1065B70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AB87A6" w14:textId="77777777" w:rsidR="007E21A4" w:rsidRPr="00505B42" w:rsidRDefault="00000000" w:rsidP="000C5BCD">
            <w:pPr>
              <w:spacing w:line="276" w:lineRule="auto"/>
              <w:rPr>
                <w:rFonts w:cs="Noto Sans"/>
              </w:rPr>
            </w:pPr>
            <w:r w:rsidRPr="00505B42">
              <w:rPr>
                <w:rFonts w:cs="Noto Sans"/>
              </w:rPr>
              <w:t>Método de eliminación</w:t>
            </w:r>
          </w:p>
        </w:tc>
        <w:tc>
          <w:tcPr>
            <w:tcW w:w="7171" w:type="dxa"/>
          </w:tcPr>
          <w:p w14:paraId="4E7F9AE2"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Empleo de la adición o la sustracción en combinación con la multiplicación o la división para eliminar una variable y resolver un sistema de ecuaciones.</w:t>
            </w:r>
          </w:p>
        </w:tc>
      </w:tr>
    </w:tbl>
    <w:p w14:paraId="292C5D9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41473D0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60F4AF7" w14:textId="77777777" w:rsidR="007E21A4" w:rsidRPr="00505B42" w:rsidRDefault="00000000" w:rsidP="000C5BCD">
            <w:pPr>
              <w:spacing w:line="276" w:lineRule="auto"/>
              <w:rPr>
                <w:rFonts w:cs="Noto Sans"/>
              </w:rPr>
            </w:pPr>
            <w:r w:rsidRPr="00505B42">
              <w:rPr>
                <w:rFonts w:cs="Noto Sans"/>
              </w:rPr>
              <w:t>Equation</w:t>
            </w:r>
          </w:p>
        </w:tc>
        <w:tc>
          <w:tcPr>
            <w:tcW w:w="7171" w:type="dxa"/>
          </w:tcPr>
          <w:p w14:paraId="33BBA8C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mathematical statement that demonstrates that two numbers, expressions, or other objects are equal.</w:t>
            </w:r>
          </w:p>
        </w:tc>
      </w:tr>
      <w:tr w:rsidR="007E21A4" w:rsidRPr="00505B42" w14:paraId="72EFB2B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4FD01BE" w14:textId="77777777" w:rsidR="007E21A4" w:rsidRPr="00505B42" w:rsidRDefault="00000000" w:rsidP="000C5BCD">
            <w:pPr>
              <w:spacing w:line="276" w:lineRule="auto"/>
              <w:rPr>
                <w:rFonts w:cs="Noto Sans"/>
              </w:rPr>
            </w:pPr>
            <w:r w:rsidRPr="00505B42">
              <w:rPr>
                <w:rFonts w:cs="Noto Sans"/>
              </w:rPr>
              <w:t>Ecuación</w:t>
            </w:r>
          </w:p>
        </w:tc>
        <w:tc>
          <w:tcPr>
            <w:tcW w:w="7171" w:type="dxa"/>
          </w:tcPr>
          <w:p w14:paraId="5938CBC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enunciado matemático que muestra que dos números, expresiones u otros objetos son iguales.</w:t>
            </w:r>
          </w:p>
        </w:tc>
      </w:tr>
    </w:tbl>
    <w:p w14:paraId="70A8139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3A356CA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B052E8C" w14:textId="77777777" w:rsidR="007E21A4" w:rsidRPr="00505B42" w:rsidRDefault="00000000" w:rsidP="000C5BCD">
            <w:pPr>
              <w:spacing w:line="276" w:lineRule="auto"/>
              <w:rPr>
                <w:rFonts w:cs="Noto Sans"/>
              </w:rPr>
            </w:pPr>
            <w:r w:rsidRPr="00505B42">
              <w:rPr>
                <w:rFonts w:cs="Noto Sans"/>
              </w:rPr>
              <w:lastRenderedPageBreak/>
              <w:t>Equivalent equations</w:t>
            </w:r>
          </w:p>
        </w:tc>
        <w:tc>
          <w:tcPr>
            <w:tcW w:w="7171" w:type="dxa"/>
          </w:tcPr>
          <w:p w14:paraId="10D799D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Equations that have identical solutions.</w:t>
            </w:r>
            <w:r w:rsidR="00C457E8">
              <w:rPr>
                <w:rFonts w:cs="Noto Sans"/>
              </w:rPr>
              <w:t xml:space="preserve"> Example</w:t>
            </w:r>
            <w:r w:rsidR="00C457E8" w:rsidRPr="00505B42">
              <w:rPr>
                <w:rFonts w:cs="Noto Sans"/>
              </w:rPr>
              <w:t xml:space="preserve">: </w:t>
            </w:r>
            <m:oMath>
              <m:r>
                <w:rPr>
                  <w:rFonts w:ascii="Cambria Math" w:hAnsi="Cambria Math" w:cs="Noto Sans"/>
                </w:rPr>
                <m:t>2(3x + 5) = 6x + 10</m:t>
              </m:r>
            </m:oMath>
          </w:p>
        </w:tc>
      </w:tr>
      <w:tr w:rsidR="007E21A4" w:rsidRPr="00505B42" w14:paraId="4F30D09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E960834" w14:textId="77777777" w:rsidR="007E21A4" w:rsidRPr="00505B42" w:rsidRDefault="00000000" w:rsidP="000C5BCD">
            <w:pPr>
              <w:spacing w:line="276" w:lineRule="auto"/>
              <w:rPr>
                <w:rFonts w:cs="Noto Sans"/>
              </w:rPr>
            </w:pPr>
            <w:r w:rsidRPr="00505B42">
              <w:rPr>
                <w:rFonts w:cs="Noto Sans"/>
              </w:rPr>
              <w:t>Ecuaciones equivalentes</w:t>
            </w:r>
          </w:p>
        </w:tc>
        <w:tc>
          <w:tcPr>
            <w:tcW w:w="7171" w:type="dxa"/>
          </w:tcPr>
          <w:p w14:paraId="4CC57BF2"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Ecuaciones que tienen exactamente las mismas soluciones. Ejemplo: </w:t>
            </w:r>
            <m:oMath>
              <m:r>
                <w:rPr>
                  <w:rFonts w:ascii="Cambria Math" w:hAnsi="Cambria Math" w:cs="Noto Sans"/>
                </w:rPr>
                <m:t>2(3x + 5) = 6x + 10</m:t>
              </m:r>
            </m:oMath>
          </w:p>
        </w:tc>
      </w:tr>
    </w:tbl>
    <w:p w14:paraId="1EBE733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0"/>
        <w:gridCol w:w="6726"/>
      </w:tblGrid>
      <w:tr w:rsidR="007E21A4" w:rsidRPr="00505B42" w14:paraId="4C38071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55E5D6" w14:textId="77777777" w:rsidR="007E21A4" w:rsidRPr="00505B42" w:rsidRDefault="00000000" w:rsidP="000C5BCD">
            <w:pPr>
              <w:spacing w:line="276" w:lineRule="auto"/>
              <w:rPr>
                <w:rFonts w:cs="Noto Sans"/>
              </w:rPr>
            </w:pPr>
            <w:r w:rsidRPr="00505B42">
              <w:rPr>
                <w:rFonts w:cs="Noto Sans"/>
              </w:rPr>
              <w:t>Equivalent expressions</w:t>
            </w:r>
          </w:p>
        </w:tc>
        <w:tc>
          <w:tcPr>
            <w:tcW w:w="7171" w:type="dxa"/>
          </w:tcPr>
          <w:p w14:paraId="795EFDB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Expressions that have the same mathematical meaning for all replacement values ​​of their variables.</w:t>
            </w:r>
          </w:p>
        </w:tc>
      </w:tr>
      <w:tr w:rsidR="007E21A4" w:rsidRPr="00505B42" w14:paraId="25BFFB5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C7493E9" w14:textId="77777777" w:rsidR="007E21A4" w:rsidRPr="00505B42" w:rsidRDefault="00000000" w:rsidP="000C5BCD">
            <w:pPr>
              <w:spacing w:line="276" w:lineRule="auto"/>
              <w:rPr>
                <w:rFonts w:cs="Noto Sans"/>
              </w:rPr>
            </w:pPr>
            <w:r w:rsidRPr="00505B42">
              <w:rPr>
                <w:rFonts w:cs="Noto Sans"/>
              </w:rPr>
              <w:t>Expresiones equivalentes</w:t>
            </w:r>
          </w:p>
        </w:tc>
        <w:tc>
          <w:tcPr>
            <w:tcW w:w="7171" w:type="dxa"/>
          </w:tcPr>
          <w:p w14:paraId="3F5B1EF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Expresiones que tienen que tienen el mismo significado matemático para todos los valores de reemplazo de sus variables.</w:t>
            </w:r>
          </w:p>
        </w:tc>
      </w:tr>
    </w:tbl>
    <w:p w14:paraId="5119297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2"/>
        <w:gridCol w:w="6724"/>
      </w:tblGrid>
      <w:tr w:rsidR="007E21A4" w:rsidRPr="00505B42" w14:paraId="4844A16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D59A329" w14:textId="77777777" w:rsidR="007E21A4" w:rsidRPr="00505B42" w:rsidRDefault="00000000" w:rsidP="000C5BCD">
            <w:pPr>
              <w:spacing w:line="276" w:lineRule="auto"/>
              <w:rPr>
                <w:rFonts w:cs="Noto Sans"/>
              </w:rPr>
            </w:pPr>
            <w:r w:rsidRPr="00505B42">
              <w:rPr>
                <w:rFonts w:cs="Noto Sans"/>
              </w:rPr>
              <w:t>Equivalent systems</w:t>
            </w:r>
          </w:p>
        </w:tc>
        <w:tc>
          <w:tcPr>
            <w:tcW w:w="7171" w:type="dxa"/>
          </w:tcPr>
          <w:p w14:paraId="02D5345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Two systems that share the same solution set.</w:t>
            </w:r>
          </w:p>
        </w:tc>
      </w:tr>
      <w:tr w:rsidR="007E21A4" w:rsidRPr="00505B42" w14:paraId="74064D7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F1AD91" w14:textId="77777777" w:rsidR="007E21A4" w:rsidRPr="00505B42" w:rsidRDefault="00000000" w:rsidP="000C5BCD">
            <w:pPr>
              <w:spacing w:line="276" w:lineRule="auto"/>
              <w:rPr>
                <w:rFonts w:cs="Noto Sans"/>
              </w:rPr>
            </w:pPr>
            <w:r w:rsidRPr="00505B42">
              <w:rPr>
                <w:rFonts w:cs="Noto Sans"/>
              </w:rPr>
              <w:t>Sistemas equivalentes</w:t>
            </w:r>
          </w:p>
        </w:tc>
        <w:tc>
          <w:tcPr>
            <w:tcW w:w="7171" w:type="dxa"/>
          </w:tcPr>
          <w:p w14:paraId="519C4B6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Dos sistemas que comparten el mismo conjunto de soluciones.</w:t>
            </w:r>
          </w:p>
        </w:tc>
      </w:tr>
    </w:tbl>
    <w:p w14:paraId="30D6C944"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4"/>
        <w:gridCol w:w="6742"/>
      </w:tblGrid>
      <w:tr w:rsidR="007E21A4" w:rsidRPr="00505B42" w14:paraId="11915DC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F3F2EC" w14:textId="77777777" w:rsidR="007E21A4" w:rsidRPr="00505B42" w:rsidRDefault="00000000" w:rsidP="000C5BCD">
            <w:pPr>
              <w:spacing w:line="276" w:lineRule="auto"/>
              <w:rPr>
                <w:rFonts w:cs="Noto Sans"/>
              </w:rPr>
            </w:pPr>
            <w:r w:rsidRPr="00505B42">
              <w:rPr>
                <w:rFonts w:cs="Noto Sans"/>
              </w:rPr>
              <w:t>Evaluate an expression</w:t>
            </w:r>
          </w:p>
        </w:tc>
        <w:tc>
          <w:tcPr>
            <w:tcW w:w="7171" w:type="dxa"/>
          </w:tcPr>
          <w:p w14:paraId="3BBB0A9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Find the value of the expression when the variables are replaced by given numbers.</w:t>
            </w:r>
          </w:p>
        </w:tc>
      </w:tr>
      <w:tr w:rsidR="007E21A4" w:rsidRPr="00505B42" w14:paraId="7F9A966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C773DD" w14:textId="77777777" w:rsidR="007E21A4" w:rsidRPr="00370EB2" w:rsidRDefault="00000000" w:rsidP="000C5BCD">
            <w:pPr>
              <w:spacing w:line="276" w:lineRule="auto"/>
              <w:rPr>
                <w:rFonts w:cs="Noto Sans"/>
                <w:lang w:val="es-ES"/>
              </w:rPr>
            </w:pPr>
            <w:r w:rsidRPr="00370EB2">
              <w:rPr>
                <w:rFonts w:cs="Noto Sans"/>
                <w:lang w:val="es-ES"/>
              </w:rPr>
              <w:t>Evaluar una expresión</w:t>
            </w:r>
          </w:p>
        </w:tc>
        <w:tc>
          <w:tcPr>
            <w:tcW w:w="7171" w:type="dxa"/>
          </w:tcPr>
          <w:p w14:paraId="4EB48D39"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 Encontrar el valor de la expresión cuando las variables son reemplazadas por números dados.</w:t>
            </w:r>
          </w:p>
        </w:tc>
      </w:tr>
    </w:tbl>
    <w:p w14:paraId="6889C1D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2"/>
        <w:gridCol w:w="6754"/>
      </w:tblGrid>
      <w:tr w:rsidR="007E21A4" w:rsidRPr="00505B42" w14:paraId="1308BFD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7DD5043" w14:textId="77777777" w:rsidR="007E21A4" w:rsidRPr="00505B42" w:rsidRDefault="00000000" w:rsidP="000C5BCD">
            <w:pPr>
              <w:spacing w:line="276" w:lineRule="auto"/>
              <w:rPr>
                <w:rFonts w:cs="Noto Sans"/>
              </w:rPr>
            </w:pPr>
            <w:r w:rsidRPr="00505B42">
              <w:rPr>
                <w:rFonts w:cs="Noto Sans"/>
              </w:rPr>
              <w:t>Even number</w:t>
            </w:r>
          </w:p>
        </w:tc>
        <w:tc>
          <w:tcPr>
            <w:tcW w:w="7171" w:type="dxa"/>
          </w:tcPr>
          <w:p w14:paraId="505CCBF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value that is divisible by two. </w:t>
            </w:r>
          </w:p>
        </w:tc>
      </w:tr>
      <w:tr w:rsidR="007E21A4" w:rsidRPr="00505B42" w14:paraId="27D2651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1B41BB4" w14:textId="77777777" w:rsidR="007E21A4" w:rsidRPr="00505B42" w:rsidRDefault="00000000" w:rsidP="000C5BCD">
            <w:pPr>
              <w:spacing w:line="276" w:lineRule="auto"/>
              <w:rPr>
                <w:rFonts w:cs="Noto Sans"/>
              </w:rPr>
            </w:pPr>
            <w:r w:rsidRPr="00505B42">
              <w:rPr>
                <w:rFonts w:cs="Noto Sans"/>
              </w:rPr>
              <w:t>Número par</w:t>
            </w:r>
          </w:p>
        </w:tc>
        <w:tc>
          <w:tcPr>
            <w:tcW w:w="7171" w:type="dxa"/>
          </w:tcPr>
          <w:p w14:paraId="0597B39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valor que es divisible por dos.</w:t>
            </w:r>
          </w:p>
        </w:tc>
      </w:tr>
    </w:tbl>
    <w:p w14:paraId="4D7D72D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6"/>
        <w:gridCol w:w="6740"/>
      </w:tblGrid>
      <w:tr w:rsidR="007E21A4" w:rsidRPr="00505B42" w14:paraId="41A71BEC"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60AB2DCB" w14:textId="77777777" w:rsidR="007E21A4" w:rsidRPr="00505B42" w:rsidRDefault="00000000" w:rsidP="00294ADB">
            <w:pPr>
              <w:keepNext/>
              <w:spacing w:line="276" w:lineRule="auto"/>
              <w:rPr>
                <w:rFonts w:cs="Noto Sans"/>
              </w:rPr>
            </w:pPr>
            <w:r w:rsidRPr="00505B42">
              <w:rPr>
                <w:rFonts w:cs="Noto Sans"/>
              </w:rPr>
              <w:lastRenderedPageBreak/>
              <w:t>Exponent</w:t>
            </w:r>
          </w:p>
        </w:tc>
        <w:tc>
          <w:tcPr>
            <w:tcW w:w="7171" w:type="dxa"/>
          </w:tcPr>
          <w:p w14:paraId="2208AB7A" w14:textId="77777777" w:rsidR="007E21A4" w:rsidRPr="00505B42" w:rsidRDefault="00000000" w:rsidP="00294ADB">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This value tells us how many times to multiply a base times itself.</w:t>
            </w:r>
          </w:p>
        </w:tc>
      </w:tr>
      <w:tr w:rsidR="007E21A4" w:rsidRPr="00505B42" w14:paraId="02FCD4A1"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42E6F3D7" w14:textId="77777777" w:rsidR="007E21A4" w:rsidRPr="00505B42" w:rsidRDefault="00000000" w:rsidP="00294ADB">
            <w:pPr>
              <w:keepNext/>
              <w:spacing w:line="276" w:lineRule="auto"/>
              <w:rPr>
                <w:rFonts w:cs="Noto Sans"/>
              </w:rPr>
            </w:pPr>
            <w:r w:rsidRPr="00505B42">
              <w:rPr>
                <w:rFonts w:cs="Noto Sans"/>
              </w:rPr>
              <w:t>Exponente</w:t>
            </w:r>
          </w:p>
        </w:tc>
        <w:tc>
          <w:tcPr>
            <w:tcW w:w="7171" w:type="dxa"/>
          </w:tcPr>
          <w:p w14:paraId="31256768" w14:textId="77777777" w:rsidR="007E21A4" w:rsidRPr="00505B42" w:rsidRDefault="00000000" w:rsidP="00294ADB">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Este valor nos dice cuántas veces debemos multiplicar una base por sí misma.</w:t>
            </w:r>
          </w:p>
        </w:tc>
      </w:tr>
    </w:tbl>
    <w:p w14:paraId="3875E1C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4947EE4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D637F77" w14:textId="77777777" w:rsidR="007E21A4" w:rsidRPr="00505B42" w:rsidRDefault="00000000" w:rsidP="000C5BCD">
            <w:pPr>
              <w:spacing w:line="276" w:lineRule="auto"/>
              <w:rPr>
                <w:rFonts w:cs="Noto Sans"/>
              </w:rPr>
            </w:pPr>
            <w:r w:rsidRPr="00505B42">
              <w:rPr>
                <w:rFonts w:cs="Noto Sans"/>
              </w:rPr>
              <w:t>Exponential decay</w:t>
            </w:r>
          </w:p>
        </w:tc>
        <w:tc>
          <w:tcPr>
            <w:tcW w:w="7171" w:type="dxa"/>
          </w:tcPr>
          <w:p w14:paraId="0D1DBF7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decrease based on a constant multiplicative rate of change over equal increments of time, that is, a percent decrease of the original amount over time.</w:t>
            </w:r>
          </w:p>
        </w:tc>
      </w:tr>
      <w:tr w:rsidR="007E21A4" w:rsidRPr="00505B42" w14:paraId="64A169E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78D321F" w14:textId="77777777" w:rsidR="007E21A4" w:rsidRPr="00505B42" w:rsidRDefault="00000000" w:rsidP="000C5BCD">
            <w:pPr>
              <w:spacing w:line="276" w:lineRule="auto"/>
              <w:rPr>
                <w:rFonts w:cs="Noto Sans"/>
              </w:rPr>
            </w:pPr>
            <w:r w:rsidRPr="00505B42">
              <w:rPr>
                <w:rFonts w:cs="Noto Sans"/>
              </w:rPr>
              <w:t>Decremento exponencial</w:t>
            </w:r>
          </w:p>
        </w:tc>
        <w:tc>
          <w:tcPr>
            <w:tcW w:w="7171" w:type="dxa"/>
          </w:tcPr>
          <w:p w14:paraId="2EC8B3A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disminución basada en una tasa de cambio multiplicativa constante en incrementos iguales de tiempo. En otras palabras, una disminución porcentual de la cantidad original a lo largo del tiempo.</w:t>
            </w:r>
          </w:p>
        </w:tc>
      </w:tr>
    </w:tbl>
    <w:p w14:paraId="1F67D6E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6"/>
        <w:gridCol w:w="6730"/>
      </w:tblGrid>
      <w:tr w:rsidR="007E21A4" w:rsidRPr="00505B42" w14:paraId="734E73E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DAB05B2" w14:textId="77777777" w:rsidR="007E21A4" w:rsidRPr="00505B42" w:rsidRDefault="00000000" w:rsidP="000C5BCD">
            <w:pPr>
              <w:spacing w:line="276" w:lineRule="auto"/>
              <w:rPr>
                <w:rFonts w:cs="Noto Sans"/>
              </w:rPr>
            </w:pPr>
            <w:r w:rsidRPr="00505B42">
              <w:rPr>
                <w:rFonts w:cs="Noto Sans"/>
              </w:rPr>
              <w:t>Exponential function</w:t>
            </w:r>
          </w:p>
        </w:tc>
        <w:tc>
          <w:tcPr>
            <w:tcW w:w="7171" w:type="dxa"/>
          </w:tcPr>
          <w:p w14:paraId="550671F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function that has a constant growth factor. Another way to say this is that it grows by equal factors over equal intervals.</w:t>
            </w:r>
          </w:p>
        </w:tc>
      </w:tr>
      <w:tr w:rsidR="007E21A4" w:rsidRPr="00505B42" w14:paraId="041F9F4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C08191" w14:textId="77777777" w:rsidR="007E21A4" w:rsidRPr="00505B42" w:rsidRDefault="00000000" w:rsidP="000C5BCD">
            <w:pPr>
              <w:spacing w:line="276" w:lineRule="auto"/>
              <w:rPr>
                <w:rFonts w:cs="Noto Sans"/>
              </w:rPr>
            </w:pPr>
            <w:r w:rsidRPr="00505B42">
              <w:rPr>
                <w:rFonts w:cs="Noto Sans"/>
              </w:rPr>
              <w:t>Función exponencial</w:t>
            </w:r>
          </w:p>
        </w:tc>
        <w:tc>
          <w:tcPr>
            <w:tcW w:w="7171" w:type="dxa"/>
          </w:tcPr>
          <w:p w14:paraId="2B3750B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Función que tiene un factor de crecimiento constante. Otra forma de decir esto es que crece en factores iguales en intervalos iguales.</w:t>
            </w:r>
          </w:p>
        </w:tc>
      </w:tr>
    </w:tbl>
    <w:p w14:paraId="4C2DF56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5"/>
        <w:gridCol w:w="6731"/>
      </w:tblGrid>
      <w:tr w:rsidR="007E21A4" w:rsidRPr="00505B42" w14:paraId="63CE832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A2C5A5F" w14:textId="77777777" w:rsidR="007E21A4" w:rsidRPr="00505B42" w:rsidRDefault="00000000" w:rsidP="00E373CD">
            <w:pPr>
              <w:keepNext/>
              <w:spacing w:line="276" w:lineRule="auto"/>
              <w:rPr>
                <w:rFonts w:cs="Noto Sans"/>
              </w:rPr>
            </w:pPr>
            <w:r w:rsidRPr="00505B42">
              <w:rPr>
                <w:rFonts w:cs="Noto Sans"/>
              </w:rPr>
              <w:t>Exponential growth</w:t>
            </w:r>
          </w:p>
        </w:tc>
        <w:tc>
          <w:tcPr>
            <w:tcW w:w="7171" w:type="dxa"/>
          </w:tcPr>
          <w:p w14:paraId="32939BD8" w14:textId="77777777" w:rsidR="007E21A4" w:rsidRPr="00505B42" w:rsidRDefault="00000000" w:rsidP="00E373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increase based on a constant multiplicative rate of change over equal increments of time, that is, a percent increase of the original amount over time.</w:t>
            </w:r>
          </w:p>
        </w:tc>
      </w:tr>
      <w:tr w:rsidR="007E21A4" w:rsidRPr="00505B42" w14:paraId="27A35CF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48B9A7D" w14:textId="77777777" w:rsidR="007E21A4" w:rsidRPr="00505B42" w:rsidRDefault="00000000" w:rsidP="00E373CD">
            <w:pPr>
              <w:keepNext/>
              <w:spacing w:line="276" w:lineRule="auto"/>
              <w:rPr>
                <w:rFonts w:cs="Noto Sans"/>
              </w:rPr>
            </w:pPr>
            <w:r w:rsidRPr="00505B42">
              <w:rPr>
                <w:rFonts w:cs="Noto Sans"/>
              </w:rPr>
              <w:t>Crecimiento exponencial</w:t>
            </w:r>
          </w:p>
        </w:tc>
        <w:tc>
          <w:tcPr>
            <w:tcW w:w="7171" w:type="dxa"/>
          </w:tcPr>
          <w:p w14:paraId="7AB25CE9" w14:textId="77777777" w:rsidR="007E21A4" w:rsidRPr="00505B42" w:rsidRDefault="00000000" w:rsidP="00E373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aumento basado en una tasa de cambio multiplicativa constante en incrementos iguales de tiempo. En otras palabras, un aumento porcentual del monto original a lo largo del tiempo.</w:t>
            </w:r>
          </w:p>
        </w:tc>
      </w:tr>
    </w:tbl>
    <w:p w14:paraId="413349F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7710D151"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67A9BD28" w14:textId="77777777" w:rsidR="007E21A4" w:rsidRPr="00505B42" w:rsidRDefault="00000000" w:rsidP="000C5BCD">
            <w:pPr>
              <w:spacing w:line="276" w:lineRule="auto"/>
              <w:rPr>
                <w:rFonts w:cs="Noto Sans"/>
              </w:rPr>
            </w:pPr>
            <w:r w:rsidRPr="00505B42">
              <w:rPr>
                <w:rFonts w:cs="Noto Sans"/>
              </w:rPr>
              <w:lastRenderedPageBreak/>
              <w:t>Expression</w:t>
            </w:r>
          </w:p>
        </w:tc>
        <w:tc>
          <w:tcPr>
            <w:tcW w:w="7171" w:type="dxa"/>
          </w:tcPr>
          <w:p w14:paraId="75CA905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sum of products of numbers and variables. The variables can be raised to different powers.</w:t>
            </w:r>
          </w:p>
        </w:tc>
      </w:tr>
      <w:tr w:rsidR="007E21A4" w:rsidRPr="00505B42" w14:paraId="35C047ED"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5B3AFD98" w14:textId="77777777" w:rsidR="007E21A4" w:rsidRPr="00505B42" w:rsidRDefault="00000000" w:rsidP="000C5BCD">
            <w:pPr>
              <w:spacing w:line="276" w:lineRule="auto"/>
              <w:rPr>
                <w:rFonts w:cs="Noto Sans"/>
              </w:rPr>
            </w:pPr>
            <w:r w:rsidRPr="00505B42">
              <w:rPr>
                <w:rFonts w:cs="Noto Sans"/>
              </w:rPr>
              <w:t>Expresión</w:t>
            </w:r>
          </w:p>
        </w:tc>
        <w:tc>
          <w:tcPr>
            <w:tcW w:w="7171" w:type="dxa"/>
          </w:tcPr>
          <w:p w14:paraId="011FA31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suma de productos de números y variables. Las variables se pueden elevar a diferentes potencias.</w:t>
            </w:r>
          </w:p>
        </w:tc>
      </w:tr>
    </w:tbl>
    <w:p w14:paraId="2C942D2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3"/>
        <w:gridCol w:w="6733"/>
      </w:tblGrid>
      <w:tr w:rsidR="007E21A4" w:rsidRPr="00505B42" w14:paraId="13A45CE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B945515" w14:textId="77777777" w:rsidR="007E21A4" w:rsidRPr="00505B42" w:rsidRDefault="00000000" w:rsidP="000C5BCD">
            <w:pPr>
              <w:spacing w:line="276" w:lineRule="auto"/>
              <w:rPr>
                <w:rFonts w:cs="Noto Sans"/>
              </w:rPr>
            </w:pPr>
            <w:r w:rsidRPr="00505B42">
              <w:rPr>
                <w:rFonts w:cs="Noto Sans"/>
              </w:rPr>
              <w:t>Extrapolate</w:t>
            </w:r>
          </w:p>
        </w:tc>
        <w:tc>
          <w:tcPr>
            <w:tcW w:w="7171" w:type="dxa"/>
          </w:tcPr>
          <w:p w14:paraId="1490D76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Estimating a value outside the domain and/or range of a data set.</w:t>
            </w:r>
          </w:p>
        </w:tc>
      </w:tr>
      <w:tr w:rsidR="007E21A4" w:rsidRPr="00505B42" w14:paraId="1DE60D0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8D5653" w14:textId="77777777" w:rsidR="007E21A4" w:rsidRPr="00505B42" w:rsidRDefault="00000000" w:rsidP="000C5BCD">
            <w:pPr>
              <w:spacing w:line="276" w:lineRule="auto"/>
              <w:rPr>
                <w:rFonts w:cs="Noto Sans"/>
              </w:rPr>
            </w:pPr>
            <w:r w:rsidRPr="00505B42">
              <w:rPr>
                <w:rFonts w:cs="Noto Sans"/>
              </w:rPr>
              <w:t>Extrapolar</w:t>
            </w:r>
          </w:p>
        </w:tc>
        <w:tc>
          <w:tcPr>
            <w:tcW w:w="7171" w:type="dxa"/>
          </w:tcPr>
          <w:p w14:paraId="0035756A"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Estimar un valor fuera del dominio y/o rango de un conjunto de datos.</w:t>
            </w:r>
          </w:p>
        </w:tc>
      </w:tr>
    </w:tbl>
    <w:p w14:paraId="1D8E446C"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75E3AFA9" w14:textId="77777777" w:rsidR="007E21A4" w:rsidRPr="00505B42" w:rsidRDefault="00000000" w:rsidP="000C5BCD">
      <w:pPr>
        <w:pStyle w:val="Title"/>
      </w:pPr>
      <w:r w:rsidRPr="00505B42">
        <w:t>F</w:t>
      </w:r>
    </w:p>
    <w:tbl>
      <w:tblPr>
        <w:tblStyle w:val="GlossaryTerm-Standard"/>
        <w:tblW w:w="0" w:type="auto"/>
        <w:tblLook w:val="0480" w:firstRow="0" w:lastRow="0" w:firstColumn="1" w:lastColumn="0" w:noHBand="0" w:noVBand="1"/>
      </w:tblPr>
      <w:tblGrid>
        <w:gridCol w:w="2100"/>
        <w:gridCol w:w="6756"/>
      </w:tblGrid>
      <w:tr w:rsidR="007E21A4" w:rsidRPr="00505B42" w14:paraId="7BA6908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D6CAB9" w14:textId="77777777" w:rsidR="007E21A4" w:rsidRPr="00505B42" w:rsidRDefault="00000000" w:rsidP="000C5BCD">
            <w:pPr>
              <w:spacing w:line="276" w:lineRule="auto"/>
              <w:rPr>
                <w:rFonts w:cs="Noto Sans"/>
              </w:rPr>
            </w:pPr>
            <w:r w:rsidRPr="00505B42">
              <w:rPr>
                <w:rFonts w:cs="Noto Sans"/>
              </w:rPr>
              <w:t>Factors</w:t>
            </w:r>
          </w:p>
        </w:tc>
        <w:tc>
          <w:tcPr>
            <w:tcW w:w="7171" w:type="dxa"/>
          </w:tcPr>
          <w:p w14:paraId="5D2BFD7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If </w:t>
            </w:r>
            <m:oMath>
              <m:r>
                <w:rPr>
                  <w:rFonts w:ascii="Cambria Math" w:hAnsi="Cambria Math" w:cs="Noto Sans"/>
                </w:rPr>
                <m:t>a·b = m</m:t>
              </m:r>
            </m:oMath>
            <w:r w:rsidRPr="00505B42">
              <w:rPr>
                <w:rFonts w:cs="Noto Sans"/>
              </w:rPr>
              <w:t xml:space="preserve"> then </w:t>
            </w:r>
            <m:oMath>
              <m:r>
                <w:rPr>
                  <w:rFonts w:ascii="Cambria Math" w:hAnsi="Cambria Math" w:cs="Noto Sans"/>
                </w:rPr>
                <m:t>a</m:t>
              </m:r>
            </m:oMath>
            <w:r w:rsidRPr="00505B42">
              <w:rPr>
                <w:rFonts w:cs="Noto Sans"/>
              </w:rPr>
              <w:t xml:space="preserve"> and </w:t>
            </w:r>
            <m:oMath>
              <m:r>
                <w:rPr>
                  <w:rFonts w:ascii="Cambria Math" w:hAnsi="Cambria Math" w:cs="Noto Sans"/>
                </w:rPr>
                <m:t>b</m:t>
              </m:r>
            </m:oMath>
            <w:r w:rsidRPr="00505B42">
              <w:rPr>
                <w:rFonts w:cs="Noto Sans"/>
              </w:rPr>
              <w:t>. These are the values or expressions that multiply to be a specific product.</w:t>
            </w:r>
          </w:p>
        </w:tc>
      </w:tr>
      <w:tr w:rsidR="007E21A4" w:rsidRPr="00505B42" w14:paraId="0EB04AB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004230D" w14:textId="77777777" w:rsidR="007E21A4" w:rsidRPr="00505B42" w:rsidRDefault="00000000" w:rsidP="000C5BCD">
            <w:pPr>
              <w:spacing w:line="276" w:lineRule="auto"/>
              <w:rPr>
                <w:rFonts w:cs="Noto Sans"/>
              </w:rPr>
            </w:pPr>
            <w:r w:rsidRPr="00505B42">
              <w:rPr>
                <w:rFonts w:cs="Noto Sans"/>
              </w:rPr>
              <w:t>Factores</w:t>
            </w:r>
          </w:p>
        </w:tc>
        <w:tc>
          <w:tcPr>
            <w:tcW w:w="7171" w:type="dxa"/>
          </w:tcPr>
          <w:p w14:paraId="79C17B9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Si </w:t>
            </w:r>
            <m:oMath>
              <m:r>
                <w:rPr>
                  <w:rFonts w:ascii="Cambria Math" w:hAnsi="Cambria Math" w:cs="Noto Sans"/>
                </w:rPr>
                <m:t>a·b = m</m:t>
              </m:r>
            </m:oMath>
            <w:r w:rsidRPr="00505B42">
              <w:rPr>
                <w:rFonts w:cs="Noto Sans"/>
              </w:rPr>
              <w:t xml:space="preserve"> entonces </w:t>
            </w:r>
            <m:oMath>
              <m:r>
                <w:rPr>
                  <w:rFonts w:ascii="Cambria Math" w:hAnsi="Cambria Math" w:cs="Noto Sans"/>
                </w:rPr>
                <m:t>a</m:t>
              </m:r>
            </m:oMath>
            <w:r w:rsidRPr="00505B42">
              <w:rPr>
                <w:rFonts w:cs="Noto Sans"/>
              </w:rPr>
              <w:t xml:space="preserve"> y </w:t>
            </w:r>
            <m:oMath>
              <m:r>
                <w:rPr>
                  <w:rFonts w:ascii="Cambria Math" w:hAnsi="Cambria Math" w:cs="Noto Sans"/>
                </w:rPr>
                <m:t>b</m:t>
              </m:r>
            </m:oMath>
            <w:r w:rsidRPr="00505B42">
              <w:rPr>
                <w:rFonts w:cs="Noto Sans"/>
              </w:rPr>
              <w:t>. Estos son los valores o expresiones que se multiplican para ser un producto específico.</w:t>
            </w:r>
          </w:p>
        </w:tc>
      </w:tr>
    </w:tbl>
    <w:p w14:paraId="1C2E508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5"/>
        <w:gridCol w:w="6721"/>
      </w:tblGrid>
      <w:tr w:rsidR="007E21A4" w:rsidRPr="00505B42" w14:paraId="33A8CD3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7D417EC" w14:textId="77777777" w:rsidR="007E21A4" w:rsidRPr="00505B42" w:rsidRDefault="00000000" w:rsidP="00E373CD">
            <w:pPr>
              <w:keepNext/>
              <w:spacing w:line="276" w:lineRule="auto"/>
              <w:rPr>
                <w:rFonts w:cs="Noto Sans"/>
              </w:rPr>
            </w:pPr>
            <w:r w:rsidRPr="00505B42">
              <w:rPr>
                <w:rFonts w:cs="Noto Sans"/>
              </w:rPr>
              <w:t>Factoring</w:t>
            </w:r>
          </w:p>
        </w:tc>
        <w:tc>
          <w:tcPr>
            <w:tcW w:w="7171" w:type="dxa"/>
          </w:tcPr>
          <w:p w14:paraId="5EA67A25" w14:textId="77777777" w:rsidR="007E21A4" w:rsidRPr="00505B42" w:rsidRDefault="00000000" w:rsidP="00E373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Determining the numbers or expressions that multiply to a specific product.</w:t>
            </w:r>
          </w:p>
        </w:tc>
      </w:tr>
      <w:tr w:rsidR="007E21A4" w:rsidRPr="00505B42" w14:paraId="5E58DB6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DD650EF" w14:textId="77777777" w:rsidR="007E21A4" w:rsidRPr="00505B42" w:rsidRDefault="00000000" w:rsidP="00E373CD">
            <w:pPr>
              <w:keepNext/>
              <w:spacing w:line="276" w:lineRule="auto"/>
              <w:rPr>
                <w:rFonts w:cs="Noto Sans"/>
              </w:rPr>
            </w:pPr>
            <w:r w:rsidRPr="00505B42">
              <w:rPr>
                <w:rFonts w:cs="Noto Sans"/>
              </w:rPr>
              <w:t>Factorización</w:t>
            </w:r>
          </w:p>
        </w:tc>
        <w:tc>
          <w:tcPr>
            <w:tcW w:w="7171" w:type="dxa"/>
          </w:tcPr>
          <w:p w14:paraId="51EBCE5E" w14:textId="77777777" w:rsidR="007E21A4" w:rsidRPr="00505B42" w:rsidRDefault="00000000" w:rsidP="00E373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Determinar los números o expresiones que multiplican a un producto específico.</w:t>
            </w:r>
          </w:p>
        </w:tc>
      </w:tr>
    </w:tbl>
    <w:p w14:paraId="11E6679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3C4758C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F21163F" w14:textId="77777777" w:rsidR="007E21A4" w:rsidRPr="00505B42" w:rsidRDefault="00000000" w:rsidP="000C5BCD">
            <w:pPr>
              <w:spacing w:line="276" w:lineRule="auto"/>
              <w:rPr>
                <w:rFonts w:cs="Noto Sans"/>
              </w:rPr>
            </w:pPr>
            <w:r w:rsidRPr="00505B42">
              <w:rPr>
                <w:rFonts w:cs="Noto Sans"/>
              </w:rPr>
              <w:t xml:space="preserve">Factored form  </w:t>
            </w:r>
          </w:p>
        </w:tc>
        <w:tc>
          <w:tcPr>
            <w:tcW w:w="7171" w:type="dxa"/>
          </w:tcPr>
          <w:p w14:paraId="435F5B8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form of a number or algebraic expression when it has been broken down into a product of its factors.</w:t>
            </w:r>
          </w:p>
        </w:tc>
      </w:tr>
      <w:tr w:rsidR="007E21A4" w:rsidRPr="00505B42" w14:paraId="5B54AE2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825CB79" w14:textId="77777777" w:rsidR="007E21A4" w:rsidRPr="00505B42" w:rsidRDefault="00000000" w:rsidP="000C5BCD">
            <w:pPr>
              <w:spacing w:line="276" w:lineRule="auto"/>
              <w:rPr>
                <w:rFonts w:cs="Noto Sans"/>
              </w:rPr>
            </w:pPr>
            <w:r w:rsidRPr="00505B42">
              <w:rPr>
                <w:rFonts w:cs="Noto Sans"/>
              </w:rPr>
              <w:t>Forma factorizada</w:t>
            </w:r>
          </w:p>
        </w:tc>
        <w:tc>
          <w:tcPr>
            <w:tcW w:w="7171" w:type="dxa"/>
          </w:tcPr>
          <w:p w14:paraId="7CFB9A20"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forma de un número o expresión algebraica cuando se ha descompuesto en producto de sus factores.</w:t>
            </w:r>
          </w:p>
        </w:tc>
      </w:tr>
    </w:tbl>
    <w:p w14:paraId="5AAA7AB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1"/>
        <w:gridCol w:w="6735"/>
      </w:tblGrid>
      <w:tr w:rsidR="007E21A4" w:rsidRPr="00505B42" w14:paraId="6413C0A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932A92D" w14:textId="77777777" w:rsidR="007E21A4" w:rsidRPr="00505B42" w:rsidRDefault="00000000" w:rsidP="000C5BCD">
            <w:pPr>
              <w:spacing w:line="276" w:lineRule="auto"/>
              <w:rPr>
                <w:rFonts w:cs="Noto Sans"/>
              </w:rPr>
            </w:pPr>
            <w:r w:rsidRPr="00505B42">
              <w:rPr>
                <w:rFonts w:cs="Noto Sans"/>
              </w:rPr>
              <w:lastRenderedPageBreak/>
              <w:t>Factored form of a quadratic expression</w:t>
            </w:r>
          </w:p>
        </w:tc>
        <w:tc>
          <w:tcPr>
            <w:tcW w:w="7171" w:type="dxa"/>
          </w:tcPr>
          <w:p w14:paraId="0791165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quadratic expression that is written as the product of a constant times two linear factors. </w:t>
            </w:r>
            <m:oMath>
              <m:r>
                <w:rPr>
                  <w:rFonts w:ascii="Cambria Math" w:hAnsi="Cambria Math" w:cs="Noto Sans"/>
                </w:rPr>
                <m:t>f(x) = a(x - r₁)(x - r₂)</m:t>
              </m:r>
            </m:oMath>
            <w:r w:rsidRPr="00505B42">
              <w:rPr>
                <w:rFonts w:cs="Noto Sans"/>
              </w:rPr>
              <w:t>.</w:t>
            </w:r>
          </w:p>
        </w:tc>
      </w:tr>
      <w:tr w:rsidR="007E21A4" w:rsidRPr="00505B42" w14:paraId="14ABFED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4D2C2D2" w14:textId="77777777" w:rsidR="007E21A4" w:rsidRPr="00505B42" w:rsidRDefault="00000000" w:rsidP="000C5BCD">
            <w:pPr>
              <w:spacing w:line="276" w:lineRule="auto"/>
              <w:rPr>
                <w:rFonts w:cs="Noto Sans"/>
              </w:rPr>
            </w:pPr>
            <w:r w:rsidRPr="00505B42">
              <w:rPr>
                <w:rFonts w:cs="Noto Sans"/>
              </w:rPr>
              <w:t>Forma factorizada de una expresión cuadrática</w:t>
            </w:r>
          </w:p>
        </w:tc>
        <w:tc>
          <w:tcPr>
            <w:tcW w:w="7171" w:type="dxa"/>
          </w:tcPr>
          <w:p w14:paraId="0488F1A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expresión cuadrática que se escribe como el producto de una constante por dos factores lineales. </w:t>
            </w:r>
            <m:oMath>
              <m:r>
                <w:rPr>
                  <w:rFonts w:ascii="Cambria Math" w:hAnsi="Cambria Math" w:cs="Noto Sans"/>
                </w:rPr>
                <m:t>f(x) = a(x - r₁)(x - r₂)</m:t>
              </m:r>
            </m:oMath>
            <w:r w:rsidRPr="00505B42">
              <w:rPr>
                <w:rFonts w:cs="Noto Sans"/>
              </w:rPr>
              <w:t>.</w:t>
            </w:r>
          </w:p>
        </w:tc>
      </w:tr>
    </w:tbl>
    <w:p w14:paraId="255D6B02" w14:textId="77777777" w:rsidR="007E21A4" w:rsidRDefault="003E0449" w:rsidP="00294ADB">
      <w:pPr>
        <w:jc w:val="center"/>
        <w:rPr>
          <w:rFonts w:ascii="Noto Sans" w:hAnsi="Noto Sans" w:cs="Noto Sans"/>
        </w:rPr>
      </w:pPr>
      <w:r>
        <w:rPr>
          <w:rFonts w:ascii="Noto Sans" w:hAnsi="Noto Sans" w:cs="Noto Sans"/>
          <w:noProof/>
        </w:rPr>
        <w:drawing>
          <wp:inline distT="0" distB="0" distL="0" distR="0" wp14:anchorId="2655634B" wp14:editId="70F026A2">
            <wp:extent cx="3501554" cy="1947334"/>
            <wp:effectExtent l="0" t="0" r="3810" b="0"/>
            <wp:docPr id="1353364374" name="Picture 11" descr="Three graphs of the same upward-opening parabola side-by-side, illustrating the equation in Vertex Form, Factored Form, and Standard Form. (Tres gráficos de la misma parábola que se abre hacia arriba, dispuestos uno al lado del otro, que ilustran la ecuación en forma de vértice, forma factorizada y forma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64374" name="Picture 11" descr="Three graphs of the same upward-opening parabola side-by-side, illustrating the equation in Vertex Form, Factored Form, and Standard Form. (Tres gráficos de la misma parábola que se abre hacia arriba, dispuestos uno al lado del otro, que ilustran la ecuación en forma de vértice, forma factorizada y forma estándar.)"/>
                    <pic:cNvPicPr/>
                  </pic:nvPicPr>
                  <pic:blipFill>
                    <a:blip r:embed="rId15"/>
                    <a:stretch>
                      <a:fillRect/>
                    </a:stretch>
                  </pic:blipFill>
                  <pic:spPr>
                    <a:xfrm>
                      <a:off x="0" y="0"/>
                      <a:ext cx="3517289" cy="1956085"/>
                    </a:xfrm>
                    <a:prstGeom prst="rect">
                      <a:avLst/>
                    </a:prstGeom>
                  </pic:spPr>
                </pic:pic>
              </a:graphicData>
            </a:graphic>
          </wp:inline>
        </w:drawing>
      </w:r>
    </w:p>
    <w:p w14:paraId="0BDEF5D6" w14:textId="77777777" w:rsidR="006F4AAB" w:rsidRPr="00505B42" w:rsidRDefault="006F4AAB" w:rsidP="00294ADB">
      <w:pPr>
        <w:jc w:val="center"/>
        <w:rPr>
          <w:rFonts w:ascii="Noto Sans" w:hAnsi="Noto Sans" w:cs="Noto Sans"/>
        </w:rPr>
      </w:pPr>
    </w:p>
    <w:tbl>
      <w:tblPr>
        <w:tblStyle w:val="GlossaryTerm-Standard"/>
        <w:tblW w:w="0" w:type="auto"/>
        <w:tblLook w:val="0480" w:firstRow="0" w:lastRow="0" w:firstColumn="1" w:lastColumn="0" w:noHBand="0" w:noVBand="1"/>
      </w:tblPr>
      <w:tblGrid>
        <w:gridCol w:w="2100"/>
        <w:gridCol w:w="6756"/>
      </w:tblGrid>
      <w:tr w:rsidR="007E21A4" w:rsidRPr="00505B42" w14:paraId="7BCAD4D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389B883" w14:textId="77777777" w:rsidR="007E21A4" w:rsidRPr="00505B42" w:rsidRDefault="00000000" w:rsidP="000C5BCD">
            <w:pPr>
              <w:spacing w:line="276" w:lineRule="auto"/>
              <w:rPr>
                <w:rFonts w:cs="Noto Sans"/>
              </w:rPr>
            </w:pPr>
            <w:r w:rsidRPr="00505B42">
              <w:rPr>
                <w:rFonts w:cs="Noto Sans"/>
              </w:rPr>
              <w:t>Fixed expense</w:t>
            </w:r>
          </w:p>
        </w:tc>
        <w:tc>
          <w:tcPr>
            <w:tcW w:w="7171" w:type="dxa"/>
          </w:tcPr>
          <w:p w14:paraId="55781BA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Expense that is consistent from month to month.</w:t>
            </w:r>
          </w:p>
        </w:tc>
      </w:tr>
      <w:tr w:rsidR="007E21A4" w:rsidRPr="00505B42" w14:paraId="0272A2D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F548597" w14:textId="77777777" w:rsidR="007E21A4" w:rsidRPr="00505B42" w:rsidRDefault="00000000" w:rsidP="000C5BCD">
            <w:pPr>
              <w:spacing w:line="276" w:lineRule="auto"/>
              <w:rPr>
                <w:rFonts w:cs="Noto Sans"/>
              </w:rPr>
            </w:pPr>
            <w:r w:rsidRPr="00505B42">
              <w:rPr>
                <w:rFonts w:cs="Noto Sans"/>
              </w:rPr>
              <w:t>Gasto fijo</w:t>
            </w:r>
          </w:p>
        </w:tc>
        <w:tc>
          <w:tcPr>
            <w:tcW w:w="7171" w:type="dxa"/>
          </w:tcPr>
          <w:p w14:paraId="5895B5F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gasto que es fijo de mes a mes.</w:t>
            </w:r>
          </w:p>
        </w:tc>
      </w:tr>
    </w:tbl>
    <w:p w14:paraId="02DDF15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0636C03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7806B48" w14:textId="77777777" w:rsidR="007E21A4" w:rsidRPr="00505B42" w:rsidRDefault="00000000" w:rsidP="000C5BCD">
            <w:pPr>
              <w:spacing w:line="276" w:lineRule="auto"/>
              <w:rPr>
                <w:rFonts w:cs="Noto Sans"/>
              </w:rPr>
            </w:pPr>
            <w:r w:rsidRPr="00505B42">
              <w:rPr>
                <w:rFonts w:cs="Noto Sans"/>
              </w:rPr>
              <w:t>Fraction</w:t>
            </w:r>
          </w:p>
        </w:tc>
        <w:tc>
          <w:tcPr>
            <w:tcW w:w="7171" w:type="dxa"/>
          </w:tcPr>
          <w:p w14:paraId="34A0570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number written in the form where two quantities are written one above the other, to show how much of a whole amount we have. The number describes parts of a whole. </w:t>
            </w:r>
          </w:p>
        </w:tc>
      </w:tr>
      <w:tr w:rsidR="007E21A4" w:rsidRPr="00505B42" w14:paraId="1402564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79A3A9" w14:textId="77777777" w:rsidR="007E21A4" w:rsidRPr="00505B42" w:rsidRDefault="00000000" w:rsidP="000C5BCD">
            <w:pPr>
              <w:spacing w:line="276" w:lineRule="auto"/>
              <w:rPr>
                <w:rFonts w:cs="Noto Sans"/>
              </w:rPr>
            </w:pPr>
            <w:r w:rsidRPr="00505B42">
              <w:rPr>
                <w:rFonts w:cs="Noto Sans"/>
              </w:rPr>
              <w:t>Fracción</w:t>
            </w:r>
          </w:p>
        </w:tc>
        <w:tc>
          <w:tcPr>
            <w:tcW w:w="7171" w:type="dxa"/>
          </w:tcPr>
          <w:p w14:paraId="3E88752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número escrito en la forma en la que dos cantidades se escriben una encima de la otra, para mostrar cuánto tenemos de una cantidad entera. El número describe partes de un todo.</w:t>
            </w:r>
          </w:p>
        </w:tc>
      </w:tr>
    </w:tbl>
    <w:p w14:paraId="38B4626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0AC8544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B2F818C" w14:textId="77777777" w:rsidR="007E21A4" w:rsidRPr="00505B42" w:rsidRDefault="00000000" w:rsidP="00294ADB">
            <w:pPr>
              <w:keepNext/>
              <w:keepLines/>
              <w:spacing w:line="276" w:lineRule="auto"/>
              <w:rPr>
                <w:rFonts w:cs="Noto Sans"/>
              </w:rPr>
            </w:pPr>
            <w:r w:rsidRPr="00505B42">
              <w:rPr>
                <w:rFonts w:cs="Noto Sans"/>
              </w:rPr>
              <w:lastRenderedPageBreak/>
              <w:t>Function</w:t>
            </w:r>
          </w:p>
        </w:tc>
        <w:tc>
          <w:tcPr>
            <w:tcW w:w="7171" w:type="dxa"/>
          </w:tcPr>
          <w:p w14:paraId="6889D54A" w14:textId="77777777" w:rsidR="007E21A4" w:rsidRPr="00505B42" w:rsidRDefault="00000000" w:rsidP="00294ADB">
            <w:pPr>
              <w:keepNext/>
              <w:keepLines/>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relation that takes inputs from one set and assigns them to outputs from another set, assigning exactly one output to each input.</w:t>
            </w:r>
          </w:p>
        </w:tc>
      </w:tr>
      <w:tr w:rsidR="007E21A4" w:rsidRPr="00505B42" w14:paraId="038D031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55B37B" w14:textId="77777777" w:rsidR="007E21A4" w:rsidRPr="00505B42" w:rsidRDefault="00000000" w:rsidP="00294ADB">
            <w:pPr>
              <w:keepNext/>
              <w:keepLines/>
              <w:spacing w:line="276" w:lineRule="auto"/>
              <w:rPr>
                <w:rFonts w:cs="Noto Sans"/>
              </w:rPr>
            </w:pPr>
            <w:r w:rsidRPr="00505B42">
              <w:rPr>
                <w:rFonts w:cs="Noto Sans"/>
              </w:rPr>
              <w:t>Función</w:t>
            </w:r>
          </w:p>
        </w:tc>
        <w:tc>
          <w:tcPr>
            <w:tcW w:w="7171" w:type="dxa"/>
          </w:tcPr>
          <w:p w14:paraId="6CD35C68" w14:textId="77777777" w:rsidR="007E21A4" w:rsidRPr="00505B42" w:rsidRDefault="00000000" w:rsidP="00294ADB">
            <w:pPr>
              <w:keepNext/>
              <w:keepLines/>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Esta relación toma entradas de un conjunto y las asigna a salidas de otro conjunto, asignando exactamente una salida a cada entrada.</w:t>
            </w:r>
          </w:p>
        </w:tc>
      </w:tr>
    </w:tbl>
    <w:p w14:paraId="53BD104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8"/>
        <w:gridCol w:w="6758"/>
      </w:tblGrid>
      <w:tr w:rsidR="007E21A4" w:rsidRPr="00505B42" w14:paraId="032BEFF9"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17265C19" w14:textId="77777777" w:rsidR="007E21A4" w:rsidRPr="00505B42" w:rsidRDefault="00000000" w:rsidP="000C5BCD">
            <w:pPr>
              <w:keepNext/>
              <w:spacing w:line="276" w:lineRule="auto"/>
              <w:rPr>
                <w:rFonts w:cs="Noto Sans"/>
              </w:rPr>
            </w:pPr>
            <w:r w:rsidRPr="00505B42">
              <w:rPr>
                <w:rFonts w:cs="Noto Sans"/>
              </w:rPr>
              <w:t>Function notation</w:t>
            </w:r>
          </w:p>
        </w:tc>
        <w:tc>
          <w:tcPr>
            <w:tcW w:w="7171" w:type="dxa"/>
          </w:tcPr>
          <w:p w14:paraId="35A7D891"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way of writing the outputs of a function that you have given a name to. If the function is named </w:t>
            </w:r>
            <m:oMath>
              <m:r>
                <w:rPr>
                  <w:rFonts w:ascii="Cambria Math" w:hAnsi="Cambria Math" w:cs="Noto Sans"/>
                </w:rPr>
                <m:t>f</m:t>
              </m:r>
            </m:oMath>
            <w:r w:rsidRPr="00505B42">
              <w:rPr>
                <w:rFonts w:cs="Noto Sans"/>
              </w:rPr>
              <w:t xml:space="preserve"> and </w:t>
            </w:r>
            <m:oMath>
              <m:r>
                <w:rPr>
                  <w:rFonts w:ascii="Cambria Math" w:hAnsi="Cambria Math" w:cs="Noto Sans"/>
                </w:rPr>
                <m:t>x</m:t>
              </m:r>
            </m:oMath>
            <w:r w:rsidRPr="00505B42">
              <w:rPr>
                <w:rFonts w:cs="Noto Sans"/>
              </w:rPr>
              <w:t xml:space="preserve"> is an input, then </w:t>
            </w:r>
            <m:oMath>
              <m:r>
                <w:rPr>
                  <w:rFonts w:ascii="Cambria Math" w:hAnsi="Cambria Math" w:cs="Noto Sans"/>
                </w:rPr>
                <m:t>f(x)</m:t>
              </m:r>
            </m:oMath>
            <w:r w:rsidRPr="00505B42">
              <w:rPr>
                <w:rFonts w:cs="Noto Sans"/>
              </w:rPr>
              <w:t xml:space="preserve"> denotes the corresponding output.</w:t>
            </w:r>
          </w:p>
        </w:tc>
      </w:tr>
      <w:tr w:rsidR="007E21A4" w:rsidRPr="00505B42" w14:paraId="680953ED"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47A1C6E6" w14:textId="77777777" w:rsidR="007E21A4" w:rsidRPr="00505B42" w:rsidRDefault="00000000" w:rsidP="000C5BCD">
            <w:pPr>
              <w:keepNext/>
              <w:spacing w:line="276" w:lineRule="auto"/>
              <w:rPr>
                <w:rFonts w:cs="Noto Sans"/>
              </w:rPr>
            </w:pPr>
            <w:r w:rsidRPr="00505B42">
              <w:rPr>
                <w:rFonts w:cs="Noto Sans"/>
              </w:rPr>
              <w:t>Notación de función</w:t>
            </w:r>
          </w:p>
        </w:tc>
        <w:tc>
          <w:tcPr>
            <w:tcW w:w="7171" w:type="dxa"/>
          </w:tcPr>
          <w:p w14:paraId="24583C2D"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forma de escribir las salidas de una función a la que le ha dado un nombre. Si la función se llama </w:t>
            </w:r>
            <m:oMath>
              <m:r>
                <w:rPr>
                  <w:rFonts w:ascii="Cambria Math" w:hAnsi="Cambria Math" w:cs="Noto Sans"/>
                </w:rPr>
                <m:t>f</m:t>
              </m:r>
            </m:oMath>
            <w:r w:rsidRPr="00505B42">
              <w:rPr>
                <w:rFonts w:cs="Noto Sans"/>
              </w:rPr>
              <w:t xml:space="preserve"> y </w:t>
            </w:r>
            <m:oMath>
              <m:r>
                <w:rPr>
                  <w:rFonts w:ascii="Cambria Math" w:hAnsi="Cambria Math" w:cs="Noto Sans"/>
                </w:rPr>
                <m:t>x</m:t>
              </m:r>
            </m:oMath>
            <w:r w:rsidRPr="00505B42">
              <w:rPr>
                <w:rFonts w:cs="Noto Sans"/>
              </w:rPr>
              <w:t xml:space="preserve"> es una entrada, entonces </w:t>
            </w:r>
            <m:oMath>
              <m:r>
                <w:rPr>
                  <w:rFonts w:ascii="Cambria Math" w:hAnsi="Cambria Math" w:cs="Noto Sans"/>
                </w:rPr>
                <m:t>f(x)</m:t>
              </m:r>
            </m:oMath>
            <w:r w:rsidRPr="00505B42">
              <w:rPr>
                <w:rFonts w:cs="Noto Sans"/>
              </w:rPr>
              <w:t xml:space="preserve"> denota la salida correspondiente.</w:t>
            </w:r>
          </w:p>
        </w:tc>
      </w:tr>
    </w:tbl>
    <w:p w14:paraId="48E5932C"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2A4BE44A" w14:textId="77777777" w:rsidR="007E21A4" w:rsidRPr="00505B42" w:rsidRDefault="00000000" w:rsidP="00F719CF">
      <w:pPr>
        <w:pStyle w:val="Heading2"/>
      </w:pPr>
      <w:bookmarkStart w:id="5" w:name="_Toc162956987"/>
      <w:r w:rsidRPr="00505B42">
        <w:t>G</w:t>
      </w:r>
      <w:bookmarkEnd w:id="5"/>
    </w:p>
    <w:tbl>
      <w:tblPr>
        <w:tblStyle w:val="GlossaryTerm-Standard"/>
        <w:tblW w:w="0" w:type="auto"/>
        <w:tblLook w:val="0480" w:firstRow="0" w:lastRow="0" w:firstColumn="1" w:lastColumn="0" w:noHBand="0" w:noVBand="1"/>
      </w:tblPr>
      <w:tblGrid>
        <w:gridCol w:w="2119"/>
        <w:gridCol w:w="6737"/>
      </w:tblGrid>
      <w:tr w:rsidR="007E21A4" w:rsidRPr="00505B42" w14:paraId="7D923EB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81B48A" w14:textId="77777777" w:rsidR="007E21A4" w:rsidRPr="00505B42" w:rsidRDefault="00000000" w:rsidP="000C5BCD">
            <w:pPr>
              <w:spacing w:line="276" w:lineRule="auto"/>
              <w:rPr>
                <w:rFonts w:cs="Noto Sans"/>
              </w:rPr>
            </w:pPr>
            <w:r w:rsidRPr="00505B42">
              <w:rPr>
                <w:rFonts w:cs="Noto Sans"/>
              </w:rPr>
              <w:t>Geometric sequence</w:t>
            </w:r>
          </w:p>
        </w:tc>
        <w:tc>
          <w:tcPr>
            <w:tcW w:w="7171" w:type="dxa"/>
          </w:tcPr>
          <w:p w14:paraId="56F7DAD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sequence in which each term after the first nonzero term is found by multiplying the preceding term by a constant called the "common ratio </w:t>
            </w:r>
            <m:oMath>
              <m:r>
                <w:rPr>
                  <w:rFonts w:ascii="Cambria Math" w:hAnsi="Cambria Math" w:cs="Noto Sans"/>
                </w:rPr>
                <m:t>r</m:t>
              </m:r>
            </m:oMath>
            <w:r w:rsidRPr="00505B42">
              <w:rPr>
                <w:rFonts w:cs="Noto Sans"/>
              </w:rPr>
              <w:t xml:space="preserve">," where </w:t>
            </w:r>
            <m:oMath>
              <m:r>
                <w:rPr>
                  <w:rFonts w:ascii="Cambria Math" w:hAnsi="Cambria Math" w:cs="Noto Sans"/>
                </w:rPr>
                <m:t xml:space="preserve">r </m:t>
              </m:r>
              <m:r>
                <w:rPr>
                  <w:rFonts w:ascii="Cambria Math" w:hAnsi="Cambria Math" w:cs="Cambria Math"/>
                </w:rPr>
                <m:t>≠</m:t>
              </m:r>
              <m:r>
                <w:rPr>
                  <w:rFonts w:ascii="Cambria Math" w:hAnsi="Cambria Math" w:cs="Noto Sans"/>
                </w:rPr>
                <m:t xml:space="preserve"> 0</m:t>
              </m:r>
            </m:oMath>
            <w:r w:rsidRPr="00505B42">
              <w:rPr>
                <w:rFonts w:cs="Noto Sans"/>
              </w:rPr>
              <w:t xml:space="preserve"> or </w:t>
            </w:r>
            <m:oMath>
              <m:r>
                <w:rPr>
                  <w:rFonts w:ascii="Cambria Math" w:hAnsi="Cambria Math" w:cs="Noto Sans"/>
                </w:rPr>
                <m:t>1</m:t>
              </m:r>
            </m:oMath>
            <w:r w:rsidRPr="00505B42">
              <w:rPr>
                <w:rFonts w:cs="Noto Sans"/>
              </w:rPr>
              <w:t>. A sequence where the ratio between consecutive terms is always the same.</w:t>
            </w:r>
          </w:p>
        </w:tc>
      </w:tr>
      <w:tr w:rsidR="007E21A4" w:rsidRPr="00505B42" w14:paraId="466C7C8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E7DEF6A" w14:textId="77777777" w:rsidR="007E21A4" w:rsidRPr="00505B42" w:rsidRDefault="00000000" w:rsidP="000C5BCD">
            <w:pPr>
              <w:spacing w:line="276" w:lineRule="auto"/>
              <w:rPr>
                <w:rFonts w:cs="Noto Sans"/>
              </w:rPr>
            </w:pPr>
            <w:r w:rsidRPr="00505B42">
              <w:rPr>
                <w:rFonts w:cs="Noto Sans"/>
              </w:rPr>
              <w:t>Secuencia geométrica</w:t>
            </w:r>
          </w:p>
        </w:tc>
        <w:tc>
          <w:tcPr>
            <w:tcW w:w="7171" w:type="dxa"/>
          </w:tcPr>
          <w:p w14:paraId="7056A10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Sucesión en la cual cada término después del primer término diferente de cero se halla multiplicando el término anterior por una constante llamada "razón común </w:t>
            </w:r>
            <m:oMath>
              <m:r>
                <w:rPr>
                  <w:rFonts w:ascii="Cambria Math" w:hAnsi="Cambria Math" w:cs="Noto Sans"/>
                </w:rPr>
                <m:t>r</m:t>
              </m:r>
            </m:oMath>
            <w:r w:rsidRPr="00505B42">
              <w:rPr>
                <w:rFonts w:cs="Noto Sans"/>
              </w:rPr>
              <w:t xml:space="preserve">," donde </w:t>
            </w:r>
            <m:oMath>
              <m:r>
                <w:rPr>
                  <w:rFonts w:ascii="Cambria Math" w:hAnsi="Cambria Math" w:cs="Noto Sans"/>
                </w:rPr>
                <m:t xml:space="preserve">r </m:t>
              </m:r>
              <m:r>
                <w:rPr>
                  <w:rFonts w:ascii="Cambria Math" w:hAnsi="Cambria Math" w:cs="Cambria Math"/>
                </w:rPr>
                <m:t>≠</m:t>
              </m:r>
              <m:r>
                <w:rPr>
                  <w:rFonts w:ascii="Cambria Math" w:hAnsi="Cambria Math" w:cs="Noto Sans"/>
                </w:rPr>
                <m:t xml:space="preserve"> 0</m:t>
              </m:r>
            </m:oMath>
            <w:r w:rsidRPr="00505B42">
              <w:rPr>
                <w:rFonts w:cs="Noto Sans"/>
              </w:rPr>
              <w:t xml:space="preserve"> o </w:t>
            </w:r>
            <m:oMath>
              <m:r>
                <w:rPr>
                  <w:rFonts w:ascii="Cambria Math" w:hAnsi="Cambria Math" w:cs="Noto Sans"/>
                </w:rPr>
                <m:t>1</m:t>
              </m:r>
            </m:oMath>
            <w:r w:rsidRPr="00505B42">
              <w:rPr>
                <w:rFonts w:cs="Noto Sans"/>
              </w:rPr>
              <w:t>. Una secuencia donde la razón entre términos consecutivos es siempre la misma.</w:t>
            </w:r>
          </w:p>
        </w:tc>
      </w:tr>
    </w:tbl>
    <w:p w14:paraId="4AF34CE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3E74DBF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D9C9F3" w14:textId="77777777" w:rsidR="007E21A4" w:rsidRPr="00505B42" w:rsidRDefault="00000000" w:rsidP="00294ADB">
            <w:pPr>
              <w:keepNext/>
              <w:spacing w:line="276" w:lineRule="auto"/>
              <w:rPr>
                <w:rFonts w:cs="Noto Sans"/>
              </w:rPr>
            </w:pPr>
            <w:r w:rsidRPr="00505B42">
              <w:rPr>
                <w:rFonts w:cs="Noto Sans"/>
              </w:rPr>
              <w:lastRenderedPageBreak/>
              <w:t>Greatest common factor [GCF]</w:t>
            </w:r>
          </w:p>
        </w:tc>
        <w:tc>
          <w:tcPr>
            <w:tcW w:w="7171" w:type="dxa"/>
          </w:tcPr>
          <w:p w14:paraId="28256A89" w14:textId="77777777" w:rsidR="007E21A4" w:rsidRPr="00505B42" w:rsidRDefault="00000000" w:rsidP="00294ADB">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largest expression that is a factor of all the given expressions.</w:t>
            </w:r>
          </w:p>
        </w:tc>
      </w:tr>
      <w:tr w:rsidR="007E21A4" w:rsidRPr="00505B42" w14:paraId="797398F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4277689" w14:textId="77777777" w:rsidR="007E21A4" w:rsidRPr="00505B42" w:rsidRDefault="00000000" w:rsidP="00294ADB">
            <w:pPr>
              <w:keepNext/>
              <w:spacing w:line="276" w:lineRule="auto"/>
              <w:rPr>
                <w:rFonts w:cs="Noto Sans"/>
              </w:rPr>
            </w:pPr>
            <w:r w:rsidRPr="00505B42">
              <w:rPr>
                <w:rFonts w:cs="Noto Sans"/>
              </w:rPr>
              <w:t>Máximo común divisor [MCD]</w:t>
            </w:r>
          </w:p>
        </w:tc>
        <w:tc>
          <w:tcPr>
            <w:tcW w:w="7171" w:type="dxa"/>
          </w:tcPr>
          <w:p w14:paraId="18FB3D83" w14:textId="77777777" w:rsidR="007E21A4" w:rsidRPr="00505B42" w:rsidRDefault="00000000" w:rsidP="00294ADB">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expresión más grande que es factor de todas las expresiones dadas.</w:t>
            </w:r>
          </w:p>
        </w:tc>
      </w:tr>
    </w:tbl>
    <w:p w14:paraId="62C0156B"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3"/>
        <w:gridCol w:w="6733"/>
      </w:tblGrid>
      <w:tr w:rsidR="007E21A4" w:rsidRPr="00505B42" w14:paraId="5BCB80EF"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7E02940B" w14:textId="77777777" w:rsidR="007E21A4" w:rsidRPr="00505B42" w:rsidRDefault="00000000" w:rsidP="000C5BCD">
            <w:pPr>
              <w:keepNext/>
              <w:spacing w:line="276" w:lineRule="auto"/>
              <w:rPr>
                <w:rFonts w:cs="Noto Sans"/>
              </w:rPr>
            </w:pPr>
            <w:r w:rsidRPr="00505B42">
              <w:rPr>
                <w:rFonts w:cs="Noto Sans"/>
              </w:rPr>
              <w:t>Growth factor</w:t>
            </w:r>
          </w:p>
        </w:tc>
        <w:tc>
          <w:tcPr>
            <w:tcW w:w="7171" w:type="dxa"/>
          </w:tcPr>
          <w:p w14:paraId="43F65299"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In an exponential function, the output is multiplied by the same factor every time the input increases by one. This value is the multiplier.</w:t>
            </w:r>
          </w:p>
        </w:tc>
      </w:tr>
      <w:tr w:rsidR="007E21A4" w:rsidRPr="00505B42" w14:paraId="4132861A"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291E4A5C" w14:textId="77777777" w:rsidR="007E21A4" w:rsidRPr="00505B42" w:rsidRDefault="00000000" w:rsidP="000C5BCD">
            <w:pPr>
              <w:keepNext/>
              <w:spacing w:line="276" w:lineRule="auto"/>
              <w:rPr>
                <w:rFonts w:cs="Noto Sans"/>
              </w:rPr>
            </w:pPr>
            <w:r w:rsidRPr="00505B42">
              <w:rPr>
                <w:rFonts w:cs="Noto Sans"/>
              </w:rPr>
              <w:t>Factor de crecimiento</w:t>
            </w:r>
          </w:p>
        </w:tc>
        <w:tc>
          <w:tcPr>
            <w:tcW w:w="7171" w:type="dxa"/>
          </w:tcPr>
          <w:p w14:paraId="0A1776BA"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En una función exponencial, la salida se multiplica por el mismo factor cada vez que la entrada aumenta en uno. Este valor es el multiplicador.</w:t>
            </w:r>
          </w:p>
        </w:tc>
      </w:tr>
    </w:tbl>
    <w:p w14:paraId="4A4F66B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5"/>
        <w:gridCol w:w="6731"/>
      </w:tblGrid>
      <w:tr w:rsidR="007E21A4" w:rsidRPr="00505B42" w14:paraId="340AD42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3236692" w14:textId="77777777" w:rsidR="007E21A4" w:rsidRPr="00505B42" w:rsidRDefault="00000000" w:rsidP="000C5BCD">
            <w:pPr>
              <w:spacing w:line="276" w:lineRule="auto"/>
              <w:rPr>
                <w:rFonts w:cs="Noto Sans"/>
              </w:rPr>
            </w:pPr>
            <w:r w:rsidRPr="00505B42">
              <w:rPr>
                <w:rFonts w:cs="Noto Sans"/>
              </w:rPr>
              <w:t>Growth rate</w:t>
            </w:r>
          </w:p>
        </w:tc>
        <w:tc>
          <w:tcPr>
            <w:tcW w:w="7171" w:type="dxa"/>
          </w:tcPr>
          <w:p w14:paraId="6022D9C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In an exponential function, this is the fraction or percentage of the output that gets added every time the input is increased by one. If this value is 20% or 0.2, then the growth factor is 1.2.</w:t>
            </w:r>
          </w:p>
        </w:tc>
      </w:tr>
      <w:tr w:rsidR="007E21A4" w:rsidRPr="00505B42" w14:paraId="1A2AF6C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E7ADDD4" w14:textId="77777777" w:rsidR="007E21A4" w:rsidRPr="00505B42" w:rsidRDefault="00000000" w:rsidP="000C5BCD">
            <w:pPr>
              <w:spacing w:line="276" w:lineRule="auto"/>
              <w:rPr>
                <w:rFonts w:cs="Noto Sans"/>
              </w:rPr>
            </w:pPr>
            <w:r w:rsidRPr="00505B42">
              <w:rPr>
                <w:rFonts w:cs="Noto Sans"/>
              </w:rPr>
              <w:t>Tasa de crecimiento exponencial</w:t>
            </w:r>
          </w:p>
        </w:tc>
        <w:tc>
          <w:tcPr>
            <w:tcW w:w="7171" w:type="dxa"/>
          </w:tcPr>
          <w:p w14:paraId="6A9CBDD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En una función exponencial, esta es la fracción o porcentaje de la salida que se suma cada vez que la entrada aumenta en uno. Si este valor es 20% o 0.2, entonces el factor de crecimiento es 1.2.</w:t>
            </w:r>
          </w:p>
        </w:tc>
      </w:tr>
    </w:tbl>
    <w:p w14:paraId="7D4A3A28"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23A61921" w14:textId="77777777" w:rsidR="007E21A4" w:rsidRPr="00505B42" w:rsidRDefault="00000000" w:rsidP="00294ADB">
      <w:pPr>
        <w:pStyle w:val="Heading2"/>
        <w:keepNext/>
      </w:pPr>
      <w:bookmarkStart w:id="6" w:name="_Toc162956988"/>
      <w:r w:rsidRPr="00505B42">
        <w:lastRenderedPageBreak/>
        <w:t>H</w:t>
      </w:r>
      <w:bookmarkEnd w:id="6"/>
    </w:p>
    <w:tbl>
      <w:tblPr>
        <w:tblStyle w:val="GlossaryTerm-Standard"/>
        <w:tblW w:w="0" w:type="auto"/>
        <w:tblLook w:val="0480" w:firstRow="0" w:lastRow="0" w:firstColumn="1" w:lastColumn="0" w:noHBand="0" w:noVBand="1"/>
      </w:tblPr>
      <w:tblGrid>
        <w:gridCol w:w="2117"/>
        <w:gridCol w:w="6739"/>
      </w:tblGrid>
      <w:tr w:rsidR="007E21A4" w:rsidRPr="00505B42" w14:paraId="401BEFD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61EBF8F" w14:textId="77777777" w:rsidR="007E21A4" w:rsidRPr="00505B42" w:rsidRDefault="00000000" w:rsidP="00294ADB">
            <w:pPr>
              <w:keepNext/>
              <w:spacing w:line="276" w:lineRule="auto"/>
              <w:rPr>
                <w:rFonts w:cs="Noto Sans"/>
              </w:rPr>
            </w:pPr>
            <w:r w:rsidRPr="00505B42">
              <w:rPr>
                <w:rFonts w:cs="Noto Sans"/>
              </w:rPr>
              <w:t>Horizontal asymptote</w:t>
            </w:r>
          </w:p>
        </w:tc>
        <w:tc>
          <w:tcPr>
            <w:tcW w:w="7171" w:type="dxa"/>
          </w:tcPr>
          <w:p w14:paraId="54A7B01B" w14:textId="77777777" w:rsidR="007E21A4" w:rsidRPr="00505B42" w:rsidRDefault="00000000" w:rsidP="00294ADB">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line where the outputs of the function approach, as the inputs get larger and larger in either the positive or negative direction. This means the graph gets closer and closer to the line as you move to the right or left along the </w:t>
            </w:r>
            <m:oMath>
              <m:r>
                <w:rPr>
                  <w:rFonts w:ascii="Cambria Math" w:hAnsi="Cambria Math" w:cs="Noto Sans"/>
                </w:rPr>
                <m:t>x</m:t>
              </m:r>
            </m:oMath>
            <w:r w:rsidRPr="00505B42">
              <w:rPr>
                <w:rFonts w:cs="Noto Sans"/>
              </w:rPr>
              <w:t>-axis.</w:t>
            </w:r>
          </w:p>
        </w:tc>
      </w:tr>
      <w:tr w:rsidR="007E21A4" w:rsidRPr="00505B42" w14:paraId="37C9BED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ACE25B7" w14:textId="77777777" w:rsidR="007E21A4" w:rsidRPr="00505B42" w:rsidRDefault="00000000" w:rsidP="00294ADB">
            <w:pPr>
              <w:keepNext/>
              <w:spacing w:line="276" w:lineRule="auto"/>
              <w:rPr>
                <w:rFonts w:cs="Noto Sans"/>
              </w:rPr>
            </w:pPr>
            <w:r w:rsidRPr="00505B42">
              <w:rPr>
                <w:rFonts w:cs="Noto Sans"/>
              </w:rPr>
              <w:t>Asíntota horizontal</w:t>
            </w:r>
          </w:p>
        </w:tc>
        <w:tc>
          <w:tcPr>
            <w:tcW w:w="7171" w:type="dxa"/>
          </w:tcPr>
          <w:p w14:paraId="21899FF2" w14:textId="77777777" w:rsidR="007E21A4" w:rsidRPr="00505B42" w:rsidRDefault="00000000" w:rsidP="00294ADB">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línea donde las salidas de la función se acercan, a medida que las entradas se hacen cada vez más grandes en dirección positiva o negativa. Esto significa que la gráfica se acerca cada vez más a la línea a medida que te mueves hacia la derecha o hacia la izquierda a lo largo del eje </w:t>
            </w:r>
            <m:oMath>
              <m:r>
                <w:rPr>
                  <w:rFonts w:ascii="Cambria Math" w:hAnsi="Cambria Math" w:cs="Noto Sans"/>
                </w:rPr>
                <m:t>x</m:t>
              </m:r>
            </m:oMath>
            <w:r w:rsidRPr="00505B42">
              <w:rPr>
                <w:rFonts w:cs="Noto Sans"/>
              </w:rPr>
              <w:t>.</w:t>
            </w:r>
          </w:p>
        </w:tc>
      </w:tr>
    </w:tbl>
    <w:p w14:paraId="51A9F85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8"/>
        <w:gridCol w:w="6728"/>
      </w:tblGrid>
      <w:tr w:rsidR="007E21A4" w:rsidRPr="00505B42" w14:paraId="3B95591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0AA20F1" w14:textId="77777777" w:rsidR="007E21A4" w:rsidRPr="00505B42" w:rsidRDefault="00000000" w:rsidP="000C5BCD">
            <w:pPr>
              <w:keepNext/>
              <w:spacing w:line="276" w:lineRule="auto"/>
              <w:rPr>
                <w:rFonts w:cs="Noto Sans"/>
              </w:rPr>
            </w:pPr>
            <w:r w:rsidRPr="00505B42">
              <w:rPr>
                <w:rFonts w:cs="Noto Sans"/>
              </w:rPr>
              <w:t>Horizontal compression</w:t>
            </w:r>
          </w:p>
        </w:tc>
        <w:tc>
          <w:tcPr>
            <w:tcW w:w="7171" w:type="dxa"/>
          </w:tcPr>
          <w:p w14:paraId="19BE7B85"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transformation that occurs when the input values of a function are multiplied by a positive constant greater than 1.</w:t>
            </w:r>
          </w:p>
        </w:tc>
      </w:tr>
      <w:tr w:rsidR="007E21A4" w:rsidRPr="00505B42" w14:paraId="4FD81C3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B886A90" w14:textId="77777777" w:rsidR="007E21A4" w:rsidRPr="00505B42" w:rsidRDefault="00000000" w:rsidP="000C5BCD">
            <w:pPr>
              <w:keepNext/>
              <w:spacing w:line="276" w:lineRule="auto"/>
              <w:rPr>
                <w:rFonts w:cs="Noto Sans"/>
              </w:rPr>
            </w:pPr>
            <w:r w:rsidRPr="00505B42">
              <w:rPr>
                <w:rFonts w:cs="Noto Sans"/>
              </w:rPr>
              <w:t>Compresión horizontal</w:t>
            </w:r>
          </w:p>
        </w:tc>
        <w:tc>
          <w:tcPr>
            <w:tcW w:w="7171" w:type="dxa"/>
          </w:tcPr>
          <w:p w14:paraId="6B6D014F"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transformación que ocurre cuando los valores de entrada de una función se multiplican por una constante positiva mayor que 1.</w:t>
            </w:r>
          </w:p>
        </w:tc>
      </w:tr>
    </w:tbl>
    <w:p w14:paraId="30BF9F8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39DB16E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5802AB" w14:textId="77777777" w:rsidR="007E21A4" w:rsidRPr="00505B42" w:rsidRDefault="00000000" w:rsidP="000C5BCD">
            <w:pPr>
              <w:spacing w:line="276" w:lineRule="auto"/>
              <w:rPr>
                <w:rFonts w:cs="Noto Sans"/>
              </w:rPr>
            </w:pPr>
            <w:r w:rsidRPr="00505B42">
              <w:rPr>
                <w:rFonts w:cs="Noto Sans"/>
              </w:rPr>
              <w:t>Horizontal int</w:t>
            </w:r>
            <w:r w:rsidR="00E373CD">
              <w:rPr>
                <w:rFonts w:cs="Noto Sans"/>
              </w:rPr>
              <w:t>er</w:t>
            </w:r>
            <w:r w:rsidRPr="00505B42">
              <w:rPr>
                <w:rFonts w:cs="Noto Sans"/>
              </w:rPr>
              <w:t>cept</w:t>
            </w:r>
          </w:p>
        </w:tc>
        <w:tc>
          <w:tcPr>
            <w:tcW w:w="7171" w:type="dxa"/>
          </w:tcPr>
          <w:p w14:paraId="456B20E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point of the graph of a function where the y-value is 0. This is where the graph of the function crosses the </w:t>
            </w:r>
            <m:oMath>
              <m:r>
                <w:rPr>
                  <w:rFonts w:ascii="Cambria Math" w:hAnsi="Cambria Math" w:cs="Noto Sans"/>
                </w:rPr>
                <m:t>x</m:t>
              </m:r>
            </m:oMath>
            <w:r w:rsidRPr="00505B42">
              <w:rPr>
                <w:rFonts w:cs="Noto Sans"/>
              </w:rPr>
              <w:t xml:space="preserve">-axis. </w:t>
            </w:r>
            <m:oMath>
              <m:r>
                <w:rPr>
                  <w:rFonts w:ascii="Cambria Math" w:hAnsi="Cambria Math" w:cs="Noto Sans"/>
                </w:rPr>
                <m:t>(x, 0)</m:t>
              </m:r>
            </m:oMath>
          </w:p>
        </w:tc>
      </w:tr>
      <w:tr w:rsidR="007E21A4" w:rsidRPr="00505B42" w14:paraId="64EC04C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509E6CC" w14:textId="77777777" w:rsidR="007E21A4" w:rsidRPr="00505B42" w:rsidRDefault="00000000" w:rsidP="000C5BCD">
            <w:pPr>
              <w:spacing w:line="276" w:lineRule="auto"/>
              <w:rPr>
                <w:rFonts w:cs="Noto Sans"/>
              </w:rPr>
            </w:pPr>
            <w:r w:rsidRPr="00505B42">
              <w:rPr>
                <w:rFonts w:cs="Noto Sans"/>
              </w:rPr>
              <w:t>Intersección horizontal</w:t>
            </w:r>
          </w:p>
        </w:tc>
        <w:tc>
          <w:tcPr>
            <w:tcW w:w="7171" w:type="dxa"/>
          </w:tcPr>
          <w:p w14:paraId="07E7DBE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punto de la gráfica de una función donde el valor de y es 0. Aquí es donde la gráfica de la función cruza el eje </w:t>
            </w:r>
            <m:oMath>
              <m:r>
                <w:rPr>
                  <w:rFonts w:ascii="Cambria Math" w:hAnsi="Cambria Math" w:cs="Noto Sans"/>
                </w:rPr>
                <m:t>x</m:t>
              </m:r>
            </m:oMath>
            <w:r w:rsidRPr="00505B42">
              <w:rPr>
                <w:rFonts w:cs="Noto Sans"/>
              </w:rPr>
              <w:t xml:space="preserve">. </w:t>
            </w:r>
            <m:oMath>
              <m:r>
                <w:rPr>
                  <w:rFonts w:ascii="Cambria Math" w:hAnsi="Cambria Math" w:cs="Noto Sans"/>
                </w:rPr>
                <m:t>(x, 0)</m:t>
              </m:r>
            </m:oMath>
          </w:p>
        </w:tc>
      </w:tr>
    </w:tbl>
    <w:p w14:paraId="4D815583" w14:textId="77777777" w:rsidR="007E21A4" w:rsidRPr="00505B42" w:rsidRDefault="003E0449" w:rsidP="00294ADB">
      <w:pPr>
        <w:jc w:val="center"/>
        <w:rPr>
          <w:rFonts w:ascii="Noto Sans" w:hAnsi="Noto Sans" w:cs="Noto Sans"/>
        </w:rPr>
      </w:pPr>
      <w:r>
        <w:rPr>
          <w:rFonts w:ascii="Noto Sans" w:hAnsi="Noto Sans" w:cs="Noto Sans"/>
          <w:noProof/>
        </w:rPr>
        <w:drawing>
          <wp:inline distT="0" distB="0" distL="0" distR="0" wp14:anchorId="03347802" wp14:editId="0C8B1B50">
            <wp:extent cx="2667000" cy="2036983"/>
            <wp:effectExtent l="0" t="0" r="0" b="0"/>
            <wp:docPr id="2121274781" name="Picture 12" descr="A graph of a function y(x) that crosses the x-axis in two locations, which are highlighted by pink circles. (Un gráfico de una función y(x) que cruza el eje x en dos puntos, los cuales están resaltados con círculos r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74781" name="Picture 12" descr="A graph of a function y(x) that crosses the x-axis in two locations, which are highlighted by pink circles. (Un gráfico de una función y(x) que cruza el eje x en dos puntos, los cuales están resaltados con círculos rosas.)"/>
                    <pic:cNvPicPr/>
                  </pic:nvPicPr>
                  <pic:blipFill>
                    <a:blip r:embed="rId16"/>
                    <a:stretch>
                      <a:fillRect/>
                    </a:stretch>
                  </pic:blipFill>
                  <pic:spPr>
                    <a:xfrm>
                      <a:off x="0" y="0"/>
                      <a:ext cx="2775987" cy="2120224"/>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25"/>
        <w:gridCol w:w="6731"/>
      </w:tblGrid>
      <w:tr w:rsidR="007E21A4" w:rsidRPr="00505B42" w14:paraId="38A8017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5BA5409" w14:textId="77777777" w:rsidR="007E21A4" w:rsidRPr="00505B42" w:rsidRDefault="00000000" w:rsidP="000C5BCD">
            <w:pPr>
              <w:spacing w:line="276" w:lineRule="auto"/>
              <w:rPr>
                <w:rFonts w:cs="Noto Sans"/>
              </w:rPr>
            </w:pPr>
            <w:r w:rsidRPr="00505B42">
              <w:rPr>
                <w:rFonts w:cs="Noto Sans"/>
              </w:rPr>
              <w:lastRenderedPageBreak/>
              <w:t>Horizontal lines</w:t>
            </w:r>
          </w:p>
        </w:tc>
        <w:tc>
          <w:tcPr>
            <w:tcW w:w="7171" w:type="dxa"/>
          </w:tcPr>
          <w:p w14:paraId="0836C81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Lines that extend infinitely "left and right" and have a slope of zero. These lines are perpendicular to the </w:t>
            </w:r>
            <m:oMath>
              <m:r>
                <w:rPr>
                  <w:rFonts w:ascii="Cambria Math" w:hAnsi="Cambria Math" w:cs="Noto Sans"/>
                </w:rPr>
                <m:t>y</m:t>
              </m:r>
            </m:oMath>
            <w:r w:rsidRPr="00505B42">
              <w:rPr>
                <w:rFonts w:cs="Noto Sans"/>
              </w:rPr>
              <w:t>-axis.</w:t>
            </w:r>
          </w:p>
        </w:tc>
      </w:tr>
      <w:tr w:rsidR="007E21A4" w:rsidRPr="00505B42" w14:paraId="4ACB095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04DE30A" w14:textId="77777777" w:rsidR="007E21A4" w:rsidRPr="00505B42" w:rsidRDefault="00000000" w:rsidP="000C5BCD">
            <w:pPr>
              <w:spacing w:line="276" w:lineRule="auto"/>
              <w:rPr>
                <w:rFonts w:cs="Noto Sans"/>
              </w:rPr>
            </w:pPr>
            <w:r w:rsidRPr="00505B42">
              <w:rPr>
                <w:rFonts w:cs="Noto Sans"/>
              </w:rPr>
              <w:t>Líneas horizontales</w:t>
            </w:r>
          </w:p>
        </w:tc>
        <w:tc>
          <w:tcPr>
            <w:tcW w:w="7171" w:type="dxa"/>
          </w:tcPr>
          <w:p w14:paraId="670BCD2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Líneas que se extienden infinitamente "de izquierda a derecha" y tienen pendiente cero. Estas líneas son perpendiculares al eje </w:t>
            </w:r>
            <m:oMath>
              <m:r>
                <w:rPr>
                  <w:rFonts w:ascii="Cambria Math" w:hAnsi="Cambria Math" w:cs="Noto Sans"/>
                </w:rPr>
                <m:t>y</m:t>
              </m:r>
            </m:oMath>
            <w:r w:rsidRPr="00505B42">
              <w:rPr>
                <w:rFonts w:cs="Noto Sans"/>
              </w:rPr>
              <w:t>.</w:t>
            </w:r>
          </w:p>
        </w:tc>
      </w:tr>
    </w:tbl>
    <w:p w14:paraId="6A315DB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6A0F512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2E40D0C" w14:textId="77777777" w:rsidR="007E21A4" w:rsidRPr="00505B42" w:rsidRDefault="00000000" w:rsidP="000C5BCD">
            <w:pPr>
              <w:spacing w:line="276" w:lineRule="auto"/>
              <w:rPr>
                <w:rFonts w:cs="Noto Sans"/>
              </w:rPr>
            </w:pPr>
            <w:r w:rsidRPr="00505B42">
              <w:rPr>
                <w:rFonts w:cs="Noto Sans"/>
              </w:rPr>
              <w:t>Horizontal reflection</w:t>
            </w:r>
          </w:p>
        </w:tc>
        <w:tc>
          <w:tcPr>
            <w:tcW w:w="7171" w:type="dxa"/>
          </w:tcPr>
          <w:p w14:paraId="01D52C4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transformation that occurs when the input values for a function are multiplied by -1. It causes the the graph to appear to "flip" over the</w:t>
            </w:r>
            <m:oMath>
              <m:r>
                <w:rPr>
                  <w:rFonts w:ascii="Cambria Math" w:hAnsi="Cambria Math" w:cs="Noto Sans"/>
                </w:rPr>
                <m:t xml:space="preserve"> y</m:t>
              </m:r>
            </m:oMath>
            <w:r w:rsidRPr="00505B42">
              <w:rPr>
                <w:rFonts w:cs="Noto Sans"/>
              </w:rPr>
              <w:t>-axis.</w:t>
            </w:r>
          </w:p>
        </w:tc>
      </w:tr>
      <w:tr w:rsidR="007E21A4" w:rsidRPr="00505B42" w14:paraId="5D04854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8A8C443" w14:textId="77777777" w:rsidR="007E21A4" w:rsidRPr="00505B42" w:rsidRDefault="00000000" w:rsidP="000C5BCD">
            <w:pPr>
              <w:spacing w:line="276" w:lineRule="auto"/>
              <w:rPr>
                <w:rFonts w:cs="Noto Sans"/>
              </w:rPr>
            </w:pPr>
            <w:r w:rsidRPr="00505B42">
              <w:rPr>
                <w:rFonts w:cs="Noto Sans"/>
              </w:rPr>
              <w:t>Reflexión horizontal</w:t>
            </w:r>
          </w:p>
        </w:tc>
        <w:tc>
          <w:tcPr>
            <w:tcW w:w="7171" w:type="dxa"/>
          </w:tcPr>
          <w:p w14:paraId="2D7E3002"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transformación que ocurre cuando los valores de entrada de una función se multiplican por -1. Hace que el gráfico parezca "voltear" sobre el eje </w:t>
            </w:r>
            <m:oMath>
              <m:r>
                <w:rPr>
                  <w:rFonts w:ascii="Cambria Math" w:hAnsi="Cambria Math" w:cs="Noto Sans"/>
                </w:rPr>
                <m:t>y</m:t>
              </m:r>
            </m:oMath>
            <w:r w:rsidRPr="00505B42">
              <w:rPr>
                <w:rFonts w:cs="Noto Sans"/>
              </w:rPr>
              <w:t>.</w:t>
            </w:r>
          </w:p>
        </w:tc>
      </w:tr>
    </w:tbl>
    <w:p w14:paraId="1179083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58"/>
        <w:gridCol w:w="6698"/>
      </w:tblGrid>
      <w:tr w:rsidR="007E21A4" w:rsidRPr="00505B42" w14:paraId="21253BE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B3D44FA" w14:textId="77777777" w:rsidR="007E21A4" w:rsidRPr="00505B42" w:rsidRDefault="00000000" w:rsidP="000C5BCD">
            <w:pPr>
              <w:spacing w:line="276" w:lineRule="auto"/>
              <w:rPr>
                <w:rFonts w:cs="Noto Sans"/>
              </w:rPr>
            </w:pPr>
            <w:r w:rsidRPr="00505B42">
              <w:rPr>
                <w:rFonts w:cs="Noto Sans"/>
              </w:rPr>
              <w:t>Horizontal shift</w:t>
            </w:r>
          </w:p>
        </w:tc>
        <w:tc>
          <w:tcPr>
            <w:tcW w:w="7171" w:type="dxa"/>
          </w:tcPr>
          <w:p w14:paraId="288C159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transformation that occurs when the parent function is shifted to the left or right.</w:t>
            </w:r>
          </w:p>
        </w:tc>
      </w:tr>
      <w:tr w:rsidR="007E21A4" w:rsidRPr="00505B42" w14:paraId="2F6E8D4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C7855BA" w14:textId="77777777" w:rsidR="007E21A4" w:rsidRPr="00505B42" w:rsidRDefault="00000000" w:rsidP="000C5BCD">
            <w:pPr>
              <w:spacing w:line="276" w:lineRule="auto"/>
              <w:rPr>
                <w:rFonts w:cs="Noto Sans"/>
              </w:rPr>
            </w:pPr>
            <w:r w:rsidRPr="00505B42">
              <w:rPr>
                <w:rFonts w:cs="Noto Sans"/>
              </w:rPr>
              <w:t>Desplazamiento horizontal</w:t>
            </w:r>
          </w:p>
        </w:tc>
        <w:tc>
          <w:tcPr>
            <w:tcW w:w="7171" w:type="dxa"/>
          </w:tcPr>
          <w:p w14:paraId="1F7D929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transformación que ocurre cuando la función principal se desplaza hacia la izquierda o hacia la derecha.</w:t>
            </w:r>
          </w:p>
        </w:tc>
      </w:tr>
    </w:tbl>
    <w:p w14:paraId="3F2E49B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9"/>
        <w:gridCol w:w="6727"/>
      </w:tblGrid>
      <w:tr w:rsidR="007E21A4" w:rsidRPr="00505B42" w14:paraId="74DBD60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DCDB290" w14:textId="77777777" w:rsidR="007E21A4" w:rsidRPr="00505B42" w:rsidRDefault="00000000" w:rsidP="000C5BCD">
            <w:pPr>
              <w:spacing w:line="276" w:lineRule="auto"/>
              <w:rPr>
                <w:rFonts w:cs="Noto Sans"/>
              </w:rPr>
            </w:pPr>
            <w:r w:rsidRPr="00505B42">
              <w:rPr>
                <w:rFonts w:cs="Noto Sans"/>
              </w:rPr>
              <w:t>Horizontal stretch</w:t>
            </w:r>
          </w:p>
        </w:tc>
        <w:tc>
          <w:tcPr>
            <w:tcW w:w="7171" w:type="dxa"/>
          </w:tcPr>
          <w:p w14:paraId="07481F0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transformation that occurs when the input values of a function are multiplied by constant that is between 0 and 1. </w:t>
            </w:r>
          </w:p>
        </w:tc>
      </w:tr>
      <w:tr w:rsidR="007E21A4" w:rsidRPr="00505B42" w14:paraId="39616DB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AE3C4F" w14:textId="77777777" w:rsidR="007E21A4" w:rsidRPr="00505B42" w:rsidRDefault="00000000" w:rsidP="000C5BCD">
            <w:pPr>
              <w:spacing w:line="276" w:lineRule="auto"/>
              <w:rPr>
                <w:rFonts w:cs="Noto Sans"/>
              </w:rPr>
            </w:pPr>
            <w:r w:rsidRPr="00505B42">
              <w:rPr>
                <w:rFonts w:cs="Noto Sans"/>
              </w:rPr>
              <w:t>Estiramiento horizontal</w:t>
            </w:r>
          </w:p>
        </w:tc>
        <w:tc>
          <w:tcPr>
            <w:tcW w:w="7171" w:type="dxa"/>
          </w:tcPr>
          <w:p w14:paraId="274C68E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transformación que ocurre cuando los valores de entrada de una función se multiplican por una constante que está entre 0 y 1. </w:t>
            </w:r>
          </w:p>
        </w:tc>
      </w:tr>
    </w:tbl>
    <w:p w14:paraId="69B9D7DF"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199B652C" w14:textId="77777777" w:rsidR="007E21A4" w:rsidRPr="00505B42" w:rsidRDefault="00000000" w:rsidP="008E472A">
      <w:pPr>
        <w:pStyle w:val="Heading2"/>
        <w:keepNext/>
      </w:pPr>
      <w:bookmarkStart w:id="7" w:name="_Toc162956989"/>
      <w:r w:rsidRPr="00505B42">
        <w:lastRenderedPageBreak/>
        <w:t>I</w:t>
      </w:r>
      <w:bookmarkEnd w:id="7"/>
    </w:p>
    <w:tbl>
      <w:tblPr>
        <w:tblStyle w:val="GlossaryTerm-Standard"/>
        <w:tblW w:w="0" w:type="auto"/>
        <w:tblLook w:val="0480" w:firstRow="0" w:lastRow="0" w:firstColumn="1" w:lastColumn="0" w:noHBand="0" w:noVBand="1"/>
      </w:tblPr>
      <w:tblGrid>
        <w:gridCol w:w="2110"/>
        <w:gridCol w:w="6746"/>
      </w:tblGrid>
      <w:tr w:rsidR="007E21A4" w:rsidRPr="00505B42" w14:paraId="5BF0A94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98516AF" w14:textId="77777777" w:rsidR="007E21A4" w:rsidRPr="00505B42" w:rsidRDefault="00000000" w:rsidP="008E472A">
            <w:pPr>
              <w:keepNext/>
              <w:spacing w:line="276" w:lineRule="auto"/>
              <w:rPr>
                <w:rFonts w:cs="Noto Sans"/>
              </w:rPr>
            </w:pPr>
            <w:r w:rsidRPr="00505B42">
              <w:rPr>
                <w:rFonts w:cs="Noto Sans"/>
              </w:rPr>
              <w:t>Identity</w:t>
            </w:r>
          </w:p>
        </w:tc>
        <w:tc>
          <w:tcPr>
            <w:tcW w:w="7171" w:type="dxa"/>
          </w:tcPr>
          <w:p w14:paraId="01C41F47"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equation that is true for any value of the variable. The solution of an identity is all real numbers.</w:t>
            </w:r>
          </w:p>
        </w:tc>
      </w:tr>
      <w:tr w:rsidR="007E21A4" w:rsidRPr="00505B42" w14:paraId="145647C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9A00E0" w14:textId="77777777" w:rsidR="007E21A4" w:rsidRPr="00505B42" w:rsidRDefault="00000000" w:rsidP="008E472A">
            <w:pPr>
              <w:keepNext/>
              <w:spacing w:line="276" w:lineRule="auto"/>
              <w:rPr>
                <w:rFonts w:cs="Noto Sans"/>
              </w:rPr>
            </w:pPr>
            <w:r w:rsidRPr="00505B42">
              <w:rPr>
                <w:rFonts w:cs="Noto Sans"/>
              </w:rPr>
              <w:t>Identidad</w:t>
            </w:r>
          </w:p>
        </w:tc>
        <w:tc>
          <w:tcPr>
            <w:tcW w:w="7171" w:type="dxa"/>
          </w:tcPr>
          <w:p w14:paraId="41206F2F"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Ecuación que es verdadera para cada valor de la variable. (Todas las soluciones de números reales.)</w:t>
            </w:r>
          </w:p>
        </w:tc>
      </w:tr>
    </w:tbl>
    <w:p w14:paraId="4D0D424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8"/>
        <w:gridCol w:w="6728"/>
      </w:tblGrid>
      <w:tr w:rsidR="007E21A4" w:rsidRPr="00505B42" w14:paraId="4AA974F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B3E66D" w14:textId="77777777" w:rsidR="007E21A4" w:rsidRPr="00505B42" w:rsidRDefault="00000000" w:rsidP="000C5BCD">
            <w:pPr>
              <w:spacing w:line="276" w:lineRule="auto"/>
              <w:rPr>
                <w:rFonts w:cs="Noto Sans"/>
              </w:rPr>
            </w:pPr>
            <w:r w:rsidRPr="00505B42">
              <w:rPr>
                <w:rFonts w:cs="Noto Sans"/>
              </w:rPr>
              <w:t xml:space="preserve">Increasing </w:t>
            </w:r>
          </w:p>
        </w:tc>
        <w:tc>
          <w:tcPr>
            <w:tcW w:w="7171" w:type="dxa"/>
          </w:tcPr>
          <w:p w14:paraId="609B8E2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For a function, the output values increase as the input values increase.</w:t>
            </w:r>
          </w:p>
        </w:tc>
      </w:tr>
      <w:tr w:rsidR="007E21A4" w:rsidRPr="00505B42" w14:paraId="383F2D4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1F8F8CD" w14:textId="77777777" w:rsidR="007E21A4" w:rsidRPr="00505B42" w:rsidRDefault="00000000" w:rsidP="000C5BCD">
            <w:pPr>
              <w:spacing w:line="276" w:lineRule="auto"/>
              <w:rPr>
                <w:rFonts w:cs="Noto Sans"/>
              </w:rPr>
            </w:pPr>
            <w:r w:rsidRPr="00505B42">
              <w:rPr>
                <w:rFonts w:cs="Noto Sans"/>
              </w:rPr>
              <w:t>Incremento; función creciente</w:t>
            </w:r>
          </w:p>
        </w:tc>
        <w:tc>
          <w:tcPr>
            <w:tcW w:w="7171" w:type="dxa"/>
          </w:tcPr>
          <w:p w14:paraId="276DBED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Tanto los valores de entrada como de salida de la función aumentan.</w:t>
            </w:r>
          </w:p>
        </w:tc>
      </w:tr>
    </w:tbl>
    <w:p w14:paraId="6AB9ABB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45"/>
        <w:gridCol w:w="6711"/>
      </w:tblGrid>
      <w:tr w:rsidR="007E21A4" w:rsidRPr="00505B42" w14:paraId="76C8FD8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FDE6B8" w14:textId="77777777" w:rsidR="007E21A4" w:rsidRPr="00505B42" w:rsidRDefault="00000000" w:rsidP="000C5BCD">
            <w:pPr>
              <w:spacing w:line="276" w:lineRule="auto"/>
              <w:rPr>
                <w:rFonts w:cs="Noto Sans"/>
              </w:rPr>
            </w:pPr>
            <w:r w:rsidRPr="00505B42">
              <w:rPr>
                <w:rFonts w:cs="Noto Sans"/>
              </w:rPr>
              <w:t>Independent quantity</w:t>
            </w:r>
          </w:p>
        </w:tc>
        <w:tc>
          <w:tcPr>
            <w:tcW w:w="7171" w:type="dxa"/>
          </w:tcPr>
          <w:p w14:paraId="7A890D1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value that is acted upon usually by a function. </w:t>
            </w:r>
          </w:p>
        </w:tc>
      </w:tr>
      <w:tr w:rsidR="007E21A4" w:rsidRPr="00505B42" w14:paraId="2C89EF4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7B23454" w14:textId="77777777" w:rsidR="007E21A4" w:rsidRPr="00505B42" w:rsidRDefault="00000000" w:rsidP="000C5BCD">
            <w:pPr>
              <w:spacing w:line="276" w:lineRule="auto"/>
              <w:rPr>
                <w:rFonts w:cs="Noto Sans"/>
              </w:rPr>
            </w:pPr>
            <w:r w:rsidRPr="00505B42">
              <w:rPr>
                <w:rFonts w:cs="Noto Sans"/>
              </w:rPr>
              <w:t>Cantidad independiente</w:t>
            </w:r>
          </w:p>
        </w:tc>
        <w:tc>
          <w:tcPr>
            <w:tcW w:w="7171" w:type="dxa"/>
          </w:tcPr>
          <w:p w14:paraId="2A8E34BD"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valor que es afectado usualmente por una función.</w:t>
            </w:r>
          </w:p>
        </w:tc>
      </w:tr>
    </w:tbl>
    <w:p w14:paraId="42AE697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46"/>
        <w:gridCol w:w="6710"/>
      </w:tblGrid>
      <w:tr w:rsidR="007E21A4" w:rsidRPr="00505B42" w14:paraId="615A96B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810C3D0" w14:textId="77777777" w:rsidR="007E21A4" w:rsidRPr="00505B42" w:rsidRDefault="00000000" w:rsidP="000C5BCD">
            <w:pPr>
              <w:keepNext/>
              <w:spacing w:line="276" w:lineRule="auto"/>
              <w:rPr>
                <w:rFonts w:cs="Noto Sans"/>
              </w:rPr>
            </w:pPr>
            <w:r w:rsidRPr="00505B42">
              <w:rPr>
                <w:rFonts w:cs="Noto Sans"/>
              </w:rPr>
              <w:t>Independent variable</w:t>
            </w:r>
          </w:p>
        </w:tc>
        <w:tc>
          <w:tcPr>
            <w:tcW w:w="7171" w:type="dxa"/>
          </w:tcPr>
          <w:p w14:paraId="7634C446"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This value represents the input of a function.</w:t>
            </w:r>
          </w:p>
        </w:tc>
      </w:tr>
      <w:tr w:rsidR="007E21A4" w:rsidRPr="00505B42" w14:paraId="783ACAF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B5573F3" w14:textId="77777777" w:rsidR="007E21A4" w:rsidRPr="00505B42" w:rsidRDefault="00000000" w:rsidP="000C5BCD">
            <w:pPr>
              <w:keepNext/>
              <w:spacing w:line="276" w:lineRule="auto"/>
              <w:rPr>
                <w:rFonts w:cs="Noto Sans"/>
              </w:rPr>
            </w:pPr>
            <w:r w:rsidRPr="00505B42">
              <w:rPr>
                <w:rFonts w:cs="Noto Sans"/>
              </w:rPr>
              <w:t>Variable independiente</w:t>
            </w:r>
          </w:p>
        </w:tc>
        <w:tc>
          <w:tcPr>
            <w:tcW w:w="7171" w:type="dxa"/>
          </w:tcPr>
          <w:p w14:paraId="484E2052"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Este valor representa la entrada de una función.</w:t>
            </w:r>
          </w:p>
        </w:tc>
      </w:tr>
    </w:tbl>
    <w:p w14:paraId="02897C7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83"/>
        <w:gridCol w:w="6773"/>
      </w:tblGrid>
      <w:tr w:rsidR="007E21A4" w:rsidRPr="00505B42" w14:paraId="5336553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798C91" w14:textId="77777777" w:rsidR="007E21A4" w:rsidRPr="00505B42" w:rsidRDefault="00000000" w:rsidP="000C5BCD">
            <w:pPr>
              <w:spacing w:line="276" w:lineRule="auto"/>
              <w:rPr>
                <w:rFonts w:cs="Noto Sans"/>
              </w:rPr>
            </w:pPr>
            <w:r w:rsidRPr="00505B42">
              <w:rPr>
                <w:rFonts w:cs="Noto Sans"/>
              </w:rPr>
              <w:t>Index</w:t>
            </w:r>
          </w:p>
        </w:tc>
        <w:tc>
          <w:tcPr>
            <w:tcW w:w="7171" w:type="dxa"/>
          </w:tcPr>
          <w:p w14:paraId="2512899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number outside the root of a radical indicating the root. In a radical such as </w:t>
            </w:r>
            <m:oMath>
              <m:rad>
                <m:radPr>
                  <m:ctrlPr>
                    <w:rPr>
                      <w:rFonts w:ascii="Cambria Math" w:hAnsi="Cambria Math" w:cs="Noto Sans"/>
                      <w:i/>
                    </w:rPr>
                  </m:ctrlPr>
                </m:radPr>
                <m:deg>
                  <m:r>
                    <w:rPr>
                      <w:rFonts w:ascii="Cambria Math" w:hAnsi="Cambria Math" w:cs="Noto Sans"/>
                    </w:rPr>
                    <m:t>n</m:t>
                  </m:r>
                </m:deg>
                <m:e>
                  <m:r>
                    <w:rPr>
                      <w:rFonts w:ascii="Cambria Math" w:hAnsi="Cambria Math" w:cs="Noto Sans"/>
                    </w:rPr>
                    <m:t>x</m:t>
                  </m:r>
                </m:e>
              </m:rad>
            </m:oMath>
            <w:r w:rsidRPr="00505B42">
              <w:rPr>
                <w:rFonts w:cs="Noto Sans"/>
              </w:rPr>
              <w:t xml:space="preserve">, this value is represented by the </w:t>
            </w:r>
            <m:oMath>
              <m:r>
                <w:rPr>
                  <w:rFonts w:ascii="Cambria Math" w:hAnsi="Cambria Math" w:cs="Noto Sans"/>
                </w:rPr>
                <m:t>n</m:t>
              </m:r>
            </m:oMath>
            <w:r w:rsidRPr="00505B42">
              <w:rPr>
                <w:rFonts w:cs="Noto Sans"/>
              </w:rPr>
              <w:t>.</w:t>
            </w:r>
          </w:p>
        </w:tc>
      </w:tr>
      <w:tr w:rsidR="007E21A4" w:rsidRPr="00505B42" w14:paraId="1FD8F92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708250" w14:textId="77777777" w:rsidR="007E21A4" w:rsidRPr="00505B42" w:rsidRDefault="00000000" w:rsidP="000C5BCD">
            <w:pPr>
              <w:spacing w:line="276" w:lineRule="auto"/>
              <w:rPr>
                <w:rFonts w:cs="Noto Sans"/>
              </w:rPr>
            </w:pPr>
            <w:r w:rsidRPr="00505B42">
              <w:rPr>
                <w:rFonts w:cs="Noto Sans"/>
              </w:rPr>
              <w:t>Índice</w:t>
            </w:r>
          </w:p>
        </w:tc>
        <w:tc>
          <w:tcPr>
            <w:tcW w:w="7171" w:type="dxa"/>
          </w:tcPr>
          <w:p w14:paraId="054414A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número fuera de la raíz de un radical que indica la raíz. En un radical como </w:t>
            </w:r>
            <m:oMath>
              <m:rad>
                <m:radPr>
                  <m:ctrlPr>
                    <w:rPr>
                      <w:rFonts w:ascii="Cambria Math" w:hAnsi="Cambria Math" w:cs="Noto Sans"/>
                      <w:i/>
                    </w:rPr>
                  </m:ctrlPr>
                </m:radPr>
                <m:deg>
                  <m:r>
                    <w:rPr>
                      <w:rFonts w:ascii="Cambria Math" w:hAnsi="Cambria Math" w:cs="Noto Sans"/>
                    </w:rPr>
                    <m:t>n</m:t>
                  </m:r>
                </m:deg>
                <m:e>
                  <m:r>
                    <w:rPr>
                      <w:rFonts w:ascii="Cambria Math" w:hAnsi="Cambria Math" w:cs="Noto Sans"/>
                    </w:rPr>
                    <m:t>x</m:t>
                  </m:r>
                </m:e>
              </m:rad>
            </m:oMath>
            <w:r w:rsidRPr="00505B42">
              <w:rPr>
                <w:rFonts w:cs="Noto Sans"/>
              </w:rPr>
              <w:t xml:space="preserve">, este valor está representado por </w:t>
            </w:r>
            <m:oMath>
              <m:r>
                <w:rPr>
                  <w:rFonts w:ascii="Cambria Math" w:hAnsi="Cambria Math" w:cs="Noto Sans"/>
                </w:rPr>
                <m:t>n</m:t>
              </m:r>
            </m:oMath>
            <w:r w:rsidRPr="00505B42">
              <w:rPr>
                <w:rFonts w:cs="Noto Sans"/>
              </w:rPr>
              <w:t>.</w:t>
            </w:r>
          </w:p>
        </w:tc>
      </w:tr>
    </w:tbl>
    <w:p w14:paraId="61DA0BC7"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01C4503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502B241" w14:textId="77777777" w:rsidR="007E21A4" w:rsidRPr="00505B42" w:rsidRDefault="00000000" w:rsidP="000C5BCD">
            <w:pPr>
              <w:spacing w:line="276" w:lineRule="auto"/>
              <w:rPr>
                <w:rFonts w:cs="Noto Sans"/>
              </w:rPr>
            </w:pPr>
            <w:r w:rsidRPr="00505B42">
              <w:rPr>
                <w:rFonts w:cs="Noto Sans"/>
              </w:rPr>
              <w:t>Inequality</w:t>
            </w:r>
          </w:p>
        </w:tc>
        <w:tc>
          <w:tcPr>
            <w:tcW w:w="7171" w:type="dxa"/>
          </w:tcPr>
          <w:p w14:paraId="537D1CB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mathematical sentence that contains &lt;, &gt;, </w:t>
            </w:r>
            <w:r w:rsidRPr="00505B42">
              <w:rPr>
                <w:rFonts w:ascii="Cambria Math" w:hAnsi="Cambria Math" w:cs="Cambria Math"/>
              </w:rPr>
              <w:t>≥</w:t>
            </w:r>
            <w:r w:rsidRPr="00505B42">
              <w:rPr>
                <w:rFonts w:cs="Noto Sans"/>
              </w:rPr>
              <w:t xml:space="preserve">, </w:t>
            </w:r>
            <w:r w:rsidRPr="00505B42">
              <w:rPr>
                <w:rFonts w:ascii="Cambria Math" w:hAnsi="Cambria Math" w:cs="Cambria Math"/>
              </w:rPr>
              <w:t>≤</w:t>
            </w:r>
            <w:r w:rsidRPr="00505B42">
              <w:rPr>
                <w:rFonts w:cs="Noto Sans"/>
              </w:rPr>
              <w:t xml:space="preserve">, or </w:t>
            </w:r>
            <w:r w:rsidRPr="00505B42">
              <w:rPr>
                <w:rFonts w:ascii="Cambria Math" w:hAnsi="Cambria Math" w:cs="Cambria Math"/>
              </w:rPr>
              <w:t>≠</w:t>
            </w:r>
            <w:r w:rsidRPr="00505B42">
              <w:rPr>
                <w:rFonts w:cs="Noto Sans"/>
              </w:rPr>
              <w:t xml:space="preserve"> in order to compare two quantities.</w:t>
            </w:r>
          </w:p>
        </w:tc>
      </w:tr>
      <w:tr w:rsidR="007E21A4" w:rsidRPr="00505B42" w14:paraId="4790469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344E686" w14:textId="77777777" w:rsidR="007E21A4" w:rsidRPr="00505B42" w:rsidRDefault="00000000" w:rsidP="000C5BCD">
            <w:pPr>
              <w:spacing w:line="276" w:lineRule="auto"/>
              <w:rPr>
                <w:rFonts w:cs="Noto Sans"/>
              </w:rPr>
            </w:pPr>
            <w:r w:rsidRPr="00505B42">
              <w:rPr>
                <w:rFonts w:cs="Noto Sans"/>
              </w:rPr>
              <w:t>Desigualdad</w:t>
            </w:r>
          </w:p>
        </w:tc>
        <w:tc>
          <w:tcPr>
            <w:tcW w:w="7171" w:type="dxa"/>
          </w:tcPr>
          <w:p w14:paraId="654C9F8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expresión matemática que se forma al colocar dos o más números o expresiones en cualquier lado de las siguientes señales: &lt;, &gt;, </w:t>
            </w:r>
            <w:r w:rsidRPr="00505B42">
              <w:rPr>
                <w:rFonts w:ascii="Cambria Math" w:hAnsi="Cambria Math" w:cs="Cambria Math"/>
              </w:rPr>
              <w:t>≥</w:t>
            </w:r>
            <w:r w:rsidRPr="00505B42">
              <w:rPr>
                <w:rFonts w:cs="Noto Sans"/>
              </w:rPr>
              <w:t xml:space="preserve">, </w:t>
            </w:r>
            <w:r w:rsidRPr="00505B42">
              <w:rPr>
                <w:rFonts w:ascii="Cambria Math" w:hAnsi="Cambria Math" w:cs="Cambria Math"/>
              </w:rPr>
              <w:t>≤</w:t>
            </w:r>
            <w:r w:rsidRPr="00505B42">
              <w:rPr>
                <w:rFonts w:cs="Noto Sans"/>
              </w:rPr>
              <w:t xml:space="preserve">, </w:t>
            </w:r>
            <w:r w:rsidRPr="00505B42">
              <w:rPr>
                <w:rFonts w:ascii="Cambria Math" w:hAnsi="Cambria Math" w:cs="Cambria Math"/>
              </w:rPr>
              <w:t>≠</w:t>
            </w:r>
            <w:r w:rsidRPr="00505B42">
              <w:rPr>
                <w:rFonts w:cs="Noto Sans"/>
              </w:rPr>
              <w:t xml:space="preserve"> para comparar dos cantidades.</w:t>
            </w:r>
          </w:p>
        </w:tc>
      </w:tr>
    </w:tbl>
    <w:p w14:paraId="04F1258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1"/>
        <w:gridCol w:w="6745"/>
      </w:tblGrid>
      <w:tr w:rsidR="007E21A4" w:rsidRPr="00505B42" w14:paraId="3D713BB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239DD53" w14:textId="77777777" w:rsidR="007E21A4" w:rsidRPr="00505B42" w:rsidRDefault="00000000" w:rsidP="000C5BCD">
            <w:pPr>
              <w:spacing w:line="276" w:lineRule="auto"/>
              <w:rPr>
                <w:rFonts w:cs="Noto Sans"/>
              </w:rPr>
            </w:pPr>
            <w:r w:rsidRPr="00505B42">
              <w:rPr>
                <w:rFonts w:cs="Noto Sans"/>
              </w:rPr>
              <w:t>Initial velocity</w:t>
            </w:r>
          </w:p>
        </w:tc>
        <w:tc>
          <w:tcPr>
            <w:tcW w:w="7171" w:type="dxa"/>
          </w:tcPr>
          <w:p w14:paraId="70EC89D9"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velocity of an object at the time interval </w:t>
            </w:r>
            <m:oMath>
              <m:r>
                <w:rPr>
                  <w:rFonts w:ascii="Cambria Math" w:hAnsi="Cambria Math" w:cs="Noto Sans"/>
                </w:rPr>
                <m:t>t = 0</m:t>
              </m:r>
            </m:oMath>
            <w:r w:rsidRPr="00505B42">
              <w:rPr>
                <w:rFonts w:cs="Noto Sans"/>
              </w:rPr>
              <w:t>.</w:t>
            </w:r>
          </w:p>
        </w:tc>
      </w:tr>
      <w:tr w:rsidR="007E21A4" w:rsidRPr="00505B42" w14:paraId="06B5DF0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0D05A5" w14:textId="77777777" w:rsidR="007E21A4" w:rsidRPr="00505B42" w:rsidRDefault="00000000" w:rsidP="000C5BCD">
            <w:pPr>
              <w:spacing w:line="276" w:lineRule="auto"/>
              <w:rPr>
                <w:rFonts w:cs="Noto Sans"/>
              </w:rPr>
            </w:pPr>
            <w:r w:rsidRPr="00505B42">
              <w:rPr>
                <w:rFonts w:cs="Noto Sans"/>
              </w:rPr>
              <w:t>Velocidad inicial</w:t>
            </w:r>
          </w:p>
        </w:tc>
        <w:tc>
          <w:tcPr>
            <w:tcW w:w="7171" w:type="dxa"/>
          </w:tcPr>
          <w:p w14:paraId="5A9E51D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La velocidad de un objeto en el intervalo de tiempo </w:t>
            </w:r>
            <m:oMath>
              <m:r>
                <w:rPr>
                  <w:rFonts w:ascii="Cambria Math" w:hAnsi="Cambria Math" w:cs="Noto Sans"/>
                </w:rPr>
                <m:t>t = 0</m:t>
              </m:r>
            </m:oMath>
            <w:r w:rsidRPr="00505B42">
              <w:rPr>
                <w:rFonts w:cs="Noto Sans"/>
              </w:rPr>
              <w:t>.</w:t>
            </w:r>
          </w:p>
        </w:tc>
      </w:tr>
    </w:tbl>
    <w:p w14:paraId="0A3AAF92" w14:textId="77777777" w:rsidR="007E21A4" w:rsidRPr="00505B42" w:rsidRDefault="00C7712B" w:rsidP="008E472A">
      <w:pPr>
        <w:jc w:val="center"/>
        <w:rPr>
          <w:rFonts w:ascii="Noto Sans" w:hAnsi="Noto Sans" w:cs="Noto Sans"/>
        </w:rPr>
      </w:pPr>
      <w:r>
        <w:rPr>
          <w:rFonts w:ascii="Noto Sans" w:hAnsi="Noto Sans" w:cs="Noto Sans"/>
          <w:noProof/>
        </w:rPr>
        <w:drawing>
          <wp:inline distT="0" distB="0" distL="0" distR="0" wp14:anchorId="2697A90F" wp14:editId="7E711620">
            <wp:extent cx="2478193" cy="1488350"/>
            <wp:effectExtent l="0" t="0" r="0" b="0"/>
            <wp:docPr id="1053228062" name="Picture 13" descr="A diagram showing a bouncing object following a parabolic path above the standard form of a quadratic equation: y equals ax squared plus bx plus c. (Un diagrama que muestra un objeto rebotando y siguiendo una trayectoria parabólica por encima de la forma estándar de una ecuación cuadrática: y es igual a ax al cuadrado más bx má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28062" name="Picture 13" descr="A diagram showing a bouncing object following a parabolic path above the standard form of a quadratic equation: y equals ax squared plus bx plus c. (Un diagrama que muestra un objeto rebotando y siguiendo una trayectoria parabólica por encima de la forma estándar de una ecuación cuadrática: y es igual a ax al cuadrado más bx más c.)"/>
                    <pic:cNvPicPr/>
                  </pic:nvPicPr>
                  <pic:blipFill>
                    <a:blip r:embed="rId17"/>
                    <a:stretch>
                      <a:fillRect/>
                    </a:stretch>
                  </pic:blipFill>
                  <pic:spPr>
                    <a:xfrm>
                      <a:off x="0" y="0"/>
                      <a:ext cx="2514739" cy="1510299"/>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096"/>
        <w:gridCol w:w="6760"/>
      </w:tblGrid>
      <w:tr w:rsidR="007E21A4" w:rsidRPr="00505B42" w14:paraId="4EE202D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86E3036" w14:textId="77777777" w:rsidR="007E21A4" w:rsidRPr="00505B42" w:rsidRDefault="00000000" w:rsidP="000C5BCD">
            <w:pPr>
              <w:spacing w:line="276" w:lineRule="auto"/>
              <w:rPr>
                <w:rFonts w:cs="Noto Sans"/>
              </w:rPr>
            </w:pPr>
            <w:r w:rsidRPr="00505B42">
              <w:rPr>
                <w:rFonts w:cs="Noto Sans"/>
              </w:rPr>
              <w:t>Input</w:t>
            </w:r>
          </w:p>
        </w:tc>
        <w:tc>
          <w:tcPr>
            <w:tcW w:w="7171" w:type="dxa"/>
          </w:tcPr>
          <w:p w14:paraId="063C35A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value that is substituted into a function.</w:t>
            </w:r>
          </w:p>
        </w:tc>
      </w:tr>
      <w:tr w:rsidR="007E21A4" w:rsidRPr="00505B42" w14:paraId="3E69CB5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F9378B3" w14:textId="77777777" w:rsidR="007E21A4" w:rsidRPr="00505B42" w:rsidRDefault="00000000" w:rsidP="000C5BCD">
            <w:pPr>
              <w:spacing w:line="276" w:lineRule="auto"/>
              <w:rPr>
                <w:rFonts w:cs="Noto Sans"/>
              </w:rPr>
            </w:pPr>
            <w:r w:rsidRPr="00505B42">
              <w:rPr>
                <w:rFonts w:cs="Noto Sans"/>
              </w:rPr>
              <w:t>Entrada</w:t>
            </w:r>
          </w:p>
        </w:tc>
        <w:tc>
          <w:tcPr>
            <w:tcW w:w="7171" w:type="dxa"/>
          </w:tcPr>
          <w:p w14:paraId="678A444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valor que se sustituye en una función.</w:t>
            </w:r>
          </w:p>
        </w:tc>
      </w:tr>
    </w:tbl>
    <w:p w14:paraId="7BAB360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0"/>
        <w:gridCol w:w="6756"/>
      </w:tblGrid>
      <w:tr w:rsidR="007E21A4" w:rsidRPr="00505B42" w14:paraId="2CA2A75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458250" w14:textId="77777777" w:rsidR="007E21A4" w:rsidRPr="00505B42" w:rsidRDefault="00000000" w:rsidP="000C5BCD">
            <w:pPr>
              <w:spacing w:line="276" w:lineRule="auto"/>
              <w:rPr>
                <w:rFonts w:cs="Noto Sans"/>
              </w:rPr>
            </w:pPr>
            <w:r w:rsidRPr="00505B42">
              <w:rPr>
                <w:rFonts w:cs="Noto Sans"/>
              </w:rPr>
              <w:t>Integer</w:t>
            </w:r>
          </w:p>
        </w:tc>
        <w:tc>
          <w:tcPr>
            <w:tcW w:w="7171" w:type="dxa"/>
          </w:tcPr>
          <w:p w14:paraId="6FA51EF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Set of numbers that includes natural numbers, their opposites, and zero. { ..., -3, -2, -1, 0, 1, 2, 3, ...}</w:t>
            </w:r>
          </w:p>
        </w:tc>
      </w:tr>
      <w:tr w:rsidR="007E21A4" w:rsidRPr="00505B42" w14:paraId="37F4EFC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6FB00A2" w14:textId="77777777" w:rsidR="007E21A4" w:rsidRPr="00505B42" w:rsidRDefault="00000000" w:rsidP="000C5BCD">
            <w:pPr>
              <w:spacing w:line="276" w:lineRule="auto"/>
              <w:rPr>
                <w:rFonts w:cs="Noto Sans"/>
              </w:rPr>
            </w:pPr>
            <w:r w:rsidRPr="00505B42">
              <w:rPr>
                <w:rFonts w:cs="Noto Sans"/>
              </w:rPr>
              <w:t>Número entero</w:t>
            </w:r>
          </w:p>
        </w:tc>
        <w:tc>
          <w:tcPr>
            <w:tcW w:w="7171" w:type="dxa"/>
          </w:tcPr>
          <w:p w14:paraId="165437F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Conjunto de números que incluye números naturales, sus opuestos y el cero. { ..., -3, -2, -1, 0, 1, 2, 3, ...}</w:t>
            </w:r>
          </w:p>
        </w:tc>
      </w:tr>
    </w:tbl>
    <w:p w14:paraId="4A9E88D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6EC97CC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EF4961E" w14:textId="77777777" w:rsidR="007E21A4" w:rsidRPr="00505B42" w:rsidRDefault="00000000" w:rsidP="008E472A">
            <w:pPr>
              <w:keepNext/>
              <w:spacing w:line="276" w:lineRule="auto"/>
              <w:rPr>
                <w:rFonts w:cs="Noto Sans"/>
              </w:rPr>
            </w:pPr>
            <w:r w:rsidRPr="00505B42">
              <w:rPr>
                <w:rFonts w:cs="Noto Sans"/>
              </w:rPr>
              <w:lastRenderedPageBreak/>
              <w:t>Intercept</w:t>
            </w:r>
          </w:p>
        </w:tc>
        <w:tc>
          <w:tcPr>
            <w:tcW w:w="7171" w:type="dxa"/>
          </w:tcPr>
          <w:p w14:paraId="482FD9F6"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point where the graph of a function crosses the x-axis or the </w:t>
            </w:r>
            <m:oMath>
              <m:r>
                <w:rPr>
                  <w:rFonts w:ascii="Cambria Math" w:hAnsi="Cambria Math" w:cs="Noto Sans"/>
                </w:rPr>
                <m:t>y</m:t>
              </m:r>
            </m:oMath>
            <w:r w:rsidRPr="00505B42">
              <w:rPr>
                <w:rFonts w:cs="Noto Sans"/>
              </w:rPr>
              <w:t>-axis</w:t>
            </w:r>
          </w:p>
        </w:tc>
      </w:tr>
      <w:tr w:rsidR="007E21A4" w:rsidRPr="00505B42" w14:paraId="59ECD6D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C47991" w14:textId="77777777" w:rsidR="007E21A4" w:rsidRPr="00505B42" w:rsidRDefault="00000000" w:rsidP="008E472A">
            <w:pPr>
              <w:keepNext/>
              <w:spacing w:line="276" w:lineRule="auto"/>
              <w:rPr>
                <w:rFonts w:cs="Noto Sans"/>
              </w:rPr>
            </w:pPr>
            <w:r w:rsidRPr="00505B42">
              <w:rPr>
                <w:rFonts w:cs="Noto Sans"/>
              </w:rPr>
              <w:t>Intersección</w:t>
            </w:r>
          </w:p>
        </w:tc>
        <w:tc>
          <w:tcPr>
            <w:tcW w:w="7171" w:type="dxa"/>
          </w:tcPr>
          <w:p w14:paraId="06788E04"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punto donde la gráfica de una función cruza el eje x o el eje </w:t>
            </w:r>
            <m:oMath>
              <m:r>
                <w:rPr>
                  <w:rFonts w:ascii="Cambria Math" w:hAnsi="Cambria Math" w:cs="Noto Sans"/>
                </w:rPr>
                <m:t>y</m:t>
              </m:r>
            </m:oMath>
            <w:r w:rsidRPr="00505B42">
              <w:rPr>
                <w:rFonts w:cs="Noto Sans"/>
              </w:rPr>
              <w:t>.</w:t>
            </w:r>
          </w:p>
        </w:tc>
      </w:tr>
    </w:tbl>
    <w:p w14:paraId="6DFBCAF4" w14:textId="77777777" w:rsidR="007E21A4" w:rsidRPr="00505B42" w:rsidRDefault="008E472A" w:rsidP="008E472A">
      <w:pPr>
        <w:jc w:val="center"/>
        <w:rPr>
          <w:rFonts w:ascii="Noto Sans" w:hAnsi="Noto Sans" w:cs="Noto Sans"/>
        </w:rPr>
      </w:pPr>
      <w:r>
        <w:rPr>
          <w:rFonts w:ascii="Noto Sans" w:hAnsi="Noto Sans" w:cs="Noto Sans"/>
          <w:noProof/>
        </w:rPr>
        <w:drawing>
          <wp:inline distT="0" distB="0" distL="0" distR="0" wp14:anchorId="038B2EF7" wp14:editId="3370FAA6">
            <wp:extent cx="2880810" cy="2133600"/>
            <wp:effectExtent l="0" t="0" r="2540" b="0"/>
            <wp:docPr id="368407634" name="Picture 1" descr="A graph of a function y(x) that crosses the x-axis in three locations, which are highlighted by pink circles.&#10;Un gráfico de una función y(x) que cruza el eje x en tres ubicaciones, las cuales están resaltadas con círculos ro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07634" name="Picture 1" descr="A graph of a function y(x) that crosses the x-axis in three locations, which are highlighted by pink circles.&#10;Un gráfico de una función y(x) que cruza el eje x en tres ubicaciones, las cuales están resaltadas con círculos rosados."/>
                    <pic:cNvPicPr/>
                  </pic:nvPicPr>
                  <pic:blipFill>
                    <a:blip r:embed="rId18"/>
                    <a:stretch>
                      <a:fillRect/>
                    </a:stretch>
                  </pic:blipFill>
                  <pic:spPr>
                    <a:xfrm>
                      <a:off x="0" y="0"/>
                      <a:ext cx="2919397" cy="2162179"/>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22"/>
        <w:gridCol w:w="6734"/>
      </w:tblGrid>
      <w:tr w:rsidR="007E21A4" w:rsidRPr="00505B42" w14:paraId="539FE2A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A5D757" w14:textId="77777777" w:rsidR="007E21A4" w:rsidRPr="00505B42" w:rsidRDefault="00000000" w:rsidP="000C5BCD">
            <w:pPr>
              <w:spacing w:line="276" w:lineRule="auto"/>
              <w:rPr>
                <w:rFonts w:cs="Noto Sans"/>
              </w:rPr>
            </w:pPr>
            <w:r w:rsidRPr="00505B42">
              <w:rPr>
                <w:rFonts w:cs="Noto Sans"/>
              </w:rPr>
              <w:t>Interpolate</w:t>
            </w:r>
          </w:p>
        </w:tc>
        <w:tc>
          <w:tcPr>
            <w:tcW w:w="7171" w:type="dxa"/>
          </w:tcPr>
          <w:p w14:paraId="4843299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Estimating a value within the domain and/or range of a data set.</w:t>
            </w:r>
          </w:p>
        </w:tc>
      </w:tr>
      <w:tr w:rsidR="007E21A4" w:rsidRPr="00505B42" w14:paraId="37D6CC8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7C79F46" w14:textId="77777777" w:rsidR="007E21A4" w:rsidRPr="00505B42" w:rsidRDefault="00000000" w:rsidP="000C5BCD">
            <w:pPr>
              <w:spacing w:line="276" w:lineRule="auto"/>
              <w:rPr>
                <w:rFonts w:cs="Noto Sans"/>
              </w:rPr>
            </w:pPr>
            <w:r w:rsidRPr="00505B42">
              <w:rPr>
                <w:rFonts w:cs="Noto Sans"/>
              </w:rPr>
              <w:t>Interpolar</w:t>
            </w:r>
          </w:p>
        </w:tc>
        <w:tc>
          <w:tcPr>
            <w:tcW w:w="7171" w:type="dxa"/>
          </w:tcPr>
          <w:p w14:paraId="0036228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Estimar un valor dentro del dominio y/o rango de un conjunto de datos.</w:t>
            </w:r>
          </w:p>
        </w:tc>
      </w:tr>
    </w:tbl>
    <w:p w14:paraId="46709E0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7B631D9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96B2BA3" w14:textId="77777777" w:rsidR="007E21A4" w:rsidRPr="00505B42" w:rsidRDefault="00000000" w:rsidP="000C5BCD">
            <w:pPr>
              <w:spacing w:line="276" w:lineRule="auto"/>
              <w:rPr>
                <w:rFonts w:cs="Noto Sans"/>
              </w:rPr>
            </w:pPr>
            <w:r w:rsidRPr="00505B42">
              <w:rPr>
                <w:rFonts w:cs="Noto Sans"/>
              </w:rPr>
              <w:t>Intersection</w:t>
            </w:r>
          </w:p>
        </w:tc>
        <w:tc>
          <w:tcPr>
            <w:tcW w:w="7171" w:type="dxa"/>
          </w:tcPr>
          <w:p w14:paraId="4F75F5C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common point on intersecting lines.</w:t>
            </w:r>
          </w:p>
        </w:tc>
      </w:tr>
      <w:tr w:rsidR="007E21A4" w:rsidRPr="00505B42" w14:paraId="77D84D7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47360E8" w14:textId="77777777" w:rsidR="007E21A4" w:rsidRPr="00505B42" w:rsidRDefault="00000000" w:rsidP="000C5BCD">
            <w:pPr>
              <w:spacing w:line="276" w:lineRule="auto"/>
              <w:rPr>
                <w:rFonts w:cs="Noto Sans"/>
              </w:rPr>
            </w:pPr>
            <w:r w:rsidRPr="00505B42">
              <w:rPr>
                <w:rFonts w:cs="Noto Sans"/>
              </w:rPr>
              <w:t>Intersección</w:t>
            </w:r>
          </w:p>
        </w:tc>
        <w:tc>
          <w:tcPr>
            <w:tcW w:w="7171" w:type="dxa"/>
          </w:tcPr>
          <w:p w14:paraId="7959748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punto en común cuando en líneas intersecantes.</w:t>
            </w:r>
          </w:p>
        </w:tc>
      </w:tr>
    </w:tbl>
    <w:p w14:paraId="4021843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410B7192"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0D9D053" w14:textId="77777777" w:rsidR="007E21A4" w:rsidRPr="00505B42" w:rsidRDefault="00000000" w:rsidP="008E472A">
            <w:pPr>
              <w:keepNext/>
              <w:spacing w:line="276" w:lineRule="auto"/>
              <w:rPr>
                <w:rFonts w:cs="Noto Sans"/>
              </w:rPr>
            </w:pPr>
            <w:r w:rsidRPr="00505B42">
              <w:rPr>
                <w:rFonts w:cs="Noto Sans"/>
              </w:rPr>
              <w:lastRenderedPageBreak/>
              <w:t>Interval notation</w:t>
            </w:r>
          </w:p>
        </w:tc>
        <w:tc>
          <w:tcPr>
            <w:tcW w:w="7171" w:type="dxa"/>
          </w:tcPr>
          <w:p w14:paraId="1F19EFA6"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Notation using brackets or parenthes</w:t>
            </w:r>
            <w:r w:rsidR="0071471C">
              <w:rPr>
                <w:rFonts w:cs="Noto Sans"/>
              </w:rPr>
              <w:t>e</w:t>
            </w:r>
            <w:r w:rsidRPr="00505B42">
              <w:rPr>
                <w:rFonts w:cs="Noto Sans"/>
              </w:rPr>
              <w:t>s to represent a solution interval.</w:t>
            </w:r>
          </w:p>
        </w:tc>
      </w:tr>
      <w:tr w:rsidR="007E21A4" w:rsidRPr="00505B42" w14:paraId="75779AC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10C5B4" w14:textId="77777777" w:rsidR="007E21A4" w:rsidRPr="00505B42" w:rsidRDefault="00000000" w:rsidP="008E472A">
            <w:pPr>
              <w:keepNext/>
              <w:spacing w:line="276" w:lineRule="auto"/>
              <w:rPr>
                <w:rFonts w:cs="Noto Sans"/>
              </w:rPr>
            </w:pPr>
            <w:r w:rsidRPr="00505B42">
              <w:rPr>
                <w:rFonts w:cs="Noto Sans"/>
              </w:rPr>
              <w:t>Notación de intervalo</w:t>
            </w:r>
          </w:p>
        </w:tc>
        <w:tc>
          <w:tcPr>
            <w:tcW w:w="7171" w:type="dxa"/>
          </w:tcPr>
          <w:p w14:paraId="717D7828" w14:textId="77777777" w:rsidR="007E21A4" w:rsidRPr="00505B42" w:rsidRDefault="0071471C"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Pr>
                <w:rStyle w:val="rynqvb"/>
                <w:lang w:val="es-ES"/>
              </w:rPr>
              <w:t>Notación que utiliza corchetes o paréntesis para representar un intervalo de solución.</w:t>
            </w:r>
          </w:p>
        </w:tc>
      </w:tr>
    </w:tbl>
    <w:p w14:paraId="0879B510" w14:textId="77777777" w:rsidR="007E21A4" w:rsidRPr="00505B42" w:rsidRDefault="00C7712B" w:rsidP="008E472A">
      <w:pPr>
        <w:keepNext/>
        <w:jc w:val="center"/>
        <w:rPr>
          <w:rFonts w:ascii="Noto Sans" w:hAnsi="Noto Sans" w:cs="Noto Sans"/>
        </w:rPr>
      </w:pPr>
      <w:r>
        <w:rPr>
          <w:rFonts w:ascii="Noto Sans" w:hAnsi="Noto Sans" w:cs="Noto Sans"/>
          <w:noProof/>
        </w:rPr>
        <w:drawing>
          <wp:inline distT="0" distB="0" distL="0" distR="0" wp14:anchorId="35947E12" wp14:editId="196EE8EF">
            <wp:extent cx="3038224" cy="2192866"/>
            <wp:effectExtent l="0" t="0" r="0" b="4445"/>
            <wp:docPr id="2018389991" name="Picture 14" descr="A table illustrating mathematical interval notation, correlating parentheses and brackets with inequality symbols (less than, less than or equal to).&#10;Una tabla que ilustra la notación de intervalos matemáticos, correlacionando paréntesis y corchetes con símbolos de desigualdad (menor que, menor o igual 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89991" name="Picture 14" descr="A table illustrating mathematical interval notation, correlating parentheses and brackets with inequality symbols (less than, less than or equal to).&#10;Una tabla que ilustra la notación de intervalos matemáticos, correlacionando paréntesis y corchetes con símbolos de desigualdad (menor que, menor o igual que)."/>
                    <pic:cNvPicPr/>
                  </pic:nvPicPr>
                  <pic:blipFill>
                    <a:blip r:embed="rId19"/>
                    <a:stretch>
                      <a:fillRect/>
                    </a:stretch>
                  </pic:blipFill>
                  <pic:spPr>
                    <a:xfrm>
                      <a:off x="0" y="0"/>
                      <a:ext cx="3053867" cy="2204156"/>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09"/>
        <w:gridCol w:w="6747"/>
      </w:tblGrid>
      <w:tr w:rsidR="007E21A4" w:rsidRPr="00505B42" w14:paraId="519C2A3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023E886" w14:textId="77777777" w:rsidR="007E21A4" w:rsidRPr="00505B42" w:rsidRDefault="00000000" w:rsidP="000C5BCD">
            <w:pPr>
              <w:spacing w:line="276" w:lineRule="auto"/>
              <w:rPr>
                <w:rFonts w:cs="Noto Sans"/>
              </w:rPr>
            </w:pPr>
            <w:r w:rsidRPr="00505B42">
              <w:rPr>
                <w:rFonts w:cs="Noto Sans"/>
              </w:rPr>
              <w:t>Irrational number</w:t>
            </w:r>
          </w:p>
        </w:tc>
        <w:tc>
          <w:tcPr>
            <w:tcW w:w="7171" w:type="dxa"/>
          </w:tcPr>
          <w:p w14:paraId="3C9C41F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number that cannot be expressed as a positive or negative fraction, or zero.</w:t>
            </w:r>
          </w:p>
        </w:tc>
      </w:tr>
      <w:tr w:rsidR="007E21A4" w:rsidRPr="00505B42" w14:paraId="770D0BC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F0BD592" w14:textId="77777777" w:rsidR="007E21A4" w:rsidRPr="00505B42" w:rsidRDefault="00000000" w:rsidP="000C5BCD">
            <w:pPr>
              <w:spacing w:line="276" w:lineRule="auto"/>
              <w:rPr>
                <w:rFonts w:cs="Noto Sans"/>
              </w:rPr>
            </w:pPr>
            <w:r w:rsidRPr="00505B42">
              <w:rPr>
                <w:rFonts w:cs="Noto Sans"/>
              </w:rPr>
              <w:t>Número irracional</w:t>
            </w:r>
          </w:p>
        </w:tc>
        <w:tc>
          <w:tcPr>
            <w:tcW w:w="7171" w:type="dxa"/>
          </w:tcPr>
          <w:p w14:paraId="340D233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número que no se puede expresar como fracción positiva o negativa, o cero.</w:t>
            </w:r>
          </w:p>
        </w:tc>
      </w:tr>
    </w:tbl>
    <w:p w14:paraId="4A8AF6B0"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5026ACC1" w14:textId="77777777" w:rsidR="007E21A4" w:rsidRPr="00505B42" w:rsidRDefault="00000000" w:rsidP="00F719CF">
      <w:pPr>
        <w:pStyle w:val="Heading2"/>
        <w:keepNext/>
      </w:pPr>
      <w:bookmarkStart w:id="8" w:name="_Toc162956990"/>
      <w:r w:rsidRPr="00505B42">
        <w:lastRenderedPageBreak/>
        <w:t>L</w:t>
      </w:r>
      <w:bookmarkEnd w:id="8"/>
    </w:p>
    <w:tbl>
      <w:tblPr>
        <w:tblStyle w:val="GlossaryTerm-Standard"/>
        <w:tblW w:w="0" w:type="auto"/>
        <w:tblLook w:val="0480" w:firstRow="0" w:lastRow="0" w:firstColumn="1" w:lastColumn="0" w:noHBand="0" w:noVBand="1"/>
      </w:tblPr>
      <w:tblGrid>
        <w:gridCol w:w="2123"/>
        <w:gridCol w:w="6733"/>
      </w:tblGrid>
      <w:tr w:rsidR="007E21A4" w:rsidRPr="00505B42" w14:paraId="15FE635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6BE5AC0" w14:textId="77777777" w:rsidR="007E21A4" w:rsidRPr="00505B42" w:rsidRDefault="00000000" w:rsidP="00F719CF">
            <w:pPr>
              <w:keepNext/>
              <w:spacing w:line="276" w:lineRule="auto"/>
              <w:rPr>
                <w:rFonts w:cs="Noto Sans"/>
              </w:rPr>
            </w:pPr>
            <w:r w:rsidRPr="00505B42">
              <w:rPr>
                <w:rFonts w:cs="Noto Sans"/>
              </w:rPr>
              <w:t>Like Terms</w:t>
            </w:r>
          </w:p>
        </w:tc>
        <w:tc>
          <w:tcPr>
            <w:tcW w:w="7171" w:type="dxa"/>
          </w:tcPr>
          <w:p w14:paraId="7FAC7481" w14:textId="77777777" w:rsidR="007E21A4" w:rsidRPr="00505B42" w:rsidRDefault="00000000" w:rsidP="00F719CF">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Terms that contain the same variables raised to the same power.</w:t>
            </w:r>
          </w:p>
        </w:tc>
      </w:tr>
      <w:tr w:rsidR="007E21A4" w:rsidRPr="00505B42" w14:paraId="5991700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B35B86D" w14:textId="77777777" w:rsidR="007E21A4" w:rsidRPr="00505B42" w:rsidRDefault="00000000" w:rsidP="00F719CF">
            <w:pPr>
              <w:keepNext/>
              <w:spacing w:line="276" w:lineRule="auto"/>
              <w:rPr>
                <w:rFonts w:cs="Noto Sans"/>
              </w:rPr>
            </w:pPr>
            <w:r w:rsidRPr="00505B42">
              <w:rPr>
                <w:rFonts w:cs="Noto Sans"/>
              </w:rPr>
              <w:t>Términos semejantes</w:t>
            </w:r>
          </w:p>
        </w:tc>
        <w:tc>
          <w:tcPr>
            <w:tcW w:w="7171" w:type="dxa"/>
          </w:tcPr>
          <w:p w14:paraId="36F113CD" w14:textId="77777777" w:rsidR="007E21A4" w:rsidRPr="00505B42" w:rsidRDefault="00000000" w:rsidP="00F719CF">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Términos que contienen las mismas variables elevadas a la misma potencia. </w:t>
            </w:r>
          </w:p>
        </w:tc>
      </w:tr>
    </w:tbl>
    <w:p w14:paraId="3B8353C5" w14:textId="77777777" w:rsidR="007E21A4" w:rsidRDefault="00C7712B" w:rsidP="008E472A">
      <w:pPr>
        <w:jc w:val="center"/>
        <w:rPr>
          <w:rFonts w:ascii="Noto Sans" w:hAnsi="Noto Sans" w:cs="Noto Sans"/>
        </w:rPr>
      </w:pPr>
      <w:r>
        <w:rPr>
          <w:rFonts w:ascii="Noto Sans" w:hAnsi="Noto Sans" w:cs="Noto Sans"/>
          <w:noProof/>
        </w:rPr>
        <w:drawing>
          <wp:inline distT="0" distB="0" distL="0" distR="0" wp14:anchorId="6F66101A" wp14:editId="038CFCE1">
            <wp:extent cx="3251199" cy="1388533"/>
            <wp:effectExtent l="0" t="0" r="635" b="0"/>
            <wp:docPr id="2000428117" name="Picture 15" descr="An image showing two rows of mathematical expressions presented in boxes, with the top row containing terms with the variable 'x' and the bottom row containing terms with the variable 'xy²'.&#10;Una imagen que muestra dos filas de expresiones matemáticas presentadas en recuadros, con la fila superior conteniendo términos con la variable 'x' y la fila inferior conteniendo términos con la variable 'xy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28117" name="Picture 15" descr="An image showing two rows of mathematical expressions presented in boxes, with the top row containing terms with the variable 'x' and the bottom row containing terms with the variable 'xy²'.&#10;Una imagen que muestra dos filas de expresiones matemáticas presentadas en recuadros, con la fila superior conteniendo términos con la variable 'x' y la fila inferior conteniendo términos con la variable 'xy²'."/>
                    <pic:cNvPicPr/>
                  </pic:nvPicPr>
                  <pic:blipFill>
                    <a:blip r:embed="rId20"/>
                    <a:stretch>
                      <a:fillRect/>
                    </a:stretch>
                  </pic:blipFill>
                  <pic:spPr>
                    <a:xfrm>
                      <a:off x="0" y="0"/>
                      <a:ext cx="3265603" cy="1394685"/>
                    </a:xfrm>
                    <a:prstGeom prst="rect">
                      <a:avLst/>
                    </a:prstGeom>
                  </pic:spPr>
                </pic:pic>
              </a:graphicData>
            </a:graphic>
          </wp:inline>
        </w:drawing>
      </w:r>
    </w:p>
    <w:p w14:paraId="3831923F" w14:textId="77777777" w:rsidR="006F4AAB" w:rsidRPr="00505B42" w:rsidRDefault="006F4AAB" w:rsidP="008E472A">
      <w:pPr>
        <w:jc w:val="center"/>
        <w:rPr>
          <w:rFonts w:ascii="Noto Sans" w:hAnsi="Noto Sans" w:cs="Noto Sans"/>
        </w:rPr>
      </w:pPr>
    </w:p>
    <w:tbl>
      <w:tblPr>
        <w:tblStyle w:val="GlossaryTerm-Standard"/>
        <w:tblW w:w="0" w:type="auto"/>
        <w:tblLook w:val="0480" w:firstRow="0" w:lastRow="0" w:firstColumn="1" w:lastColumn="0" w:noHBand="0" w:noVBand="1"/>
      </w:tblPr>
      <w:tblGrid>
        <w:gridCol w:w="2082"/>
        <w:gridCol w:w="6774"/>
      </w:tblGrid>
      <w:tr w:rsidR="007E21A4" w:rsidRPr="00505B42" w14:paraId="50F79BA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0C44105" w14:textId="77777777" w:rsidR="007E21A4" w:rsidRPr="00505B42" w:rsidRDefault="00000000" w:rsidP="000C5BCD">
            <w:pPr>
              <w:spacing w:line="276" w:lineRule="auto"/>
              <w:rPr>
                <w:rFonts w:cs="Noto Sans"/>
              </w:rPr>
            </w:pPr>
            <w:r w:rsidRPr="00505B42">
              <w:rPr>
                <w:rFonts w:cs="Noto Sans"/>
              </w:rPr>
              <w:t>Line of best fit</w:t>
            </w:r>
          </w:p>
        </w:tc>
        <w:tc>
          <w:tcPr>
            <w:tcW w:w="7171" w:type="dxa"/>
          </w:tcPr>
          <w:p w14:paraId="63FF374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line on a graph that best approximates the equation of the points in a scatter plot. The line is used to describe the relationship between the points.</w:t>
            </w:r>
          </w:p>
        </w:tc>
      </w:tr>
      <w:tr w:rsidR="007E21A4" w:rsidRPr="00505B42" w14:paraId="10B440C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61BCDE8" w14:textId="77777777" w:rsidR="007E21A4" w:rsidRPr="00370EB2" w:rsidRDefault="00000000" w:rsidP="000C5BCD">
            <w:pPr>
              <w:spacing w:line="276" w:lineRule="auto"/>
              <w:rPr>
                <w:rFonts w:cs="Noto Sans"/>
                <w:lang w:val="es-ES"/>
              </w:rPr>
            </w:pPr>
            <w:r w:rsidRPr="00370EB2">
              <w:rPr>
                <w:rFonts w:cs="Noto Sans"/>
                <w:lang w:val="es-ES"/>
              </w:rPr>
              <w:t xml:space="preserve">Línea de </w:t>
            </w:r>
            <w:proofErr w:type="spellStart"/>
            <w:r w:rsidR="002E0641" w:rsidRPr="00370EB2">
              <w:rPr>
                <w:rFonts w:cs="Noto Sans"/>
                <w:lang w:val="es-ES"/>
              </w:rPr>
              <w:t>major</w:t>
            </w:r>
            <w:proofErr w:type="spellEnd"/>
            <w:r w:rsidR="002E0641" w:rsidRPr="00370EB2">
              <w:rPr>
                <w:rFonts w:cs="Noto Sans"/>
                <w:lang w:val="es-ES"/>
              </w:rPr>
              <w:t xml:space="preserve"> ajuste</w:t>
            </w:r>
          </w:p>
        </w:tc>
        <w:tc>
          <w:tcPr>
            <w:tcW w:w="7171" w:type="dxa"/>
          </w:tcPr>
          <w:p w14:paraId="33B70E81"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Línea en una gráfica que mejor se aproxima a la ecuación de los puntos en un diagrama de dispersión. La línea se utiliza para describir la relación entre los puntos.</w:t>
            </w:r>
          </w:p>
        </w:tc>
      </w:tr>
    </w:tbl>
    <w:p w14:paraId="6E2705C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6"/>
        <w:gridCol w:w="6750"/>
      </w:tblGrid>
      <w:tr w:rsidR="007E21A4" w:rsidRPr="00505B42" w14:paraId="42FBF25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15DFE3" w14:textId="77777777" w:rsidR="007E21A4" w:rsidRPr="00505B42" w:rsidRDefault="00000000" w:rsidP="000C5BCD">
            <w:pPr>
              <w:spacing w:line="276" w:lineRule="auto"/>
              <w:rPr>
                <w:rFonts w:cs="Noto Sans"/>
              </w:rPr>
            </w:pPr>
            <w:r w:rsidRPr="00505B42">
              <w:rPr>
                <w:rFonts w:cs="Noto Sans"/>
              </w:rPr>
              <w:t xml:space="preserve">Linear equation with one variable </w:t>
            </w:r>
          </w:p>
        </w:tc>
        <w:tc>
          <w:tcPr>
            <w:tcW w:w="7171" w:type="dxa"/>
          </w:tcPr>
          <w:p w14:paraId="643AE8A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An equation with only one variable. The only power of the variable is 1.  </w:t>
            </w:r>
          </w:p>
        </w:tc>
      </w:tr>
      <w:tr w:rsidR="007E21A4" w:rsidRPr="00505B42" w14:paraId="4F5F138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68C9266" w14:textId="77777777" w:rsidR="007E21A4" w:rsidRPr="00505B42" w:rsidRDefault="00000000" w:rsidP="000C5BCD">
            <w:pPr>
              <w:spacing w:line="276" w:lineRule="auto"/>
              <w:rPr>
                <w:rFonts w:cs="Noto Sans"/>
              </w:rPr>
            </w:pPr>
            <w:r w:rsidRPr="00505B42">
              <w:rPr>
                <w:rFonts w:cs="Noto Sans"/>
              </w:rPr>
              <w:t>Ecuación lineal con una variable</w:t>
            </w:r>
          </w:p>
        </w:tc>
        <w:tc>
          <w:tcPr>
            <w:tcW w:w="7171" w:type="dxa"/>
          </w:tcPr>
          <w:p w14:paraId="69D945F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ecuación con una sola variable. La única potencia de la variable es 1.</w:t>
            </w:r>
          </w:p>
        </w:tc>
      </w:tr>
    </w:tbl>
    <w:p w14:paraId="0D7D6F0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3EDA3EA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019F800" w14:textId="77777777" w:rsidR="007E21A4" w:rsidRPr="00505B42" w:rsidRDefault="00000000" w:rsidP="008E472A">
            <w:pPr>
              <w:keepNext/>
              <w:spacing w:line="276" w:lineRule="auto"/>
              <w:rPr>
                <w:rFonts w:cs="Noto Sans"/>
              </w:rPr>
            </w:pPr>
            <w:r w:rsidRPr="00505B42">
              <w:rPr>
                <w:rFonts w:cs="Noto Sans"/>
              </w:rPr>
              <w:lastRenderedPageBreak/>
              <w:t>Linear equation with two variables</w:t>
            </w:r>
          </w:p>
        </w:tc>
        <w:tc>
          <w:tcPr>
            <w:tcW w:w="7171" w:type="dxa"/>
          </w:tcPr>
          <w:p w14:paraId="1F4BED45"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An equation that describes a relationship between two quantities that have a constant rate of change, or slope.  There are an infinite number of solutions to this equation. </w:t>
            </w:r>
          </w:p>
        </w:tc>
      </w:tr>
      <w:tr w:rsidR="007E21A4" w:rsidRPr="00505B42" w14:paraId="75AEEEB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5A2EE5A" w14:textId="77777777" w:rsidR="007E21A4" w:rsidRPr="00505B42" w:rsidRDefault="00000000" w:rsidP="008E472A">
            <w:pPr>
              <w:keepNext/>
              <w:spacing w:line="276" w:lineRule="auto"/>
              <w:rPr>
                <w:rFonts w:cs="Noto Sans"/>
              </w:rPr>
            </w:pPr>
            <w:r w:rsidRPr="00505B42">
              <w:rPr>
                <w:rFonts w:cs="Noto Sans"/>
              </w:rPr>
              <w:t>Ecuación lineal con dos variables</w:t>
            </w:r>
          </w:p>
        </w:tc>
        <w:tc>
          <w:tcPr>
            <w:tcW w:w="7171" w:type="dxa"/>
          </w:tcPr>
          <w:p w14:paraId="669ED06E"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ecuación que describe una relación entre dos cantidades que tienen una tasa de cambio o pendiente constante. Hay un número infinito de soluciones para esta ecuación.</w:t>
            </w:r>
          </w:p>
        </w:tc>
      </w:tr>
    </w:tbl>
    <w:p w14:paraId="5308CBC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6DBDECD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37D8CE6" w14:textId="77777777" w:rsidR="007E21A4" w:rsidRPr="00505B42" w:rsidRDefault="00000000" w:rsidP="000C5BCD">
            <w:pPr>
              <w:keepNext/>
              <w:spacing w:line="276" w:lineRule="auto"/>
              <w:rPr>
                <w:rFonts w:cs="Noto Sans"/>
              </w:rPr>
            </w:pPr>
            <w:r w:rsidRPr="00505B42">
              <w:rPr>
                <w:rFonts w:cs="Noto Sans"/>
              </w:rPr>
              <w:t>Linear function</w:t>
            </w:r>
          </w:p>
        </w:tc>
        <w:tc>
          <w:tcPr>
            <w:tcW w:w="7171" w:type="dxa"/>
          </w:tcPr>
          <w:p w14:paraId="5293089A"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function that has a constant rate of change.</w:t>
            </w:r>
          </w:p>
        </w:tc>
      </w:tr>
      <w:tr w:rsidR="007E21A4" w:rsidRPr="00505B42" w14:paraId="6262EEF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34A9DC" w14:textId="77777777" w:rsidR="007E21A4" w:rsidRPr="00505B42" w:rsidRDefault="00000000" w:rsidP="000C5BCD">
            <w:pPr>
              <w:keepNext/>
              <w:spacing w:line="276" w:lineRule="auto"/>
              <w:rPr>
                <w:rFonts w:cs="Noto Sans"/>
              </w:rPr>
            </w:pPr>
            <w:r w:rsidRPr="00505B42">
              <w:rPr>
                <w:rFonts w:cs="Noto Sans"/>
              </w:rPr>
              <w:t>Función lineal</w:t>
            </w:r>
          </w:p>
        </w:tc>
        <w:tc>
          <w:tcPr>
            <w:tcW w:w="7171" w:type="dxa"/>
          </w:tcPr>
          <w:p w14:paraId="41653304"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función que tiene una tasa de cambio constante.</w:t>
            </w:r>
          </w:p>
        </w:tc>
      </w:tr>
    </w:tbl>
    <w:p w14:paraId="0876D47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53D7CA3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1C0FB45" w14:textId="77777777" w:rsidR="007E21A4" w:rsidRPr="00505B42" w:rsidRDefault="00000000" w:rsidP="000C5BCD">
            <w:pPr>
              <w:spacing w:line="276" w:lineRule="auto"/>
              <w:rPr>
                <w:rFonts w:cs="Noto Sans"/>
              </w:rPr>
            </w:pPr>
            <w:r w:rsidRPr="00505B42">
              <w:rPr>
                <w:rFonts w:cs="Noto Sans"/>
              </w:rPr>
              <w:t>Linear inequality with one variable</w:t>
            </w:r>
          </w:p>
        </w:tc>
        <w:tc>
          <w:tcPr>
            <w:tcW w:w="7171" w:type="dxa"/>
          </w:tcPr>
          <w:p w14:paraId="7374687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mathematical statement formed by placing two or more numbers or expressions with one variable on either side of the following signs: &lt;, &gt;, </w:t>
            </w:r>
            <w:r w:rsidRPr="00505B42">
              <w:rPr>
                <w:rFonts w:ascii="Cambria Math" w:hAnsi="Cambria Math" w:cs="Cambria Math"/>
              </w:rPr>
              <w:t>≠</w:t>
            </w:r>
            <w:r w:rsidRPr="00505B42">
              <w:rPr>
                <w:rFonts w:cs="Noto Sans"/>
              </w:rPr>
              <w:t>, &lt;, &gt;</w:t>
            </w:r>
          </w:p>
        </w:tc>
      </w:tr>
      <w:tr w:rsidR="007E21A4" w:rsidRPr="00505B42" w14:paraId="598CDB2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8754992" w14:textId="77777777" w:rsidR="007E21A4" w:rsidRPr="00505B42" w:rsidRDefault="00000000" w:rsidP="000C5BCD">
            <w:pPr>
              <w:spacing w:line="276" w:lineRule="auto"/>
              <w:rPr>
                <w:rFonts w:cs="Noto Sans"/>
              </w:rPr>
            </w:pPr>
            <w:r w:rsidRPr="00505B42">
              <w:rPr>
                <w:rFonts w:cs="Noto Sans"/>
              </w:rPr>
              <w:t>Desigualdad lineal con una variable</w:t>
            </w:r>
          </w:p>
        </w:tc>
        <w:tc>
          <w:tcPr>
            <w:tcW w:w="7171" w:type="dxa"/>
          </w:tcPr>
          <w:p w14:paraId="6694123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declaración matemática formada colocando dos o más números o expresiones con una variable a cada lado de los siguientes signos: &lt;, &gt;, </w:t>
            </w:r>
            <w:r w:rsidRPr="00505B42">
              <w:rPr>
                <w:rFonts w:ascii="Cambria Math" w:hAnsi="Cambria Math" w:cs="Cambria Math"/>
              </w:rPr>
              <w:t>≠</w:t>
            </w:r>
            <w:r w:rsidRPr="00505B42">
              <w:rPr>
                <w:rFonts w:cs="Noto Sans"/>
              </w:rPr>
              <w:t>, &lt;, &gt;</w:t>
            </w:r>
          </w:p>
        </w:tc>
      </w:tr>
    </w:tbl>
    <w:p w14:paraId="0BC0EA2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3"/>
        <w:gridCol w:w="6763"/>
      </w:tblGrid>
      <w:tr w:rsidR="007E21A4" w:rsidRPr="00505B42" w14:paraId="042D2A4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2E27784" w14:textId="77777777" w:rsidR="007E21A4" w:rsidRPr="00505B42" w:rsidRDefault="00000000" w:rsidP="000C5BCD">
            <w:pPr>
              <w:spacing w:line="276" w:lineRule="auto"/>
              <w:rPr>
                <w:rFonts w:cs="Noto Sans"/>
              </w:rPr>
            </w:pPr>
            <w:r w:rsidRPr="00505B42">
              <w:rPr>
                <w:rFonts w:cs="Noto Sans"/>
              </w:rPr>
              <w:t>Linear model</w:t>
            </w:r>
          </w:p>
        </w:tc>
        <w:tc>
          <w:tcPr>
            <w:tcW w:w="7171" w:type="dxa"/>
          </w:tcPr>
          <w:p w14:paraId="450FA4A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model that describes a relationship between two quantities that show a constant rate of change, or slope.</w:t>
            </w:r>
          </w:p>
        </w:tc>
      </w:tr>
      <w:tr w:rsidR="007E21A4" w:rsidRPr="00505B42" w14:paraId="44D81A7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3BC0E28" w14:textId="77777777" w:rsidR="007E21A4" w:rsidRPr="00505B42" w:rsidRDefault="00000000" w:rsidP="000C5BCD">
            <w:pPr>
              <w:spacing w:line="276" w:lineRule="auto"/>
              <w:rPr>
                <w:rFonts w:cs="Noto Sans"/>
              </w:rPr>
            </w:pPr>
            <w:r w:rsidRPr="00505B42">
              <w:rPr>
                <w:rFonts w:cs="Noto Sans"/>
              </w:rPr>
              <w:t>Modelo lineal</w:t>
            </w:r>
          </w:p>
        </w:tc>
        <w:tc>
          <w:tcPr>
            <w:tcW w:w="7171" w:type="dxa"/>
          </w:tcPr>
          <w:p w14:paraId="7077F3FD"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Modelo que describe una relación entre dos cantidades que muestran una tasa de cambio o pendiente constante.</w:t>
            </w:r>
          </w:p>
        </w:tc>
      </w:tr>
    </w:tbl>
    <w:p w14:paraId="317CDE5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4"/>
        <w:gridCol w:w="6742"/>
      </w:tblGrid>
      <w:tr w:rsidR="007E21A4" w:rsidRPr="00505B42" w14:paraId="6C45512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E6A7A89" w14:textId="77777777" w:rsidR="007E21A4" w:rsidRPr="00505B42" w:rsidRDefault="00000000" w:rsidP="000C5BCD">
            <w:pPr>
              <w:spacing w:line="276" w:lineRule="auto"/>
              <w:rPr>
                <w:rFonts w:cs="Noto Sans"/>
              </w:rPr>
            </w:pPr>
            <w:r w:rsidRPr="00505B42">
              <w:rPr>
                <w:rFonts w:cs="Noto Sans"/>
              </w:rPr>
              <w:t>Linear regression</w:t>
            </w:r>
          </w:p>
        </w:tc>
        <w:tc>
          <w:tcPr>
            <w:tcW w:w="7171" w:type="dxa"/>
          </w:tcPr>
          <w:p w14:paraId="75EBA5D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process of determining the equation of a line that best fits a data set.</w:t>
            </w:r>
          </w:p>
        </w:tc>
      </w:tr>
      <w:tr w:rsidR="007E21A4" w:rsidRPr="00505B42" w14:paraId="58EDC90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46A27A" w14:textId="77777777" w:rsidR="007E21A4" w:rsidRPr="00370EB2" w:rsidRDefault="00000000" w:rsidP="000C5BCD">
            <w:pPr>
              <w:spacing w:line="276" w:lineRule="auto"/>
              <w:rPr>
                <w:rFonts w:cs="Noto Sans"/>
                <w:lang w:val="es-ES"/>
              </w:rPr>
            </w:pPr>
            <w:r w:rsidRPr="00370EB2">
              <w:rPr>
                <w:rFonts w:cs="Noto Sans"/>
                <w:lang w:val="es-ES"/>
              </w:rPr>
              <w:t>Regresión lineal</w:t>
            </w:r>
          </w:p>
        </w:tc>
        <w:tc>
          <w:tcPr>
            <w:tcW w:w="7171" w:type="dxa"/>
          </w:tcPr>
          <w:p w14:paraId="42D3F86A"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El proceso de determinar la ecuación de una línea que mejor se ajusta a un conjunto de datos.</w:t>
            </w:r>
          </w:p>
        </w:tc>
      </w:tr>
    </w:tbl>
    <w:p w14:paraId="35461F8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2"/>
        <w:gridCol w:w="6734"/>
      </w:tblGrid>
      <w:tr w:rsidR="007E21A4" w:rsidRPr="00505B42" w14:paraId="11AF71A5"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5E348643" w14:textId="77777777" w:rsidR="007E21A4" w:rsidRPr="00505B42" w:rsidRDefault="00000000" w:rsidP="000C5BCD">
            <w:pPr>
              <w:keepNext/>
              <w:spacing w:line="276" w:lineRule="auto"/>
              <w:rPr>
                <w:rFonts w:cs="Noto Sans"/>
              </w:rPr>
            </w:pPr>
            <w:r w:rsidRPr="00505B42">
              <w:rPr>
                <w:rFonts w:cs="Noto Sans"/>
              </w:rPr>
              <w:lastRenderedPageBreak/>
              <w:t>Linear relationship</w:t>
            </w:r>
          </w:p>
        </w:tc>
        <w:tc>
          <w:tcPr>
            <w:tcW w:w="7171" w:type="dxa"/>
          </w:tcPr>
          <w:p w14:paraId="200F9AB9"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association of bivariate data or two number sets where every pair of ordered pairs share the same ratio formed by the change in dependent values over the change in the independent values.</w:t>
            </w:r>
          </w:p>
        </w:tc>
      </w:tr>
      <w:tr w:rsidR="007E21A4" w:rsidRPr="00505B42" w14:paraId="313B1052"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12A77088" w14:textId="77777777" w:rsidR="007E21A4" w:rsidRPr="00505B42" w:rsidRDefault="00000000" w:rsidP="000C5BCD">
            <w:pPr>
              <w:keepNext/>
              <w:spacing w:line="276" w:lineRule="auto"/>
              <w:rPr>
                <w:rFonts w:cs="Noto Sans"/>
              </w:rPr>
            </w:pPr>
            <w:r w:rsidRPr="00505B42">
              <w:rPr>
                <w:rFonts w:cs="Noto Sans"/>
              </w:rPr>
              <w:t>Relación lineal</w:t>
            </w:r>
          </w:p>
        </w:tc>
        <w:tc>
          <w:tcPr>
            <w:tcW w:w="7171" w:type="dxa"/>
          </w:tcPr>
          <w:p w14:paraId="3C94BD9D"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asociación de datos bivariados o dos conjuntos de números donde cada par de pares ordenados comparten la misma razón formada por el cambio en los valores dependientes con respecto al cambio en los valores independientes.</w:t>
            </w:r>
          </w:p>
        </w:tc>
      </w:tr>
    </w:tbl>
    <w:p w14:paraId="41EDDCE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0"/>
        <w:gridCol w:w="6756"/>
      </w:tblGrid>
      <w:tr w:rsidR="007E21A4" w:rsidRPr="00505B42" w14:paraId="7888D84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D414058" w14:textId="77777777" w:rsidR="007E21A4" w:rsidRPr="00505B42" w:rsidRDefault="00000000" w:rsidP="000C5BCD">
            <w:pPr>
              <w:spacing w:line="276" w:lineRule="auto"/>
              <w:rPr>
                <w:rFonts w:cs="Noto Sans"/>
              </w:rPr>
            </w:pPr>
            <w:r w:rsidRPr="00505B42">
              <w:rPr>
                <w:rFonts w:cs="Noto Sans"/>
              </w:rPr>
              <w:t>Linear term</w:t>
            </w:r>
          </w:p>
        </w:tc>
        <w:tc>
          <w:tcPr>
            <w:tcW w:w="7171" w:type="dxa"/>
          </w:tcPr>
          <w:p w14:paraId="2B4E5E6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In a quadratic expression (in standard form) </w:t>
            </w:r>
            <m:oMath>
              <m:r>
                <w:rPr>
                  <w:rFonts w:ascii="Cambria Math" w:hAnsi="Cambria Math" w:cs="Noto Sans"/>
                </w:rPr>
                <m:t>ax² + bx + c</m:t>
              </m:r>
            </m:oMath>
            <w:r w:rsidRPr="00505B42">
              <w:rPr>
                <w:rFonts w:cs="Noto Sans"/>
              </w:rPr>
              <w:t xml:space="preserve">, where </w:t>
            </w:r>
            <m:oMath>
              <m:r>
                <w:rPr>
                  <w:rFonts w:ascii="Cambria Math" w:hAnsi="Cambria Math" w:cs="Noto Sans"/>
                </w:rPr>
                <m:t>a</m:t>
              </m:r>
            </m:oMath>
            <w:r w:rsidRPr="00505B42">
              <w:rPr>
                <w:rFonts w:cs="Noto Sans"/>
              </w:rPr>
              <w:t xml:space="preserve">, </w:t>
            </w:r>
            <m:oMath>
              <m:r>
                <w:rPr>
                  <w:rFonts w:ascii="Cambria Math" w:hAnsi="Cambria Math" w:cs="Noto Sans"/>
                </w:rPr>
                <m:t>b</m:t>
              </m:r>
            </m:oMath>
            <w:r w:rsidRPr="00505B42">
              <w:rPr>
                <w:rFonts w:cs="Noto Sans"/>
              </w:rPr>
              <w:t xml:space="preserve">, and </w:t>
            </w:r>
            <m:oMath>
              <m:r>
                <w:rPr>
                  <w:rFonts w:ascii="Cambria Math" w:hAnsi="Cambria Math" w:cs="Noto Sans"/>
                </w:rPr>
                <m:t>c</m:t>
              </m:r>
            </m:oMath>
            <w:r w:rsidRPr="00505B42">
              <w:rPr>
                <w:rFonts w:cs="Noto Sans"/>
              </w:rPr>
              <w:t xml:space="preserve"> are constants, it is the term </w:t>
            </w:r>
            <m:oMath>
              <m:r>
                <w:rPr>
                  <w:rFonts w:ascii="Cambria Math" w:hAnsi="Cambria Math" w:cs="Noto Sans"/>
                </w:rPr>
                <m:t>bx</m:t>
              </m:r>
            </m:oMath>
            <w:r w:rsidRPr="00505B42">
              <w:rPr>
                <w:rFonts w:cs="Noto Sans"/>
              </w:rPr>
              <w:t>.</w:t>
            </w:r>
          </w:p>
        </w:tc>
      </w:tr>
      <w:tr w:rsidR="007E21A4" w:rsidRPr="00505B42" w14:paraId="2318342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4DF1356" w14:textId="77777777" w:rsidR="007E21A4" w:rsidRPr="00505B42" w:rsidRDefault="00000000" w:rsidP="000C5BCD">
            <w:pPr>
              <w:spacing w:line="276" w:lineRule="auto"/>
              <w:rPr>
                <w:rFonts w:cs="Noto Sans"/>
              </w:rPr>
            </w:pPr>
            <w:r w:rsidRPr="00505B42">
              <w:rPr>
                <w:rFonts w:cs="Noto Sans"/>
              </w:rPr>
              <w:t>Término lineal</w:t>
            </w:r>
          </w:p>
        </w:tc>
        <w:tc>
          <w:tcPr>
            <w:tcW w:w="7171" w:type="dxa"/>
          </w:tcPr>
          <w:p w14:paraId="6CF58C6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En una expresión cuadrática (en forma estándar) </w:t>
            </w:r>
            <m:oMath>
              <m:r>
                <w:rPr>
                  <w:rFonts w:ascii="Cambria Math" w:hAnsi="Cambria Math" w:cs="Noto Sans"/>
                </w:rPr>
                <m:t>ax² + bx + c</m:t>
              </m:r>
            </m:oMath>
            <w:r w:rsidRPr="00505B42">
              <w:rPr>
                <w:rFonts w:cs="Noto Sans"/>
              </w:rPr>
              <w:t xml:space="preserve">, donde </w:t>
            </w:r>
            <m:oMath>
              <m:r>
                <w:rPr>
                  <w:rFonts w:ascii="Cambria Math" w:hAnsi="Cambria Math" w:cs="Noto Sans"/>
                </w:rPr>
                <m:t>a</m:t>
              </m:r>
            </m:oMath>
            <w:r w:rsidRPr="00505B42">
              <w:rPr>
                <w:rFonts w:cs="Noto Sans"/>
              </w:rPr>
              <w:t xml:space="preserve">, </w:t>
            </w:r>
            <m:oMath>
              <m:r>
                <w:rPr>
                  <w:rFonts w:ascii="Cambria Math" w:hAnsi="Cambria Math" w:cs="Noto Sans"/>
                </w:rPr>
                <m:t>b</m:t>
              </m:r>
            </m:oMath>
            <w:r w:rsidRPr="00505B42">
              <w:rPr>
                <w:rFonts w:cs="Noto Sans"/>
              </w:rPr>
              <w:t xml:space="preserve"> y </w:t>
            </w:r>
            <m:oMath>
              <m:r>
                <w:rPr>
                  <w:rFonts w:ascii="Cambria Math" w:hAnsi="Cambria Math" w:cs="Noto Sans"/>
                </w:rPr>
                <m:t>c</m:t>
              </m:r>
            </m:oMath>
            <w:r w:rsidRPr="00505B42">
              <w:rPr>
                <w:rFonts w:cs="Noto Sans"/>
              </w:rPr>
              <w:t xml:space="preserve"> son constantes, es el término </w:t>
            </w:r>
            <m:oMath>
              <m:r>
                <w:rPr>
                  <w:rFonts w:ascii="Cambria Math" w:hAnsi="Cambria Math" w:cs="Noto Sans"/>
                </w:rPr>
                <m:t>bx</m:t>
              </m:r>
            </m:oMath>
            <w:r w:rsidRPr="00505B42">
              <w:rPr>
                <w:rFonts w:cs="Noto Sans"/>
              </w:rPr>
              <w:t>.</w:t>
            </w:r>
          </w:p>
        </w:tc>
      </w:tr>
    </w:tbl>
    <w:p w14:paraId="72962CE9"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0645D7F1" w14:textId="77777777" w:rsidR="007E21A4" w:rsidRPr="00505B42" w:rsidRDefault="00000000" w:rsidP="00F719CF">
      <w:pPr>
        <w:pStyle w:val="Heading2"/>
      </w:pPr>
      <w:bookmarkStart w:id="9" w:name="_Toc162956991"/>
      <w:r w:rsidRPr="00505B42">
        <w:t>M</w:t>
      </w:r>
      <w:bookmarkEnd w:id="9"/>
    </w:p>
    <w:tbl>
      <w:tblPr>
        <w:tblStyle w:val="GlossaryTerm-Standard"/>
        <w:tblW w:w="0" w:type="auto"/>
        <w:tblLook w:val="0480" w:firstRow="0" w:lastRow="0" w:firstColumn="1" w:lastColumn="0" w:noHBand="0" w:noVBand="1"/>
      </w:tblPr>
      <w:tblGrid>
        <w:gridCol w:w="2119"/>
        <w:gridCol w:w="6737"/>
      </w:tblGrid>
      <w:tr w:rsidR="007E21A4" w:rsidRPr="00505B42" w14:paraId="726CED7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079DE3D" w14:textId="77777777" w:rsidR="007E21A4" w:rsidRPr="00505B42" w:rsidRDefault="00000000" w:rsidP="000C5BCD">
            <w:pPr>
              <w:spacing w:line="276" w:lineRule="auto"/>
              <w:rPr>
                <w:rFonts w:cs="Noto Sans"/>
              </w:rPr>
            </w:pPr>
            <w:r w:rsidRPr="00505B42">
              <w:rPr>
                <w:rFonts w:cs="Noto Sans"/>
              </w:rPr>
              <w:t>Mapping</w:t>
            </w:r>
          </w:p>
        </w:tc>
        <w:tc>
          <w:tcPr>
            <w:tcW w:w="7171" w:type="dxa"/>
          </w:tcPr>
          <w:p w14:paraId="1E4FB20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process of pairing input and output values in a function.</w:t>
            </w:r>
          </w:p>
        </w:tc>
      </w:tr>
      <w:tr w:rsidR="007E21A4" w:rsidRPr="00505B42" w14:paraId="41D284B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7DFAA6D" w14:textId="77777777" w:rsidR="007E21A4" w:rsidRPr="00505B42" w:rsidRDefault="00000000" w:rsidP="000C5BCD">
            <w:pPr>
              <w:spacing w:line="276" w:lineRule="auto"/>
              <w:rPr>
                <w:rFonts w:cs="Noto Sans"/>
              </w:rPr>
            </w:pPr>
            <w:r w:rsidRPr="00505B42">
              <w:rPr>
                <w:rFonts w:cs="Noto Sans"/>
              </w:rPr>
              <w:br/>
              <w:t>Asignación</w:t>
            </w:r>
          </w:p>
        </w:tc>
        <w:tc>
          <w:tcPr>
            <w:tcW w:w="7171" w:type="dxa"/>
          </w:tcPr>
          <w:p w14:paraId="3A9A058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proceso de emparejar los valores de entrada y salida en una función.</w:t>
            </w:r>
          </w:p>
        </w:tc>
      </w:tr>
    </w:tbl>
    <w:p w14:paraId="4439A88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005CC4B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3026920" w14:textId="77777777" w:rsidR="007E21A4" w:rsidRPr="00505B42" w:rsidRDefault="00000000" w:rsidP="008E472A">
            <w:pPr>
              <w:keepNext/>
              <w:spacing w:line="276" w:lineRule="auto"/>
              <w:rPr>
                <w:rFonts w:cs="Noto Sans"/>
              </w:rPr>
            </w:pPr>
            <w:r w:rsidRPr="00505B42">
              <w:rPr>
                <w:rFonts w:cs="Noto Sans"/>
              </w:rPr>
              <w:lastRenderedPageBreak/>
              <w:t>Maximum</w:t>
            </w:r>
          </w:p>
        </w:tc>
        <w:tc>
          <w:tcPr>
            <w:tcW w:w="7171" w:type="dxa"/>
          </w:tcPr>
          <w:p w14:paraId="3E87F207"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value of the function that is greater than or equal to all the other values. It corresponds to the highest point on the graph.</w:t>
            </w:r>
          </w:p>
        </w:tc>
      </w:tr>
      <w:tr w:rsidR="007E21A4" w:rsidRPr="00505B42" w14:paraId="310F0C4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1F2A574" w14:textId="77777777" w:rsidR="007E21A4" w:rsidRPr="00505B42" w:rsidRDefault="00000000" w:rsidP="008E472A">
            <w:pPr>
              <w:keepNext/>
              <w:spacing w:line="276" w:lineRule="auto"/>
              <w:rPr>
                <w:rFonts w:cs="Noto Sans"/>
              </w:rPr>
            </w:pPr>
            <w:r w:rsidRPr="00505B42">
              <w:rPr>
                <w:rFonts w:cs="Noto Sans"/>
              </w:rPr>
              <w:t>Máximo</w:t>
            </w:r>
          </w:p>
        </w:tc>
        <w:tc>
          <w:tcPr>
            <w:tcW w:w="7171" w:type="dxa"/>
          </w:tcPr>
          <w:p w14:paraId="54C1FCE0"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valor de la función que es mayor o igual a todos los demás valores. Corresponde al punto más alto del gráfico.</w:t>
            </w:r>
          </w:p>
        </w:tc>
      </w:tr>
    </w:tbl>
    <w:p w14:paraId="2956134C" w14:textId="77777777" w:rsidR="007E21A4" w:rsidRPr="00505B42" w:rsidRDefault="00C7712B" w:rsidP="008E472A">
      <w:pPr>
        <w:jc w:val="center"/>
        <w:rPr>
          <w:rFonts w:ascii="Noto Sans" w:hAnsi="Noto Sans" w:cs="Noto Sans"/>
        </w:rPr>
      </w:pPr>
      <w:r>
        <w:rPr>
          <w:rFonts w:ascii="Noto Sans" w:hAnsi="Noto Sans" w:cs="Noto Sans"/>
          <w:noProof/>
        </w:rPr>
        <w:drawing>
          <wp:inline distT="0" distB="0" distL="0" distR="0" wp14:anchorId="3275FBD9" wp14:editId="11192E6D">
            <wp:extent cx="2506133" cy="1770827"/>
            <wp:effectExtent l="0" t="0" r="0" b="0"/>
            <wp:docPr id="981674399" name="Picture 16" descr="A graph of a function showing a local maximum point highlighted by a pink circle.&#10;Un gráfico de una función que muestra un punto máximo local resaltado por un círculo ro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74399" name="Picture 16" descr="A graph of a function showing a local maximum point highlighted by a pink circle.&#10;Un gráfico de una función que muestra un punto máximo local resaltado por un círculo rosado."/>
                    <pic:cNvPicPr/>
                  </pic:nvPicPr>
                  <pic:blipFill>
                    <a:blip r:embed="rId21"/>
                    <a:stretch>
                      <a:fillRect/>
                    </a:stretch>
                  </pic:blipFill>
                  <pic:spPr>
                    <a:xfrm>
                      <a:off x="0" y="0"/>
                      <a:ext cx="2533426" cy="1790112"/>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07"/>
        <w:gridCol w:w="6749"/>
      </w:tblGrid>
      <w:tr w:rsidR="007E21A4" w:rsidRPr="00505B42" w14:paraId="5D5AC30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2F23D9" w14:textId="77777777" w:rsidR="007E21A4" w:rsidRPr="00505B42" w:rsidRDefault="00000000" w:rsidP="000C5BCD">
            <w:pPr>
              <w:keepNext/>
              <w:spacing w:line="276" w:lineRule="auto"/>
              <w:rPr>
                <w:rFonts w:cs="Noto Sans"/>
              </w:rPr>
            </w:pPr>
            <w:r w:rsidRPr="00505B42">
              <w:rPr>
                <w:rFonts w:cs="Noto Sans"/>
              </w:rPr>
              <w:t>Minimum</w:t>
            </w:r>
          </w:p>
        </w:tc>
        <w:tc>
          <w:tcPr>
            <w:tcW w:w="7171" w:type="dxa"/>
          </w:tcPr>
          <w:p w14:paraId="397F227C"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value of the function that is less than or equal to all the other values. It corresponds to the lowest point on the graph.</w:t>
            </w:r>
          </w:p>
        </w:tc>
      </w:tr>
      <w:tr w:rsidR="007E21A4" w:rsidRPr="00505B42" w14:paraId="4BBD104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F94838" w14:textId="77777777" w:rsidR="007E21A4" w:rsidRPr="00505B42" w:rsidRDefault="00000000" w:rsidP="000C5BCD">
            <w:pPr>
              <w:keepNext/>
              <w:spacing w:line="276" w:lineRule="auto"/>
              <w:rPr>
                <w:rFonts w:cs="Noto Sans"/>
              </w:rPr>
            </w:pPr>
            <w:r w:rsidRPr="00505B42">
              <w:rPr>
                <w:rFonts w:cs="Noto Sans"/>
              </w:rPr>
              <w:t>Mínimo</w:t>
            </w:r>
          </w:p>
        </w:tc>
        <w:tc>
          <w:tcPr>
            <w:tcW w:w="7171" w:type="dxa"/>
          </w:tcPr>
          <w:p w14:paraId="5F549AA2"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valor de la función que es menor o igual que todos los demás valores. Corresponde al punto más bajo del gráfico.</w:t>
            </w:r>
          </w:p>
        </w:tc>
      </w:tr>
    </w:tbl>
    <w:p w14:paraId="2F26E61D" w14:textId="77777777" w:rsidR="007E21A4" w:rsidRPr="00505B42" w:rsidRDefault="00C7712B" w:rsidP="008E472A">
      <w:pPr>
        <w:jc w:val="center"/>
        <w:rPr>
          <w:rFonts w:ascii="Noto Sans" w:hAnsi="Noto Sans" w:cs="Noto Sans"/>
        </w:rPr>
      </w:pPr>
      <w:r>
        <w:rPr>
          <w:rFonts w:ascii="Noto Sans" w:hAnsi="Noto Sans" w:cs="Noto Sans"/>
          <w:noProof/>
        </w:rPr>
        <w:drawing>
          <wp:inline distT="0" distB="0" distL="0" distR="0" wp14:anchorId="318193F2" wp14:editId="5E31F9F1">
            <wp:extent cx="2751666" cy="1877758"/>
            <wp:effectExtent l="0" t="0" r="4445" b="1905"/>
            <wp:docPr id="1541088242" name="Picture 17" descr="A graph of a function showing a local minimum point highlighted by a pink circle.&#10;Un gráfico de una función que muestra un punto mínimo local resaltado por un círculo ro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88242" name="Picture 17" descr="A graph of a function showing a local minimum point highlighted by a pink circle.&#10;Un gráfico de una función que muestra un punto mínimo local resaltado por un círculo rosado."/>
                    <pic:cNvPicPr/>
                  </pic:nvPicPr>
                  <pic:blipFill>
                    <a:blip r:embed="rId22"/>
                    <a:stretch>
                      <a:fillRect/>
                    </a:stretch>
                  </pic:blipFill>
                  <pic:spPr>
                    <a:xfrm>
                      <a:off x="0" y="0"/>
                      <a:ext cx="2774119" cy="1893080"/>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089"/>
        <w:gridCol w:w="6767"/>
      </w:tblGrid>
      <w:tr w:rsidR="007E21A4" w:rsidRPr="00505B42" w14:paraId="7ABADC6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256AA59" w14:textId="77777777" w:rsidR="007E21A4" w:rsidRPr="00505B42" w:rsidRDefault="00000000" w:rsidP="000C5BCD">
            <w:pPr>
              <w:spacing w:line="276" w:lineRule="auto"/>
              <w:rPr>
                <w:rFonts w:cs="Noto Sans"/>
              </w:rPr>
            </w:pPr>
            <w:r w:rsidRPr="00505B42">
              <w:rPr>
                <w:rFonts w:cs="Noto Sans"/>
              </w:rPr>
              <w:t>Model</w:t>
            </w:r>
          </w:p>
        </w:tc>
        <w:tc>
          <w:tcPr>
            <w:tcW w:w="7171" w:type="dxa"/>
          </w:tcPr>
          <w:p w14:paraId="51D1DA9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mathematical or statistical representation of a problem from science, technology, engineering, work, or</w:t>
            </w:r>
            <w:r w:rsidRPr="00505B42">
              <w:rPr>
                <w:rFonts w:cs="Noto Sans"/>
              </w:rPr>
              <w:br/>
              <w:t>everyday life, used to solve problems and make decisions.</w:t>
            </w:r>
          </w:p>
        </w:tc>
      </w:tr>
      <w:tr w:rsidR="007E21A4" w:rsidRPr="00505B42" w14:paraId="773593C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DA5F8DD" w14:textId="77777777" w:rsidR="007E21A4" w:rsidRPr="00505B42" w:rsidRDefault="00000000" w:rsidP="000C5BCD">
            <w:pPr>
              <w:spacing w:line="276" w:lineRule="auto"/>
              <w:rPr>
                <w:rFonts w:cs="Noto Sans"/>
              </w:rPr>
            </w:pPr>
            <w:r w:rsidRPr="00505B42">
              <w:rPr>
                <w:rFonts w:cs="Noto Sans"/>
              </w:rPr>
              <w:t>Modelo</w:t>
            </w:r>
          </w:p>
        </w:tc>
        <w:tc>
          <w:tcPr>
            <w:tcW w:w="7171" w:type="dxa"/>
          </w:tcPr>
          <w:p w14:paraId="13491EF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representación matemática o estadística de un problema de la ciencia, la tecnología, la ingeniería, el trabajo o la vida cotidiana, utilizada para resolver problemas y tomar decisiones.</w:t>
            </w:r>
          </w:p>
        </w:tc>
      </w:tr>
    </w:tbl>
    <w:p w14:paraId="5D729C38"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12"/>
        <w:gridCol w:w="6744"/>
      </w:tblGrid>
      <w:tr w:rsidR="007E21A4" w:rsidRPr="00505B42" w14:paraId="7B4FF97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DFFE44" w14:textId="77777777" w:rsidR="007E21A4" w:rsidRPr="00505B42" w:rsidRDefault="00000000" w:rsidP="000C5BCD">
            <w:pPr>
              <w:spacing w:line="276" w:lineRule="auto"/>
              <w:rPr>
                <w:rFonts w:cs="Noto Sans"/>
              </w:rPr>
            </w:pPr>
            <w:r w:rsidRPr="00505B42">
              <w:rPr>
                <w:rFonts w:cs="Noto Sans"/>
              </w:rPr>
              <w:t>Monomial</w:t>
            </w:r>
          </w:p>
        </w:tc>
        <w:tc>
          <w:tcPr>
            <w:tcW w:w="7171" w:type="dxa"/>
          </w:tcPr>
          <w:p w14:paraId="7C2A3C1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algebraic expression with one term.</w:t>
            </w:r>
          </w:p>
        </w:tc>
      </w:tr>
      <w:tr w:rsidR="007E21A4" w:rsidRPr="00505B42" w14:paraId="40EB9B3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6227CEF" w14:textId="77777777" w:rsidR="007E21A4" w:rsidRPr="00505B42" w:rsidRDefault="00000000" w:rsidP="000C5BCD">
            <w:pPr>
              <w:spacing w:line="276" w:lineRule="auto"/>
              <w:rPr>
                <w:rFonts w:cs="Noto Sans"/>
              </w:rPr>
            </w:pPr>
            <w:r w:rsidRPr="00505B42">
              <w:rPr>
                <w:rFonts w:cs="Noto Sans"/>
              </w:rPr>
              <w:t>Monomio</w:t>
            </w:r>
          </w:p>
        </w:tc>
        <w:tc>
          <w:tcPr>
            <w:tcW w:w="7171" w:type="dxa"/>
          </w:tcPr>
          <w:p w14:paraId="341FBEE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expresión algebraica con un término.</w:t>
            </w:r>
          </w:p>
        </w:tc>
      </w:tr>
    </w:tbl>
    <w:p w14:paraId="29ADFA53" w14:textId="77777777" w:rsidR="007E21A4" w:rsidRPr="00505B42" w:rsidRDefault="00C7712B" w:rsidP="008E472A">
      <w:pPr>
        <w:jc w:val="center"/>
        <w:rPr>
          <w:rFonts w:ascii="Noto Sans" w:hAnsi="Noto Sans" w:cs="Noto Sans"/>
        </w:rPr>
      </w:pPr>
      <w:r>
        <w:rPr>
          <w:rFonts w:ascii="Noto Sans" w:hAnsi="Noto Sans" w:cs="Noto Sans"/>
          <w:noProof/>
        </w:rPr>
        <w:drawing>
          <wp:inline distT="0" distB="0" distL="0" distR="0" wp14:anchorId="7AEBF948" wp14:editId="2A063CF0">
            <wp:extent cx="3135334" cy="1532467"/>
            <wp:effectExtent l="0" t="0" r="1905" b="4445"/>
            <wp:docPr id="878469409" name="Picture 18" descr="A diagram showing examples of single algebraic terms (top row) versus expressions that are not single terms (bottom row), which are crossed out.&#10;Un diagrama que muestra ejemplos de términos algebraicos individuales (fila superior) versus expresiones que no son términos individuales (fila inferior), las cuales están tach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69409" name="Picture 18" descr="A diagram showing examples of single algebraic terms (top row) versus expressions that are not single terms (bottom row), which are crossed out.&#10;Un diagrama que muestra ejemplos de términos algebraicos individuales (fila superior) versus expresiones que no son términos individuales (fila inferior), las cuales están tachadas."/>
                    <pic:cNvPicPr/>
                  </pic:nvPicPr>
                  <pic:blipFill>
                    <a:blip r:embed="rId23"/>
                    <a:stretch>
                      <a:fillRect/>
                    </a:stretch>
                  </pic:blipFill>
                  <pic:spPr>
                    <a:xfrm>
                      <a:off x="0" y="0"/>
                      <a:ext cx="3149866" cy="1539570"/>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41"/>
        <w:gridCol w:w="6715"/>
      </w:tblGrid>
      <w:tr w:rsidR="007E21A4" w:rsidRPr="00505B42" w14:paraId="5659A81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269133A" w14:textId="77777777" w:rsidR="007E21A4" w:rsidRPr="00505B42" w:rsidRDefault="00000000" w:rsidP="000C5BCD">
            <w:pPr>
              <w:spacing w:line="276" w:lineRule="auto"/>
              <w:rPr>
                <w:rFonts w:cs="Noto Sans"/>
              </w:rPr>
            </w:pPr>
            <w:r w:rsidRPr="00505B42">
              <w:rPr>
                <w:rFonts w:cs="Noto Sans"/>
              </w:rPr>
              <w:t>Multiplicative inverse</w:t>
            </w:r>
          </w:p>
        </w:tc>
        <w:tc>
          <w:tcPr>
            <w:tcW w:w="7171" w:type="dxa"/>
          </w:tcPr>
          <w:p w14:paraId="6413601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reciprocal of a number.</w:t>
            </w:r>
          </w:p>
        </w:tc>
      </w:tr>
      <w:tr w:rsidR="007E21A4" w:rsidRPr="00505B42" w14:paraId="0720D31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8928FD6" w14:textId="77777777" w:rsidR="007E21A4" w:rsidRPr="00505B42" w:rsidRDefault="00000000" w:rsidP="000C5BCD">
            <w:pPr>
              <w:spacing w:line="276" w:lineRule="auto"/>
              <w:rPr>
                <w:rFonts w:cs="Noto Sans"/>
              </w:rPr>
            </w:pPr>
            <w:r w:rsidRPr="00505B42">
              <w:rPr>
                <w:rFonts w:cs="Noto Sans"/>
              </w:rPr>
              <w:t>Inverso multiplicativo</w:t>
            </w:r>
          </w:p>
        </w:tc>
        <w:tc>
          <w:tcPr>
            <w:tcW w:w="7171" w:type="dxa"/>
          </w:tcPr>
          <w:p w14:paraId="39A4ECE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recíproco de un número.</w:t>
            </w:r>
          </w:p>
        </w:tc>
      </w:tr>
    </w:tbl>
    <w:p w14:paraId="114F51FB"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2B08D33E" w14:textId="77777777" w:rsidR="007E21A4" w:rsidRPr="00505B42" w:rsidRDefault="00000000" w:rsidP="00F719CF">
      <w:pPr>
        <w:pStyle w:val="Heading2"/>
      </w:pPr>
      <w:bookmarkStart w:id="10" w:name="_Toc162956992"/>
      <w:r w:rsidRPr="00505B42">
        <w:t>N</w:t>
      </w:r>
      <w:bookmarkEnd w:id="10"/>
    </w:p>
    <w:tbl>
      <w:tblPr>
        <w:tblStyle w:val="GlossaryTerm-Standard"/>
        <w:tblW w:w="0" w:type="auto"/>
        <w:tblLook w:val="0480" w:firstRow="0" w:lastRow="0" w:firstColumn="1" w:lastColumn="0" w:noHBand="0" w:noVBand="1"/>
      </w:tblPr>
      <w:tblGrid>
        <w:gridCol w:w="2111"/>
        <w:gridCol w:w="6745"/>
      </w:tblGrid>
      <w:tr w:rsidR="007E21A4" w:rsidRPr="00505B42" w14:paraId="75AA324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C9CA8D3" w14:textId="77777777" w:rsidR="007E21A4" w:rsidRPr="00505B42" w:rsidRDefault="00000000" w:rsidP="000C5BCD">
            <w:pPr>
              <w:spacing w:line="276" w:lineRule="auto"/>
              <w:rPr>
                <w:rFonts w:cs="Noto Sans"/>
              </w:rPr>
            </w:pPr>
            <w:r w:rsidRPr="00505B42">
              <w:rPr>
                <w:rFonts w:cs="Noto Sans"/>
              </w:rPr>
              <w:t>Negative numbers</w:t>
            </w:r>
          </w:p>
        </w:tc>
        <w:tc>
          <w:tcPr>
            <w:tcW w:w="7171" w:type="dxa"/>
          </w:tcPr>
          <w:p w14:paraId="71055C1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Numbers less than 0.</w:t>
            </w:r>
          </w:p>
        </w:tc>
      </w:tr>
      <w:tr w:rsidR="007E21A4" w:rsidRPr="00505B42" w14:paraId="25EEEA1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D586EF2" w14:textId="77777777" w:rsidR="007E21A4" w:rsidRPr="00505B42" w:rsidRDefault="00000000" w:rsidP="000C5BCD">
            <w:pPr>
              <w:spacing w:line="276" w:lineRule="auto"/>
              <w:rPr>
                <w:rFonts w:cs="Noto Sans"/>
              </w:rPr>
            </w:pPr>
            <w:r w:rsidRPr="00505B42">
              <w:rPr>
                <w:rFonts w:cs="Noto Sans"/>
              </w:rPr>
              <w:t>Números negativos</w:t>
            </w:r>
          </w:p>
        </w:tc>
        <w:tc>
          <w:tcPr>
            <w:tcW w:w="7171" w:type="dxa"/>
          </w:tcPr>
          <w:p w14:paraId="64A4EB9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Números menores que 0.</w:t>
            </w:r>
          </w:p>
        </w:tc>
      </w:tr>
    </w:tbl>
    <w:p w14:paraId="5997D70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5"/>
        <w:gridCol w:w="6731"/>
      </w:tblGrid>
      <w:tr w:rsidR="007E21A4" w:rsidRPr="00505B42" w14:paraId="1CC2E4D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2079B0" w14:textId="77777777" w:rsidR="007E21A4" w:rsidRPr="00505B42" w:rsidRDefault="00000000" w:rsidP="000C5BCD">
            <w:pPr>
              <w:spacing w:line="276" w:lineRule="auto"/>
              <w:rPr>
                <w:rFonts w:cs="Noto Sans"/>
              </w:rPr>
            </w:pPr>
            <w:r w:rsidRPr="00505B42">
              <w:rPr>
                <w:rFonts w:cs="Noto Sans"/>
              </w:rPr>
              <w:t>Negative relationship</w:t>
            </w:r>
          </w:p>
        </w:tc>
        <w:tc>
          <w:tcPr>
            <w:tcW w:w="7171" w:type="dxa"/>
          </w:tcPr>
          <w:p w14:paraId="45E9287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relationship between two numerical variables where an increase in the data for one variable tends to be paired with a decrease in the data for the other variable.</w:t>
            </w:r>
          </w:p>
        </w:tc>
      </w:tr>
      <w:tr w:rsidR="007E21A4" w:rsidRPr="00505B42" w14:paraId="3D1EE52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BD1734D" w14:textId="77777777" w:rsidR="007E21A4" w:rsidRPr="00505B42" w:rsidRDefault="00000000" w:rsidP="000C5BCD">
            <w:pPr>
              <w:spacing w:line="276" w:lineRule="auto"/>
              <w:rPr>
                <w:rFonts w:cs="Noto Sans"/>
              </w:rPr>
            </w:pPr>
            <w:r w:rsidRPr="00505B42">
              <w:rPr>
                <w:rFonts w:cs="Noto Sans"/>
              </w:rPr>
              <w:t>Relación negativa</w:t>
            </w:r>
          </w:p>
        </w:tc>
        <w:tc>
          <w:tcPr>
            <w:tcW w:w="7171" w:type="dxa"/>
          </w:tcPr>
          <w:p w14:paraId="2D414C7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relación entre dos variables numéricas donde un aumento en los datos de una variable tiende a ir acompañado de una disminución en los datos de la otra variable.</w:t>
            </w:r>
          </w:p>
        </w:tc>
      </w:tr>
    </w:tbl>
    <w:p w14:paraId="654A7318"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02DCB09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42E3CB4" w14:textId="77777777" w:rsidR="007E21A4" w:rsidRPr="00505B42" w:rsidRDefault="00000000" w:rsidP="000C5BCD">
            <w:pPr>
              <w:spacing w:line="276" w:lineRule="auto"/>
              <w:rPr>
                <w:rFonts w:cs="Noto Sans"/>
              </w:rPr>
            </w:pPr>
            <w:r w:rsidRPr="00505B42">
              <w:rPr>
                <w:rFonts w:cs="Noto Sans"/>
              </w:rPr>
              <w:t>Negative slope</w:t>
            </w:r>
          </w:p>
        </w:tc>
        <w:tc>
          <w:tcPr>
            <w:tcW w:w="7171" w:type="dxa"/>
          </w:tcPr>
          <w:p w14:paraId="2CDBAF3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Shape of a line that is sloping downwards as it moves from left to right. (Decreasing)</w:t>
            </w:r>
          </w:p>
        </w:tc>
      </w:tr>
      <w:tr w:rsidR="007E21A4" w:rsidRPr="00505B42" w14:paraId="2D65537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76E3BE8" w14:textId="77777777" w:rsidR="007E21A4" w:rsidRPr="00505B42" w:rsidRDefault="00000000" w:rsidP="000C5BCD">
            <w:pPr>
              <w:spacing w:line="276" w:lineRule="auto"/>
              <w:rPr>
                <w:rFonts w:cs="Noto Sans"/>
              </w:rPr>
            </w:pPr>
            <w:r w:rsidRPr="00505B42">
              <w:rPr>
                <w:rFonts w:cs="Noto Sans"/>
              </w:rPr>
              <w:t>Pendiente negativa</w:t>
            </w:r>
          </w:p>
        </w:tc>
        <w:tc>
          <w:tcPr>
            <w:tcW w:w="7171" w:type="dxa"/>
          </w:tcPr>
          <w:p w14:paraId="0AFD2AF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Forma de una línea que se inclina hacia abajo a medida que se mueve de izquierda a derecha. (Decreciente)</w:t>
            </w:r>
          </w:p>
        </w:tc>
      </w:tr>
    </w:tbl>
    <w:p w14:paraId="233FD5F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2B3429C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3016257" w14:textId="77777777" w:rsidR="007E21A4" w:rsidRPr="00505B42" w:rsidRDefault="00000000" w:rsidP="000C5BCD">
            <w:pPr>
              <w:spacing w:line="276" w:lineRule="auto"/>
              <w:rPr>
                <w:rFonts w:cs="Noto Sans"/>
              </w:rPr>
            </w:pPr>
            <w:r w:rsidRPr="00505B42">
              <w:rPr>
                <w:rFonts w:cs="Noto Sans"/>
              </w:rPr>
              <w:t>n-</w:t>
            </w:r>
            <w:proofErr w:type="spellStart"/>
            <w:r w:rsidRPr="00505B42">
              <w:rPr>
                <w:rFonts w:cs="Noto Sans"/>
              </w:rPr>
              <w:t>th</w:t>
            </w:r>
            <w:proofErr w:type="spellEnd"/>
            <w:r w:rsidRPr="00505B42">
              <w:rPr>
                <w:rFonts w:cs="Noto Sans"/>
              </w:rPr>
              <w:t xml:space="preserve"> term</w:t>
            </w:r>
          </w:p>
        </w:tc>
        <w:tc>
          <w:tcPr>
            <w:tcW w:w="7171" w:type="dxa"/>
          </w:tcPr>
          <w:p w14:paraId="4726811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formula that allows you to find the value of any term of a sequence.</w:t>
            </w:r>
          </w:p>
        </w:tc>
      </w:tr>
      <w:tr w:rsidR="007E21A4" w:rsidRPr="00505B42" w14:paraId="0F42CFD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327A07" w14:textId="77777777" w:rsidR="007E21A4" w:rsidRPr="00505B42" w:rsidRDefault="00000000" w:rsidP="000C5BCD">
            <w:pPr>
              <w:spacing w:line="276" w:lineRule="auto"/>
              <w:rPr>
                <w:rFonts w:cs="Noto Sans"/>
              </w:rPr>
            </w:pPr>
            <w:r w:rsidRPr="00505B42">
              <w:rPr>
                <w:rFonts w:cs="Noto Sans"/>
              </w:rPr>
              <w:t>Enésimo término</w:t>
            </w:r>
          </w:p>
        </w:tc>
        <w:tc>
          <w:tcPr>
            <w:tcW w:w="7171" w:type="dxa"/>
          </w:tcPr>
          <w:p w14:paraId="2A8018C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fórmula que te permite encontrar el valor de cualquier término de una secuencia.</w:t>
            </w:r>
          </w:p>
        </w:tc>
      </w:tr>
    </w:tbl>
    <w:p w14:paraId="112C9DF6" w14:textId="77777777" w:rsidR="007E21A4" w:rsidRPr="00505B42" w:rsidRDefault="007E21A4" w:rsidP="000C5BCD">
      <w:pPr>
        <w:rPr>
          <w:rFonts w:ascii="Noto Sans" w:hAnsi="Noto Sans" w:cs="Noto Sans"/>
        </w:rPr>
      </w:pPr>
    </w:p>
    <w:tbl>
      <w:tblPr>
        <w:tblStyle w:val="GlossaryTerm-Standard"/>
        <w:tblW w:w="0" w:type="auto"/>
        <w:tblLook w:val="0480" w:firstRow="0" w:lastRow="0" w:firstColumn="1" w:lastColumn="0" w:noHBand="0" w:noVBand="1"/>
      </w:tblPr>
      <w:tblGrid>
        <w:gridCol w:w="2123"/>
        <w:gridCol w:w="6733"/>
      </w:tblGrid>
      <w:tr w:rsidR="007E21A4" w:rsidRPr="00505B42" w14:paraId="3B81D54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7B4AFF2" w14:textId="77777777" w:rsidR="007E21A4" w:rsidRPr="00505B42" w:rsidRDefault="00000000" w:rsidP="000C5BCD">
            <w:pPr>
              <w:spacing w:line="276" w:lineRule="auto"/>
              <w:rPr>
                <w:rFonts w:cs="Noto Sans"/>
              </w:rPr>
            </w:pPr>
            <w:r w:rsidRPr="00505B42">
              <w:rPr>
                <w:rFonts w:cs="Noto Sans"/>
              </w:rPr>
              <w:t>Numerator</w:t>
            </w:r>
          </w:p>
        </w:tc>
        <w:tc>
          <w:tcPr>
            <w:tcW w:w="7171" w:type="dxa"/>
          </w:tcPr>
          <w:p w14:paraId="69CEBEF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top part of a fraction that represents how many of a part is being divided. </w:t>
            </w:r>
          </w:p>
        </w:tc>
      </w:tr>
      <w:tr w:rsidR="007E21A4" w:rsidRPr="00505B42" w14:paraId="2A7C6BA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EE04881" w14:textId="77777777" w:rsidR="007E21A4" w:rsidRPr="00505B42" w:rsidRDefault="00000000" w:rsidP="000C5BCD">
            <w:pPr>
              <w:spacing w:line="276" w:lineRule="auto"/>
              <w:rPr>
                <w:rFonts w:cs="Noto Sans"/>
              </w:rPr>
            </w:pPr>
            <w:r w:rsidRPr="00505B42">
              <w:rPr>
                <w:rFonts w:cs="Noto Sans"/>
              </w:rPr>
              <w:t>Numerador</w:t>
            </w:r>
          </w:p>
        </w:tc>
        <w:tc>
          <w:tcPr>
            <w:tcW w:w="7171" w:type="dxa"/>
          </w:tcPr>
          <w:p w14:paraId="7D4A67C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parte superior de una fracción que representa cuántos de una parte se están dividiendo.</w:t>
            </w:r>
          </w:p>
        </w:tc>
      </w:tr>
    </w:tbl>
    <w:p w14:paraId="023AB339"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20FA451C" w14:textId="77777777" w:rsidR="007E21A4" w:rsidRPr="00505B42" w:rsidRDefault="00000000" w:rsidP="00F719CF">
      <w:pPr>
        <w:pStyle w:val="Heading2"/>
        <w:keepNext/>
      </w:pPr>
      <w:bookmarkStart w:id="11" w:name="_Toc162956993"/>
      <w:r w:rsidRPr="00505B42">
        <w:t>O</w:t>
      </w:r>
      <w:bookmarkEnd w:id="11"/>
    </w:p>
    <w:tbl>
      <w:tblPr>
        <w:tblStyle w:val="GlossaryTerm-Standard"/>
        <w:tblW w:w="0" w:type="auto"/>
        <w:tblLook w:val="0480" w:firstRow="0" w:lastRow="0" w:firstColumn="1" w:lastColumn="0" w:noHBand="0" w:noVBand="1"/>
      </w:tblPr>
      <w:tblGrid>
        <w:gridCol w:w="2102"/>
        <w:gridCol w:w="6754"/>
      </w:tblGrid>
      <w:tr w:rsidR="007E21A4" w:rsidRPr="00505B42" w14:paraId="3B00759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3A0DE1" w14:textId="77777777" w:rsidR="007E21A4" w:rsidRPr="00505B42" w:rsidRDefault="00000000" w:rsidP="00F719CF">
            <w:pPr>
              <w:keepNext/>
              <w:spacing w:line="276" w:lineRule="auto"/>
              <w:rPr>
                <w:rFonts w:cs="Noto Sans"/>
              </w:rPr>
            </w:pPr>
            <w:r w:rsidRPr="00505B42">
              <w:rPr>
                <w:rFonts w:cs="Noto Sans"/>
              </w:rPr>
              <w:t>Odd number</w:t>
            </w:r>
          </w:p>
        </w:tc>
        <w:tc>
          <w:tcPr>
            <w:tcW w:w="7171" w:type="dxa"/>
          </w:tcPr>
          <w:p w14:paraId="1A333EE4" w14:textId="77777777" w:rsidR="007E21A4" w:rsidRPr="00505B42" w:rsidRDefault="00000000" w:rsidP="00F719CF">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value that is not divisible by two </w:t>
            </w:r>
          </w:p>
        </w:tc>
      </w:tr>
      <w:tr w:rsidR="007E21A4" w:rsidRPr="00505B42" w14:paraId="19B27FF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BACD823" w14:textId="77777777" w:rsidR="007E21A4" w:rsidRPr="00505B42" w:rsidRDefault="00000000" w:rsidP="00F719CF">
            <w:pPr>
              <w:keepNext/>
              <w:spacing w:line="276" w:lineRule="auto"/>
              <w:rPr>
                <w:rFonts w:cs="Noto Sans"/>
              </w:rPr>
            </w:pPr>
            <w:r w:rsidRPr="00505B42">
              <w:rPr>
                <w:rFonts w:cs="Noto Sans"/>
              </w:rPr>
              <w:t>Número impar</w:t>
            </w:r>
          </w:p>
        </w:tc>
        <w:tc>
          <w:tcPr>
            <w:tcW w:w="7171" w:type="dxa"/>
          </w:tcPr>
          <w:p w14:paraId="50EC70DC" w14:textId="77777777" w:rsidR="007E21A4" w:rsidRPr="00505B42" w:rsidRDefault="00000000" w:rsidP="00F719CF">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valor que no es divisible por dos.</w:t>
            </w:r>
          </w:p>
        </w:tc>
      </w:tr>
    </w:tbl>
    <w:p w14:paraId="6FE3EA9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3"/>
        <w:gridCol w:w="6753"/>
      </w:tblGrid>
      <w:tr w:rsidR="007E21A4" w:rsidRPr="00505B42" w14:paraId="301462E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5AC789B" w14:textId="77777777" w:rsidR="007E21A4" w:rsidRPr="00505B42" w:rsidRDefault="00000000" w:rsidP="008E472A">
            <w:pPr>
              <w:keepNext/>
              <w:spacing w:line="276" w:lineRule="auto"/>
              <w:rPr>
                <w:rFonts w:cs="Noto Sans"/>
              </w:rPr>
            </w:pPr>
            <w:r w:rsidRPr="00505B42">
              <w:rPr>
                <w:rFonts w:cs="Noto Sans"/>
              </w:rPr>
              <w:lastRenderedPageBreak/>
              <w:t>Opposite</w:t>
            </w:r>
          </w:p>
        </w:tc>
        <w:tc>
          <w:tcPr>
            <w:tcW w:w="7171" w:type="dxa"/>
          </w:tcPr>
          <w:p w14:paraId="149B979F"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number equidistant from zero on the number line as a given number, but on the opposite side of zero. Also called the additive inverse. For example, 2 and -2.</w:t>
            </w:r>
          </w:p>
        </w:tc>
      </w:tr>
      <w:tr w:rsidR="007E21A4" w:rsidRPr="00505B42" w14:paraId="2548A09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9236EAC" w14:textId="77777777" w:rsidR="007E21A4" w:rsidRPr="00505B42" w:rsidRDefault="00000000" w:rsidP="008E472A">
            <w:pPr>
              <w:keepNext/>
              <w:spacing w:line="276" w:lineRule="auto"/>
              <w:rPr>
                <w:rFonts w:cs="Noto Sans"/>
              </w:rPr>
            </w:pPr>
            <w:r w:rsidRPr="00505B42">
              <w:rPr>
                <w:rFonts w:cs="Noto Sans"/>
              </w:rPr>
              <w:t>Opuesto</w:t>
            </w:r>
          </w:p>
        </w:tc>
        <w:tc>
          <w:tcPr>
            <w:tcW w:w="7171" w:type="dxa"/>
          </w:tcPr>
          <w:p w14:paraId="7F5970C8"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número equidistante del cero en la recta numérica como un número dado, pero en el lado opuesto del cero. También llamado inverso aditivo. Por ejemplo, 2 y -2.</w:t>
            </w:r>
          </w:p>
        </w:tc>
      </w:tr>
    </w:tbl>
    <w:p w14:paraId="6E469FE4"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8"/>
        <w:gridCol w:w="6748"/>
      </w:tblGrid>
      <w:tr w:rsidR="007E21A4" w:rsidRPr="00505B42" w14:paraId="204673E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670ED82" w14:textId="77777777" w:rsidR="007E21A4" w:rsidRPr="00505B42" w:rsidRDefault="00000000" w:rsidP="000C5BCD">
            <w:pPr>
              <w:spacing w:line="276" w:lineRule="auto"/>
              <w:rPr>
                <w:rFonts w:cs="Noto Sans"/>
              </w:rPr>
            </w:pPr>
            <w:r w:rsidRPr="00505B42">
              <w:rPr>
                <w:rFonts w:cs="Noto Sans"/>
              </w:rPr>
              <w:t>Opposite reciprocal</w:t>
            </w:r>
          </w:p>
        </w:tc>
        <w:tc>
          <w:tcPr>
            <w:tcW w:w="7171" w:type="dxa"/>
          </w:tcPr>
          <w:p w14:paraId="55545B7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multiplicative inverse of a value that is also a different sign. The produce of the two values is -1. For example, </w:t>
            </w:r>
            <m:oMath>
              <m:r>
                <w:rPr>
                  <w:rFonts w:ascii="Cambria Math" w:hAnsi="Cambria Math" w:cs="Noto Sans"/>
                </w:rPr>
                <m:t>n</m:t>
              </m:r>
            </m:oMath>
            <w:r w:rsidRPr="00505B42">
              <w:rPr>
                <w:rFonts w:cs="Noto Sans"/>
              </w:rPr>
              <w:t xml:space="preserve"> and </w:t>
            </w:r>
            <m:oMath>
              <m:r>
                <w:rPr>
                  <w:rFonts w:ascii="Cambria Math" w:hAnsi="Cambria Math" w:cs="Noto Sans"/>
                </w:rPr>
                <m:t>-</m:t>
              </m:r>
              <m:f>
                <m:fPr>
                  <m:ctrlPr>
                    <w:rPr>
                      <w:rFonts w:ascii="Cambria Math" w:hAnsi="Cambria Math" w:cs="Noto Sans"/>
                      <w:i/>
                    </w:rPr>
                  </m:ctrlPr>
                </m:fPr>
                <m:num>
                  <m:r>
                    <w:rPr>
                      <w:rFonts w:ascii="Cambria Math" w:hAnsi="Cambria Math" w:cs="Noto Sans"/>
                    </w:rPr>
                    <m:t>1</m:t>
                  </m:r>
                </m:num>
                <m:den>
                  <m:r>
                    <w:rPr>
                      <w:rFonts w:ascii="Cambria Math" w:hAnsi="Cambria Math" w:cs="Noto Sans"/>
                    </w:rPr>
                    <m:t>n</m:t>
                  </m:r>
                </m:den>
              </m:f>
            </m:oMath>
            <w:r w:rsidRPr="00505B42">
              <w:rPr>
                <w:rFonts w:cs="Noto Sans"/>
              </w:rPr>
              <w:t>. (change the sign and swap the numerator and denominator).</w:t>
            </w:r>
          </w:p>
        </w:tc>
      </w:tr>
      <w:tr w:rsidR="007E21A4" w:rsidRPr="00505B42" w14:paraId="395A5E1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9D9F056" w14:textId="77777777" w:rsidR="007E21A4" w:rsidRPr="00370EB2" w:rsidRDefault="00000000" w:rsidP="000C5BCD">
            <w:pPr>
              <w:spacing w:line="276" w:lineRule="auto"/>
              <w:rPr>
                <w:rFonts w:cs="Noto Sans"/>
                <w:lang w:val="es-ES"/>
              </w:rPr>
            </w:pPr>
            <w:r w:rsidRPr="00370EB2">
              <w:rPr>
                <w:rFonts w:cs="Noto Sans"/>
                <w:lang w:val="es-ES"/>
              </w:rPr>
              <w:t>Recíproco opuesto</w:t>
            </w:r>
          </w:p>
        </w:tc>
        <w:tc>
          <w:tcPr>
            <w:tcW w:w="7171" w:type="dxa"/>
          </w:tcPr>
          <w:p w14:paraId="48E5F7A5"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El inverso multiplicativo de un valor que también es de diferente signo. El producto de los dos valores es -1. Por ejemplo, </w:t>
            </w:r>
            <m:oMath>
              <m:r>
                <w:rPr>
                  <w:rFonts w:ascii="Cambria Math" w:hAnsi="Cambria Math" w:cs="Noto Sans"/>
                  <w:lang w:val="es-ES"/>
                </w:rPr>
                <m:t>n</m:t>
              </m:r>
            </m:oMath>
            <w:r w:rsidRPr="00370EB2">
              <w:rPr>
                <w:rFonts w:cs="Noto Sans"/>
                <w:lang w:val="es-ES"/>
              </w:rPr>
              <w:t xml:space="preserve"> y </w:t>
            </w:r>
            <m:oMath>
              <m:r>
                <w:rPr>
                  <w:rFonts w:ascii="Cambria Math" w:hAnsi="Cambria Math" w:cs="Noto Sans"/>
                  <w:lang w:val="es-ES"/>
                </w:rPr>
                <m:t>-</m:t>
              </m:r>
              <m:f>
                <m:fPr>
                  <m:ctrlPr>
                    <w:rPr>
                      <w:rFonts w:ascii="Cambria Math" w:hAnsi="Cambria Math" w:cs="Noto Sans"/>
                      <w:i/>
                      <w:lang w:val="es-ES"/>
                    </w:rPr>
                  </m:ctrlPr>
                </m:fPr>
                <m:num>
                  <m:r>
                    <w:rPr>
                      <w:rFonts w:ascii="Cambria Math" w:hAnsi="Cambria Math" w:cs="Noto Sans"/>
                      <w:lang w:val="es-ES"/>
                    </w:rPr>
                    <m:t>1</m:t>
                  </m:r>
                </m:num>
                <m:den>
                  <m:r>
                    <w:rPr>
                      <w:rFonts w:ascii="Cambria Math" w:hAnsi="Cambria Math" w:cs="Noto Sans"/>
                      <w:lang w:val="es-ES"/>
                    </w:rPr>
                    <m:t>n</m:t>
                  </m:r>
                </m:den>
              </m:f>
            </m:oMath>
            <w:r w:rsidRPr="00370EB2">
              <w:rPr>
                <w:rFonts w:cs="Noto Sans"/>
                <w:lang w:val="es-ES"/>
              </w:rPr>
              <w:t>. (cambia el signo e intercambia el numerador y el denominador)</w:t>
            </w:r>
          </w:p>
        </w:tc>
      </w:tr>
    </w:tbl>
    <w:p w14:paraId="5AD785F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5"/>
        <w:gridCol w:w="6751"/>
      </w:tblGrid>
      <w:tr w:rsidR="007E21A4" w:rsidRPr="00505B42" w14:paraId="0DECB742"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93A719A" w14:textId="77777777" w:rsidR="007E21A4" w:rsidRPr="00505B42" w:rsidRDefault="00000000" w:rsidP="000C5BCD">
            <w:pPr>
              <w:spacing w:line="276" w:lineRule="auto"/>
              <w:rPr>
                <w:rFonts w:cs="Noto Sans"/>
              </w:rPr>
            </w:pPr>
            <w:r w:rsidRPr="00505B42">
              <w:rPr>
                <w:rFonts w:cs="Noto Sans"/>
              </w:rPr>
              <w:t>Ordered pair</w:t>
            </w:r>
          </w:p>
        </w:tc>
        <w:tc>
          <w:tcPr>
            <w:tcW w:w="7171" w:type="dxa"/>
          </w:tcPr>
          <w:p w14:paraId="7224EED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coordinates of a point in a rectangular coordinate system. Represented by </w:t>
            </w:r>
            <m:oMath>
              <m:r>
                <w:rPr>
                  <w:rFonts w:ascii="Cambria Math" w:hAnsi="Cambria Math" w:cs="Noto Sans"/>
                </w:rPr>
                <m:t>(x, y)</m:t>
              </m:r>
            </m:oMath>
            <w:r w:rsidRPr="00505B42">
              <w:rPr>
                <w:rFonts w:cs="Noto Sans"/>
              </w:rPr>
              <w:t xml:space="preserve">. </w:t>
            </w:r>
          </w:p>
        </w:tc>
      </w:tr>
      <w:tr w:rsidR="007E21A4" w:rsidRPr="00505B42" w14:paraId="176C920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D3F1526" w14:textId="77777777" w:rsidR="007E21A4" w:rsidRPr="00505B42" w:rsidRDefault="00000000" w:rsidP="000C5BCD">
            <w:pPr>
              <w:spacing w:line="276" w:lineRule="auto"/>
              <w:rPr>
                <w:rFonts w:cs="Noto Sans"/>
              </w:rPr>
            </w:pPr>
            <w:r w:rsidRPr="00505B42">
              <w:rPr>
                <w:rFonts w:cs="Noto Sans"/>
              </w:rPr>
              <w:t>Par ordenado</w:t>
            </w:r>
          </w:p>
        </w:tc>
        <w:tc>
          <w:tcPr>
            <w:tcW w:w="7171" w:type="dxa"/>
          </w:tcPr>
          <w:p w14:paraId="081B392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Las coordenadas de un punto en un sistema de coordenadas rectangular. Representado por </w:t>
            </w:r>
            <m:oMath>
              <m:r>
                <w:rPr>
                  <w:rFonts w:ascii="Cambria Math" w:hAnsi="Cambria Math" w:cs="Noto Sans"/>
                </w:rPr>
                <m:t>(x, y)</m:t>
              </m:r>
            </m:oMath>
            <w:r w:rsidRPr="00505B42">
              <w:rPr>
                <w:rFonts w:cs="Noto Sans"/>
              </w:rPr>
              <w:t>.</w:t>
            </w:r>
          </w:p>
        </w:tc>
      </w:tr>
    </w:tbl>
    <w:p w14:paraId="3B2A7F2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87"/>
        <w:gridCol w:w="6769"/>
      </w:tblGrid>
      <w:tr w:rsidR="007E21A4" w:rsidRPr="00505B42" w14:paraId="4B291B22"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85D54AF" w14:textId="77777777" w:rsidR="007E21A4" w:rsidRPr="00505B42" w:rsidRDefault="00000000" w:rsidP="000C5BCD">
            <w:pPr>
              <w:keepNext/>
              <w:spacing w:line="276" w:lineRule="auto"/>
              <w:rPr>
                <w:rFonts w:cs="Noto Sans"/>
              </w:rPr>
            </w:pPr>
            <w:r w:rsidRPr="00505B42">
              <w:rPr>
                <w:rFonts w:cs="Noto Sans"/>
              </w:rPr>
              <w:t>Origin</w:t>
            </w:r>
          </w:p>
        </w:tc>
        <w:tc>
          <w:tcPr>
            <w:tcW w:w="7171" w:type="dxa"/>
          </w:tcPr>
          <w:p w14:paraId="5F86A307"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point of intersection of the axes in a coordinate system. The ordered pair for this point is written </w:t>
            </w:r>
            <m:oMath>
              <m:r>
                <w:rPr>
                  <w:rFonts w:ascii="Cambria Math" w:hAnsi="Cambria Math" w:cs="Noto Sans"/>
                </w:rPr>
                <m:t>(0, 0)</m:t>
              </m:r>
            </m:oMath>
            <w:r w:rsidRPr="00505B42">
              <w:rPr>
                <w:rFonts w:cs="Noto Sans"/>
              </w:rPr>
              <w:t xml:space="preserve">. </w:t>
            </w:r>
          </w:p>
        </w:tc>
      </w:tr>
      <w:tr w:rsidR="007E21A4" w:rsidRPr="00505B42" w14:paraId="59C3F86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302CE28" w14:textId="77777777" w:rsidR="007E21A4" w:rsidRPr="00505B42" w:rsidRDefault="00000000" w:rsidP="000C5BCD">
            <w:pPr>
              <w:keepNext/>
              <w:spacing w:line="276" w:lineRule="auto"/>
              <w:rPr>
                <w:rFonts w:cs="Noto Sans"/>
              </w:rPr>
            </w:pPr>
            <w:r w:rsidRPr="00505B42">
              <w:rPr>
                <w:rFonts w:cs="Noto Sans"/>
              </w:rPr>
              <w:t>Origen</w:t>
            </w:r>
          </w:p>
        </w:tc>
        <w:tc>
          <w:tcPr>
            <w:tcW w:w="7171" w:type="dxa"/>
          </w:tcPr>
          <w:p w14:paraId="1DAB901A"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punto de intersección de los ejes en un sistema de coordenadas. El par ordenado para este punto se escribe </w:t>
            </w:r>
            <m:oMath>
              <m:r>
                <w:rPr>
                  <w:rFonts w:ascii="Cambria Math" w:hAnsi="Cambria Math" w:cs="Noto Sans"/>
                </w:rPr>
                <m:t>(0, 0)</m:t>
              </m:r>
            </m:oMath>
            <w:r w:rsidRPr="00505B42">
              <w:rPr>
                <w:rFonts w:cs="Noto Sans"/>
              </w:rPr>
              <w:t>.</w:t>
            </w:r>
          </w:p>
        </w:tc>
      </w:tr>
    </w:tbl>
    <w:p w14:paraId="4E1E93A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1"/>
        <w:gridCol w:w="6765"/>
      </w:tblGrid>
      <w:tr w:rsidR="007E21A4" w:rsidRPr="00505B42" w14:paraId="400EBF0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612C1D7" w14:textId="77777777" w:rsidR="007E21A4" w:rsidRPr="00505B42" w:rsidRDefault="00000000" w:rsidP="008E472A">
            <w:pPr>
              <w:keepNext/>
              <w:spacing w:line="276" w:lineRule="auto"/>
              <w:rPr>
                <w:rFonts w:cs="Noto Sans"/>
              </w:rPr>
            </w:pPr>
            <w:r w:rsidRPr="00505B42">
              <w:rPr>
                <w:rFonts w:cs="Noto Sans"/>
              </w:rPr>
              <w:lastRenderedPageBreak/>
              <w:t>Output</w:t>
            </w:r>
          </w:p>
        </w:tc>
        <w:tc>
          <w:tcPr>
            <w:tcW w:w="7171" w:type="dxa"/>
          </w:tcPr>
          <w:p w14:paraId="18A2FE9E"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value that results from substituting the input values into a function.</w:t>
            </w:r>
          </w:p>
        </w:tc>
      </w:tr>
      <w:tr w:rsidR="007E21A4" w:rsidRPr="00505B42" w14:paraId="39725F4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C24768" w14:textId="77777777" w:rsidR="007E21A4" w:rsidRPr="00505B42" w:rsidRDefault="00000000" w:rsidP="008E472A">
            <w:pPr>
              <w:keepNext/>
              <w:spacing w:line="276" w:lineRule="auto"/>
              <w:rPr>
                <w:rFonts w:cs="Noto Sans"/>
              </w:rPr>
            </w:pPr>
            <w:r w:rsidRPr="00505B42">
              <w:rPr>
                <w:rFonts w:cs="Noto Sans"/>
              </w:rPr>
              <w:t>Salida</w:t>
            </w:r>
          </w:p>
        </w:tc>
        <w:tc>
          <w:tcPr>
            <w:tcW w:w="7171" w:type="dxa"/>
          </w:tcPr>
          <w:p w14:paraId="083A238C"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valor que resulta de sustituir valores de entrada en una función.</w:t>
            </w:r>
          </w:p>
        </w:tc>
      </w:tr>
    </w:tbl>
    <w:p w14:paraId="73BD9063"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4A591A41" w14:textId="77777777" w:rsidR="007E21A4" w:rsidRPr="00505B42" w:rsidRDefault="00000000" w:rsidP="00F719CF">
      <w:pPr>
        <w:pStyle w:val="Heading2"/>
      </w:pPr>
      <w:bookmarkStart w:id="12" w:name="_Toc162956994"/>
      <w:r w:rsidRPr="00505B42">
        <w:t>P</w:t>
      </w:r>
      <w:bookmarkEnd w:id="12"/>
    </w:p>
    <w:tbl>
      <w:tblPr>
        <w:tblStyle w:val="GlossaryTerm-Standard"/>
        <w:tblW w:w="0" w:type="auto"/>
        <w:tblLook w:val="0480" w:firstRow="0" w:lastRow="0" w:firstColumn="1" w:lastColumn="0" w:noHBand="0" w:noVBand="1"/>
      </w:tblPr>
      <w:tblGrid>
        <w:gridCol w:w="2104"/>
        <w:gridCol w:w="6752"/>
      </w:tblGrid>
      <w:tr w:rsidR="007E21A4" w:rsidRPr="00505B42" w14:paraId="5CC7C23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75105DB" w14:textId="77777777" w:rsidR="007E21A4" w:rsidRPr="00505B42" w:rsidRDefault="00000000" w:rsidP="000C5BCD">
            <w:pPr>
              <w:spacing w:line="276" w:lineRule="auto"/>
              <w:rPr>
                <w:rFonts w:cs="Noto Sans"/>
              </w:rPr>
            </w:pPr>
            <w:r w:rsidRPr="00505B42">
              <w:rPr>
                <w:rFonts w:cs="Noto Sans"/>
              </w:rPr>
              <w:t>Parabola</w:t>
            </w:r>
          </w:p>
        </w:tc>
        <w:tc>
          <w:tcPr>
            <w:tcW w:w="7171" w:type="dxa"/>
          </w:tcPr>
          <w:p w14:paraId="5A5A7F0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All points in a plane that are the same distance from a fixed point and a fixed line. The curved shape of the graph of a quadratic function.</w:t>
            </w:r>
          </w:p>
        </w:tc>
      </w:tr>
      <w:tr w:rsidR="007E21A4" w:rsidRPr="00505B42" w14:paraId="03FE59F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6720121" w14:textId="77777777" w:rsidR="007E21A4" w:rsidRPr="00505B42" w:rsidRDefault="00000000" w:rsidP="000C5BCD">
            <w:pPr>
              <w:spacing w:line="276" w:lineRule="auto"/>
              <w:rPr>
                <w:rFonts w:cs="Noto Sans"/>
              </w:rPr>
            </w:pPr>
            <w:r w:rsidRPr="00505B42">
              <w:rPr>
                <w:rFonts w:cs="Noto Sans"/>
              </w:rPr>
              <w:t>Parábola</w:t>
            </w:r>
          </w:p>
        </w:tc>
        <w:tc>
          <w:tcPr>
            <w:tcW w:w="7171" w:type="dxa"/>
          </w:tcPr>
          <w:p w14:paraId="0EA250B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Todos los puntos de un plano que están a la misma distancia de un punto fijo y de una recta fija. La forma curva de la gráfica de una función cuadrática.</w:t>
            </w:r>
          </w:p>
        </w:tc>
      </w:tr>
    </w:tbl>
    <w:p w14:paraId="4FCE0D08" w14:textId="77777777" w:rsidR="007E21A4" w:rsidRPr="00505B42" w:rsidRDefault="00C7712B" w:rsidP="008E472A">
      <w:pPr>
        <w:jc w:val="center"/>
        <w:rPr>
          <w:rFonts w:ascii="Noto Sans" w:hAnsi="Noto Sans" w:cs="Noto Sans"/>
        </w:rPr>
      </w:pPr>
      <w:r>
        <w:rPr>
          <w:rFonts w:ascii="Noto Sans" w:hAnsi="Noto Sans" w:cs="Noto Sans"/>
          <w:noProof/>
        </w:rPr>
        <w:drawing>
          <wp:inline distT="0" distB="0" distL="0" distR="0" wp14:anchorId="7D186FAE" wp14:editId="42444DEE">
            <wp:extent cx="2244034" cy="2150533"/>
            <wp:effectExtent l="0" t="0" r="4445" b="0"/>
            <wp:docPr id="1017973686" name="Picture 19" descr="A graph of a downward-opening parabola on a coordinate plane with labeled axes from -10 to 10.&#10;Un gráfico de una parábola que se abre hacia abajo en un plano coordenado con ejes etiquetados del -10 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73686" name="Picture 19" descr="A graph of a downward-opening parabola on a coordinate plane with labeled axes from -10 to 10.&#10;Un gráfico de una parábola que se abre hacia abajo en un plano coordenado con ejes etiquetados del -10 al 10."/>
                    <pic:cNvPicPr/>
                  </pic:nvPicPr>
                  <pic:blipFill>
                    <a:blip r:embed="rId24"/>
                    <a:stretch>
                      <a:fillRect/>
                    </a:stretch>
                  </pic:blipFill>
                  <pic:spPr>
                    <a:xfrm>
                      <a:off x="0" y="0"/>
                      <a:ext cx="2251785" cy="2157961"/>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06"/>
        <w:gridCol w:w="6750"/>
      </w:tblGrid>
      <w:tr w:rsidR="007E21A4" w:rsidRPr="00505B42" w14:paraId="0EB352D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ED6BD81" w14:textId="77777777" w:rsidR="007E21A4" w:rsidRPr="00505B42" w:rsidRDefault="00000000" w:rsidP="000C5BCD">
            <w:pPr>
              <w:spacing w:line="276" w:lineRule="auto"/>
              <w:rPr>
                <w:rFonts w:cs="Noto Sans"/>
              </w:rPr>
            </w:pPr>
            <w:r w:rsidRPr="00505B42">
              <w:rPr>
                <w:rFonts w:cs="Noto Sans"/>
              </w:rPr>
              <w:t>Parallel lines</w:t>
            </w:r>
          </w:p>
        </w:tc>
        <w:tc>
          <w:tcPr>
            <w:tcW w:w="7171" w:type="dxa"/>
          </w:tcPr>
          <w:p w14:paraId="7F30D04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Lines in the same plane that never intersect and have the same slope. </w:t>
            </w:r>
          </w:p>
        </w:tc>
      </w:tr>
      <w:tr w:rsidR="007E21A4" w:rsidRPr="00505B42" w14:paraId="2C90F50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7EDA1B" w14:textId="77777777" w:rsidR="007E21A4" w:rsidRPr="00505B42" w:rsidRDefault="00000000" w:rsidP="000C5BCD">
            <w:pPr>
              <w:spacing w:line="276" w:lineRule="auto"/>
              <w:rPr>
                <w:rFonts w:cs="Noto Sans"/>
              </w:rPr>
            </w:pPr>
            <w:r w:rsidRPr="00505B42">
              <w:rPr>
                <w:rFonts w:cs="Noto Sans"/>
              </w:rPr>
              <w:t>Líneas paralelas</w:t>
            </w:r>
          </w:p>
        </w:tc>
        <w:tc>
          <w:tcPr>
            <w:tcW w:w="7171" w:type="dxa"/>
          </w:tcPr>
          <w:p w14:paraId="6D81EDE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Líneas de un mismo plano que nunca se cortan y tienen las misma pendiente.</w:t>
            </w:r>
          </w:p>
        </w:tc>
      </w:tr>
    </w:tbl>
    <w:p w14:paraId="5014472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7DCA7EFF"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34FBC0C6" w14:textId="77777777" w:rsidR="007E21A4" w:rsidRPr="00505B42" w:rsidRDefault="00000000" w:rsidP="000C5BCD">
            <w:pPr>
              <w:keepNext/>
              <w:spacing w:line="276" w:lineRule="auto"/>
              <w:rPr>
                <w:rFonts w:cs="Noto Sans"/>
              </w:rPr>
            </w:pPr>
            <w:r w:rsidRPr="00505B42">
              <w:rPr>
                <w:rFonts w:cs="Noto Sans"/>
              </w:rPr>
              <w:lastRenderedPageBreak/>
              <w:t xml:space="preserve">Parent function of a linear </w:t>
            </w:r>
          </w:p>
        </w:tc>
        <w:tc>
          <w:tcPr>
            <w:tcW w:w="7171" w:type="dxa"/>
          </w:tcPr>
          <w:p w14:paraId="391F3895"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simplest function that still satisfies the definition of the particular type of function. For linear functions, this is </w:t>
            </w:r>
            <m:oMath>
              <m:r>
                <w:rPr>
                  <w:rFonts w:ascii="Cambria Math" w:hAnsi="Cambria Math" w:cs="Noto Sans"/>
                </w:rPr>
                <m:t>f(x) = x</m:t>
              </m:r>
            </m:oMath>
            <w:r w:rsidRPr="00505B42">
              <w:rPr>
                <w:rFonts w:cs="Noto Sans"/>
              </w:rPr>
              <w:t>.</w:t>
            </w:r>
          </w:p>
        </w:tc>
      </w:tr>
      <w:tr w:rsidR="007E21A4" w:rsidRPr="00505B42" w14:paraId="5C7D5675"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5C76F8CB" w14:textId="77777777" w:rsidR="007E21A4" w:rsidRPr="00370EB2" w:rsidRDefault="00000000" w:rsidP="000C5BCD">
            <w:pPr>
              <w:keepNext/>
              <w:spacing w:line="276" w:lineRule="auto"/>
              <w:rPr>
                <w:rFonts w:cs="Noto Sans"/>
                <w:lang w:val="es-ES"/>
              </w:rPr>
            </w:pPr>
            <w:r w:rsidRPr="00370EB2">
              <w:rPr>
                <w:rFonts w:cs="Noto Sans"/>
                <w:lang w:val="es-ES"/>
              </w:rPr>
              <w:t xml:space="preserve">Función </w:t>
            </w:r>
            <w:r w:rsidR="002E0641" w:rsidRPr="00370EB2">
              <w:rPr>
                <w:rFonts w:cs="Noto Sans"/>
                <w:lang w:val="es-ES"/>
              </w:rPr>
              <w:t>principal</w:t>
            </w:r>
            <w:r w:rsidRPr="00370EB2">
              <w:rPr>
                <w:rFonts w:cs="Noto Sans"/>
                <w:lang w:val="es-ES"/>
              </w:rPr>
              <w:t xml:space="preserve"> de una lineal</w:t>
            </w:r>
          </w:p>
        </w:tc>
        <w:tc>
          <w:tcPr>
            <w:tcW w:w="7171" w:type="dxa"/>
          </w:tcPr>
          <w:p w14:paraId="5B335CD6"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w:t>
            </w:r>
            <w:proofErr w:type="spellStart"/>
            <w:r w:rsidRPr="00505B42">
              <w:rPr>
                <w:rFonts w:cs="Noto Sans"/>
              </w:rPr>
              <w:t>más</w:t>
            </w:r>
            <w:proofErr w:type="spellEnd"/>
            <w:r w:rsidRPr="00505B42">
              <w:rPr>
                <w:rFonts w:cs="Noto Sans"/>
              </w:rPr>
              <w:t xml:space="preserve"> simple de </w:t>
            </w:r>
            <w:proofErr w:type="spellStart"/>
            <w:r w:rsidRPr="00505B42">
              <w:rPr>
                <w:rFonts w:cs="Noto Sans"/>
              </w:rPr>
              <w:t>los</w:t>
            </w:r>
            <w:proofErr w:type="spellEnd"/>
            <w:r w:rsidRPr="00505B42">
              <w:rPr>
                <w:rFonts w:cs="Noto Sans"/>
              </w:rPr>
              <w:t xml:space="preserve"> </w:t>
            </w:r>
            <w:proofErr w:type="spellStart"/>
            <w:r w:rsidRPr="00505B42">
              <w:rPr>
                <w:rFonts w:cs="Noto Sans"/>
              </w:rPr>
              <w:t>función</w:t>
            </w:r>
            <w:proofErr w:type="spellEnd"/>
            <w:r w:rsidRPr="00505B42">
              <w:rPr>
                <w:rFonts w:cs="Noto Sans"/>
              </w:rPr>
              <w:t xml:space="preserve">. Para funciones lineales, esto es </w:t>
            </w:r>
            <m:oMath>
              <m:r>
                <w:rPr>
                  <w:rFonts w:ascii="Cambria Math" w:hAnsi="Cambria Math" w:cs="Noto Sans"/>
                </w:rPr>
                <m:t>f(x) = x</m:t>
              </m:r>
            </m:oMath>
            <w:r w:rsidRPr="00505B42">
              <w:rPr>
                <w:rFonts w:cs="Noto Sans"/>
              </w:rPr>
              <w:t>.</w:t>
            </w:r>
          </w:p>
        </w:tc>
      </w:tr>
    </w:tbl>
    <w:p w14:paraId="4F6AA2B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5"/>
        <w:gridCol w:w="6741"/>
      </w:tblGrid>
      <w:tr w:rsidR="007E21A4" w:rsidRPr="00505B42" w14:paraId="629923C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8F21D80" w14:textId="77777777" w:rsidR="007E21A4" w:rsidRPr="00505B42" w:rsidRDefault="00000000" w:rsidP="000C5BCD">
            <w:pPr>
              <w:spacing w:line="276" w:lineRule="auto"/>
              <w:rPr>
                <w:rFonts w:cs="Noto Sans"/>
              </w:rPr>
            </w:pPr>
            <w:r w:rsidRPr="00505B42">
              <w:rPr>
                <w:rFonts w:cs="Noto Sans"/>
              </w:rPr>
              <w:t xml:space="preserve">Parent function of a quadratic </w:t>
            </w:r>
          </w:p>
        </w:tc>
        <w:tc>
          <w:tcPr>
            <w:tcW w:w="7171" w:type="dxa"/>
          </w:tcPr>
          <w:p w14:paraId="0B62A679"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simplest function that still satisfies the definition of the particular type of function. For quadratic functions, this is </w:t>
            </w:r>
            <m:oMath>
              <m:r>
                <w:rPr>
                  <w:rFonts w:ascii="Cambria Math" w:hAnsi="Cambria Math" w:cs="Noto Sans"/>
                </w:rPr>
                <m:t>f(x) = x²</m:t>
              </m:r>
            </m:oMath>
            <w:r w:rsidRPr="00505B42">
              <w:rPr>
                <w:rFonts w:cs="Noto Sans"/>
              </w:rPr>
              <w:t>.</w:t>
            </w:r>
          </w:p>
        </w:tc>
      </w:tr>
      <w:tr w:rsidR="007E21A4" w:rsidRPr="00505B42" w14:paraId="5FD435C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7FF8A5A" w14:textId="77777777" w:rsidR="007E21A4" w:rsidRPr="00370EB2" w:rsidRDefault="00000000" w:rsidP="000C5BCD">
            <w:pPr>
              <w:spacing w:line="276" w:lineRule="auto"/>
              <w:rPr>
                <w:rFonts w:cs="Noto Sans"/>
                <w:lang w:val="es-ES"/>
              </w:rPr>
            </w:pPr>
            <w:r w:rsidRPr="00370EB2">
              <w:rPr>
                <w:rFonts w:cs="Noto Sans"/>
                <w:lang w:val="es-ES"/>
              </w:rPr>
              <w:t xml:space="preserve">Función </w:t>
            </w:r>
            <w:r w:rsidR="002E0641" w:rsidRPr="00370EB2">
              <w:rPr>
                <w:rFonts w:cs="Noto Sans"/>
                <w:lang w:val="es-ES"/>
              </w:rPr>
              <w:t>principal</w:t>
            </w:r>
            <w:r w:rsidRPr="00370EB2">
              <w:rPr>
                <w:rFonts w:cs="Noto Sans"/>
                <w:lang w:val="es-ES"/>
              </w:rPr>
              <w:t xml:space="preserve"> de una cuadrática</w:t>
            </w:r>
          </w:p>
        </w:tc>
        <w:tc>
          <w:tcPr>
            <w:tcW w:w="7171" w:type="dxa"/>
          </w:tcPr>
          <w:p w14:paraId="116B637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La </w:t>
            </w:r>
            <w:proofErr w:type="spellStart"/>
            <w:r w:rsidRPr="00505B42">
              <w:rPr>
                <w:rFonts w:cs="Noto Sans"/>
              </w:rPr>
              <w:t>función</w:t>
            </w:r>
            <w:proofErr w:type="spellEnd"/>
            <w:r w:rsidRPr="00505B42">
              <w:rPr>
                <w:rFonts w:cs="Noto Sans"/>
              </w:rPr>
              <w:t xml:space="preserve"> </w:t>
            </w:r>
            <w:proofErr w:type="spellStart"/>
            <w:r w:rsidRPr="00505B42">
              <w:rPr>
                <w:rFonts w:cs="Noto Sans"/>
              </w:rPr>
              <w:t>más</w:t>
            </w:r>
            <w:proofErr w:type="spellEnd"/>
            <w:r w:rsidRPr="00505B42">
              <w:rPr>
                <w:rFonts w:cs="Noto Sans"/>
              </w:rPr>
              <w:t xml:space="preserve"> simple </w:t>
            </w:r>
            <w:proofErr w:type="spellStart"/>
            <w:r w:rsidRPr="00505B42">
              <w:rPr>
                <w:rFonts w:cs="Noto Sans"/>
              </w:rPr>
              <w:t>que</w:t>
            </w:r>
            <w:proofErr w:type="spellEnd"/>
            <w:r w:rsidRPr="00505B42">
              <w:rPr>
                <w:rFonts w:cs="Noto Sans"/>
              </w:rPr>
              <w:t xml:space="preserve"> aún satisface la definición del tipo particular de función. Para funciones cuadráticas, esto es </w:t>
            </w:r>
            <m:oMath>
              <m:r>
                <w:rPr>
                  <w:rFonts w:ascii="Cambria Math" w:hAnsi="Cambria Math" w:cs="Noto Sans"/>
                </w:rPr>
                <m:t>f(x) = x²</m:t>
              </m:r>
            </m:oMath>
            <w:r w:rsidRPr="00505B42">
              <w:rPr>
                <w:rFonts w:cs="Noto Sans"/>
              </w:rPr>
              <w:t>.</w:t>
            </w:r>
          </w:p>
        </w:tc>
      </w:tr>
    </w:tbl>
    <w:p w14:paraId="6B201A2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6"/>
        <w:gridCol w:w="6760"/>
      </w:tblGrid>
      <w:tr w:rsidR="007E21A4" w:rsidRPr="00505B42" w14:paraId="2840970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998954C" w14:textId="77777777" w:rsidR="007E21A4" w:rsidRPr="00505B42" w:rsidRDefault="00000000" w:rsidP="000C5BCD">
            <w:pPr>
              <w:spacing w:line="276" w:lineRule="auto"/>
              <w:rPr>
                <w:rFonts w:cs="Noto Sans"/>
              </w:rPr>
            </w:pPr>
            <w:r w:rsidRPr="00505B42">
              <w:rPr>
                <w:rFonts w:cs="Noto Sans"/>
              </w:rPr>
              <w:t>Percent</w:t>
            </w:r>
          </w:p>
        </w:tc>
        <w:tc>
          <w:tcPr>
            <w:tcW w:w="7171" w:type="dxa"/>
          </w:tcPr>
          <w:p w14:paraId="7DA46EE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This represents a rate per 100 units. The symbol is %.</w:t>
            </w:r>
          </w:p>
        </w:tc>
      </w:tr>
      <w:tr w:rsidR="007E21A4" w:rsidRPr="00505B42" w14:paraId="579EC4C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0ED9C1D" w14:textId="77777777" w:rsidR="007E21A4" w:rsidRPr="00505B42" w:rsidRDefault="00000000" w:rsidP="000C5BCD">
            <w:pPr>
              <w:spacing w:line="276" w:lineRule="auto"/>
              <w:rPr>
                <w:rFonts w:cs="Noto Sans"/>
              </w:rPr>
            </w:pPr>
            <w:r w:rsidRPr="00505B42">
              <w:rPr>
                <w:rFonts w:cs="Noto Sans"/>
              </w:rPr>
              <w:t xml:space="preserve">Por ciento </w:t>
            </w:r>
          </w:p>
        </w:tc>
        <w:tc>
          <w:tcPr>
            <w:tcW w:w="7171" w:type="dxa"/>
          </w:tcPr>
          <w:p w14:paraId="468AD87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Esto representa una tasa por 100 unidades. El símbolo es %.</w:t>
            </w:r>
          </w:p>
        </w:tc>
      </w:tr>
    </w:tbl>
    <w:p w14:paraId="00EF58E4"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9"/>
        <w:gridCol w:w="6747"/>
      </w:tblGrid>
      <w:tr w:rsidR="007E21A4" w:rsidRPr="00505B42" w14:paraId="54EBB9C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931D374" w14:textId="77777777" w:rsidR="007E21A4" w:rsidRPr="00505B42" w:rsidRDefault="00000000" w:rsidP="000C5BCD">
            <w:pPr>
              <w:spacing w:line="276" w:lineRule="auto"/>
              <w:rPr>
                <w:rFonts w:cs="Noto Sans"/>
              </w:rPr>
            </w:pPr>
            <w:r w:rsidRPr="00505B42">
              <w:rPr>
                <w:rFonts w:cs="Noto Sans"/>
              </w:rPr>
              <w:t>Perfect square</w:t>
            </w:r>
          </w:p>
        </w:tc>
        <w:tc>
          <w:tcPr>
            <w:tcW w:w="7171" w:type="dxa"/>
          </w:tcPr>
          <w:p w14:paraId="078A04E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product of a whole number or expression that has been multiplied by itself.</w:t>
            </w:r>
          </w:p>
        </w:tc>
      </w:tr>
      <w:tr w:rsidR="007E21A4" w:rsidRPr="00505B42" w14:paraId="5D9EF41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441F80" w14:textId="77777777" w:rsidR="007E21A4" w:rsidRPr="00505B42" w:rsidRDefault="00000000" w:rsidP="000C5BCD">
            <w:pPr>
              <w:spacing w:line="276" w:lineRule="auto"/>
              <w:rPr>
                <w:rFonts w:cs="Noto Sans"/>
              </w:rPr>
            </w:pPr>
            <w:r w:rsidRPr="00505B42">
              <w:rPr>
                <w:rFonts w:cs="Noto Sans"/>
              </w:rPr>
              <w:t>Cuadrado perfecto</w:t>
            </w:r>
          </w:p>
        </w:tc>
        <w:tc>
          <w:tcPr>
            <w:tcW w:w="7171" w:type="dxa"/>
          </w:tcPr>
          <w:p w14:paraId="3A79618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expresión que es algo que se multiplica a sí misma.</w:t>
            </w:r>
          </w:p>
        </w:tc>
      </w:tr>
    </w:tbl>
    <w:p w14:paraId="36063EB1" w14:textId="77777777" w:rsidR="007E21A4" w:rsidRPr="00505B42" w:rsidRDefault="00C7712B" w:rsidP="008E472A">
      <w:pPr>
        <w:jc w:val="center"/>
        <w:rPr>
          <w:rFonts w:ascii="Noto Sans" w:hAnsi="Noto Sans" w:cs="Noto Sans"/>
        </w:rPr>
      </w:pPr>
      <w:r>
        <w:rPr>
          <w:rFonts w:ascii="Noto Sans" w:hAnsi="Noto Sans" w:cs="Noto Sans"/>
          <w:noProof/>
        </w:rPr>
        <w:drawing>
          <wp:inline distT="0" distB="0" distL="0" distR="0" wp14:anchorId="590ED8FF" wp14:editId="2AA97867">
            <wp:extent cx="3037737" cy="1879600"/>
            <wp:effectExtent l="0" t="0" r="0" b="0"/>
            <wp:docPr id="1537454539" name="Picture 20" descr="A diagram illustrating 4 squared equals 16 using a 4x4 grid.&#10;Un diagrama que ilustra 4 al cuadrado es igual a 16 usando una cuadrícula de 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54539" name="Picture 20" descr="A diagram illustrating 4 squared equals 16 using a 4x4 grid.&#10;Un diagrama que ilustra 4 al cuadrado es igual a 16 usando una cuadrícula de 4x4."/>
                    <pic:cNvPicPr/>
                  </pic:nvPicPr>
                  <pic:blipFill>
                    <a:blip r:embed="rId25"/>
                    <a:stretch>
                      <a:fillRect/>
                    </a:stretch>
                  </pic:blipFill>
                  <pic:spPr>
                    <a:xfrm>
                      <a:off x="0" y="0"/>
                      <a:ext cx="3052338" cy="1888634"/>
                    </a:xfrm>
                    <a:prstGeom prst="rect">
                      <a:avLst/>
                    </a:prstGeom>
                  </pic:spPr>
                </pic:pic>
              </a:graphicData>
            </a:graphic>
          </wp:inline>
        </w:drawing>
      </w:r>
    </w:p>
    <w:tbl>
      <w:tblPr>
        <w:tblStyle w:val="GlossaryTerm-Standard"/>
        <w:tblW w:w="0" w:type="auto"/>
        <w:tblLook w:val="0480" w:firstRow="0" w:lastRow="0" w:firstColumn="1" w:lastColumn="0" w:noHBand="0" w:noVBand="1"/>
      </w:tblPr>
      <w:tblGrid>
        <w:gridCol w:w="2109"/>
        <w:gridCol w:w="6747"/>
      </w:tblGrid>
      <w:tr w:rsidR="007E21A4" w:rsidRPr="00505B42" w14:paraId="1BFACC3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9FD236" w14:textId="77777777" w:rsidR="007E21A4" w:rsidRPr="00505B42" w:rsidRDefault="00000000" w:rsidP="000C5BCD">
            <w:pPr>
              <w:spacing w:line="276" w:lineRule="auto"/>
              <w:rPr>
                <w:rFonts w:cs="Noto Sans"/>
              </w:rPr>
            </w:pPr>
            <w:r w:rsidRPr="00505B42">
              <w:rPr>
                <w:rFonts w:cs="Noto Sans"/>
              </w:rPr>
              <w:lastRenderedPageBreak/>
              <w:t>Perfect square trinomial</w:t>
            </w:r>
          </w:p>
        </w:tc>
        <w:tc>
          <w:tcPr>
            <w:tcW w:w="7171" w:type="dxa"/>
          </w:tcPr>
          <w:p w14:paraId="16502727"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perfect square trinomial fits the pattern </w:t>
            </w:r>
            <m:oMath>
              <m:r>
                <w:rPr>
                  <w:rFonts w:ascii="Cambria Math" w:hAnsi="Cambria Math" w:cs="Noto Sans"/>
                </w:rPr>
                <m:t>a² + 2ab + b² = (a+b)²</m:t>
              </m:r>
            </m:oMath>
            <w:r w:rsidRPr="00505B42">
              <w:rPr>
                <w:rFonts w:cs="Noto Sans"/>
              </w:rPr>
              <w:t xml:space="preserve"> or </w:t>
            </w:r>
            <m:oMath>
              <m:r>
                <w:rPr>
                  <w:rFonts w:ascii="Cambria Math" w:hAnsi="Cambria Math" w:cs="Noto Sans"/>
                </w:rPr>
                <m:t>a² - 2ab + b² =(a - b)²</m:t>
              </m:r>
            </m:oMath>
            <w:r w:rsidRPr="00505B42">
              <w:rPr>
                <w:rFonts w:cs="Noto Sans"/>
              </w:rPr>
              <w:t>.</w:t>
            </w:r>
          </w:p>
        </w:tc>
      </w:tr>
      <w:tr w:rsidR="007E21A4" w:rsidRPr="00505B42" w14:paraId="3C9CEF4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F79845D" w14:textId="77777777" w:rsidR="007E21A4" w:rsidRPr="00505B42" w:rsidRDefault="00000000" w:rsidP="000C5BCD">
            <w:pPr>
              <w:spacing w:line="276" w:lineRule="auto"/>
              <w:rPr>
                <w:rFonts w:cs="Noto Sans"/>
              </w:rPr>
            </w:pPr>
            <w:r w:rsidRPr="00505B42">
              <w:rPr>
                <w:rFonts w:cs="Noto Sans"/>
              </w:rPr>
              <w:t>Trinomio cuadrado perfecto</w:t>
            </w:r>
          </w:p>
        </w:tc>
        <w:tc>
          <w:tcPr>
            <w:tcW w:w="7171" w:type="dxa"/>
          </w:tcPr>
          <w:p w14:paraId="73D7E5E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 trinomio cuadrado perfecto se ajusta al patrón </w:t>
            </w:r>
            <m:oMath>
              <m:r>
                <w:rPr>
                  <w:rFonts w:ascii="Cambria Math" w:hAnsi="Cambria Math" w:cs="Noto Sans"/>
                </w:rPr>
                <m:t>a² + 2ab + b² = (a+b)²</m:t>
              </m:r>
            </m:oMath>
            <w:r w:rsidRPr="00505B42">
              <w:rPr>
                <w:rFonts w:cs="Noto Sans"/>
              </w:rPr>
              <w:t xml:space="preserve"> o </w:t>
            </w:r>
            <m:oMath>
              <m:r>
                <w:rPr>
                  <w:rFonts w:ascii="Cambria Math" w:hAnsi="Cambria Math" w:cs="Noto Sans"/>
                </w:rPr>
                <m:t>a² - 2ab + b² =(a - b)²</m:t>
              </m:r>
            </m:oMath>
            <w:r w:rsidRPr="00505B42">
              <w:rPr>
                <w:rFonts w:cs="Noto Sans"/>
              </w:rPr>
              <w:t>.</w:t>
            </w:r>
          </w:p>
        </w:tc>
      </w:tr>
    </w:tbl>
    <w:p w14:paraId="6B94F89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2"/>
        <w:gridCol w:w="6744"/>
      </w:tblGrid>
      <w:tr w:rsidR="007E21A4" w:rsidRPr="00505B42" w14:paraId="3EEDC55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D12C693" w14:textId="77777777" w:rsidR="007E21A4" w:rsidRPr="00505B42" w:rsidRDefault="00000000" w:rsidP="000C5BCD">
            <w:pPr>
              <w:spacing w:line="276" w:lineRule="auto"/>
              <w:rPr>
                <w:rFonts w:cs="Noto Sans"/>
              </w:rPr>
            </w:pPr>
            <w:r w:rsidRPr="00505B42">
              <w:rPr>
                <w:rFonts w:cs="Noto Sans"/>
              </w:rPr>
              <w:t>Perimeter</w:t>
            </w:r>
          </w:p>
        </w:tc>
        <w:tc>
          <w:tcPr>
            <w:tcW w:w="7171" w:type="dxa"/>
          </w:tcPr>
          <w:p w14:paraId="6458D4E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length of the continuous line forming the boundary around a closed geometric figure.</w:t>
            </w:r>
          </w:p>
        </w:tc>
      </w:tr>
      <w:tr w:rsidR="007E21A4" w:rsidRPr="00505B42" w14:paraId="16B7625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B97A3E" w14:textId="77777777" w:rsidR="007E21A4" w:rsidRPr="00505B42" w:rsidRDefault="00000000" w:rsidP="000C5BCD">
            <w:pPr>
              <w:spacing w:line="276" w:lineRule="auto"/>
              <w:rPr>
                <w:rFonts w:cs="Noto Sans"/>
              </w:rPr>
            </w:pPr>
            <w:r w:rsidRPr="00505B42">
              <w:rPr>
                <w:rFonts w:cs="Noto Sans"/>
              </w:rPr>
              <w:t>Perímetro</w:t>
            </w:r>
          </w:p>
        </w:tc>
        <w:tc>
          <w:tcPr>
            <w:tcW w:w="7171" w:type="dxa"/>
          </w:tcPr>
          <w:p w14:paraId="6093873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longitud de la línea continua que forma el límite alrededor de una figura geométrica cerrada.</w:t>
            </w:r>
          </w:p>
        </w:tc>
      </w:tr>
    </w:tbl>
    <w:p w14:paraId="1445364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60"/>
        <w:gridCol w:w="6696"/>
      </w:tblGrid>
      <w:tr w:rsidR="007E21A4" w:rsidRPr="00505B42" w14:paraId="42E3A30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E40B10A" w14:textId="77777777" w:rsidR="007E21A4" w:rsidRPr="00505B42" w:rsidRDefault="00000000" w:rsidP="000C5BCD">
            <w:pPr>
              <w:spacing w:line="276" w:lineRule="auto"/>
              <w:rPr>
                <w:rFonts w:cs="Noto Sans"/>
              </w:rPr>
            </w:pPr>
            <w:r w:rsidRPr="00505B42">
              <w:rPr>
                <w:rFonts w:cs="Noto Sans"/>
              </w:rPr>
              <w:t>Perpendicular lines</w:t>
            </w:r>
          </w:p>
        </w:tc>
        <w:tc>
          <w:tcPr>
            <w:tcW w:w="7171" w:type="dxa"/>
          </w:tcPr>
          <w:p w14:paraId="52D4A5A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Lines that intersect at a right angle. The slopes of these lines have opposite signs and are reciprocals of each other.</w:t>
            </w:r>
          </w:p>
        </w:tc>
      </w:tr>
      <w:tr w:rsidR="007E21A4" w:rsidRPr="00505B42" w14:paraId="69A1A56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F30A15" w14:textId="77777777" w:rsidR="007E21A4" w:rsidRPr="00505B42" w:rsidRDefault="00000000" w:rsidP="000C5BCD">
            <w:pPr>
              <w:spacing w:line="276" w:lineRule="auto"/>
              <w:rPr>
                <w:rFonts w:cs="Noto Sans"/>
              </w:rPr>
            </w:pPr>
            <w:r w:rsidRPr="00505B42">
              <w:rPr>
                <w:rFonts w:cs="Noto Sans"/>
              </w:rPr>
              <w:t>Líneas perpendiculares</w:t>
            </w:r>
          </w:p>
        </w:tc>
        <w:tc>
          <w:tcPr>
            <w:tcW w:w="7171" w:type="dxa"/>
          </w:tcPr>
          <w:p w14:paraId="53D691B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Rectas que se cortan en ángulo recto. Las pendientes de estas rectas tienen signos opuestos y son recíprocas entre sí.</w:t>
            </w:r>
          </w:p>
        </w:tc>
      </w:tr>
    </w:tbl>
    <w:p w14:paraId="79540F0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7E21A4" w:rsidRPr="00505B42" w14:paraId="6D50AEB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D2585D" w14:textId="77777777" w:rsidR="007E21A4" w:rsidRPr="00505B42" w:rsidRDefault="00000000" w:rsidP="000C5BCD">
            <w:pPr>
              <w:spacing w:line="276" w:lineRule="auto"/>
              <w:rPr>
                <w:rFonts w:cs="Noto Sans"/>
              </w:rPr>
            </w:pPr>
            <w:r w:rsidRPr="00505B42">
              <w:rPr>
                <w:rFonts w:cs="Noto Sans"/>
              </w:rPr>
              <w:t>Point-slope form</w:t>
            </w:r>
          </w:p>
        </w:tc>
        <w:tc>
          <w:tcPr>
            <w:tcW w:w="7171" w:type="dxa"/>
          </w:tcPr>
          <w:p w14:paraId="2894BE2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equation of a line with slope </w:t>
            </w:r>
            <m:oMath>
              <m:r>
                <w:rPr>
                  <w:rFonts w:ascii="Cambria Math" w:hAnsi="Cambria Math" w:cs="Noto Sans"/>
                </w:rPr>
                <m:t>m</m:t>
              </m:r>
            </m:oMath>
            <w:r w:rsidRPr="00505B42">
              <w:rPr>
                <w:rFonts w:cs="Noto Sans"/>
              </w:rPr>
              <w:t xml:space="preserve"> and containing the point </w:t>
            </w:r>
            <m:oMath>
              <m:r>
                <w:rPr>
                  <w:rFonts w:ascii="Cambria Math" w:hAnsi="Cambria Math" w:cs="Noto Sans"/>
                </w:rPr>
                <m:t>(</m:t>
              </m:r>
              <m:sSub>
                <m:sSubPr>
                  <m:ctrlPr>
                    <w:rPr>
                      <w:rFonts w:ascii="Cambria Math" w:hAnsi="Cambria Math" w:cs="Noto Sans"/>
                      <w:i/>
                    </w:rPr>
                  </m:ctrlPr>
                </m:sSubPr>
                <m:e>
                  <m:r>
                    <w:rPr>
                      <w:rFonts w:ascii="Cambria Math" w:hAnsi="Cambria Math" w:cs="Noto Sans"/>
                    </w:rPr>
                    <m:t>x</m:t>
                  </m:r>
                </m:e>
                <m:sub>
                  <m:r>
                    <w:rPr>
                      <w:rFonts w:ascii="Cambria Math" w:hAnsi="Cambria Math" w:cs="Noto Sans"/>
                    </w:rPr>
                    <m:t>1</m:t>
                  </m:r>
                </m:sub>
              </m:sSub>
              <m:r>
                <w:rPr>
                  <w:rFonts w:ascii="Cambria Math" w:hAnsi="Cambria Math" w:cs="Noto Sans"/>
                </w:rPr>
                <m:t xml:space="preserve">, </m:t>
              </m:r>
              <m:sSub>
                <m:sSubPr>
                  <m:ctrlPr>
                    <w:rPr>
                      <w:rFonts w:ascii="Cambria Math" w:hAnsi="Cambria Math" w:cs="Noto Sans"/>
                      <w:i/>
                    </w:rPr>
                  </m:ctrlPr>
                </m:sSubPr>
                <m:e>
                  <m:r>
                    <w:rPr>
                      <w:rFonts w:ascii="Cambria Math" w:hAnsi="Cambria Math" w:cs="Noto Sans"/>
                    </w:rPr>
                    <m:t>y</m:t>
                  </m:r>
                </m:e>
                <m:sub>
                  <m:r>
                    <w:rPr>
                      <w:rFonts w:ascii="Cambria Math" w:hAnsi="Cambria Math" w:cs="Noto Sans"/>
                    </w:rPr>
                    <m:t>1</m:t>
                  </m:r>
                </m:sub>
              </m:sSub>
              <m:r>
                <w:rPr>
                  <w:rFonts w:ascii="Cambria Math" w:hAnsi="Cambria Math" w:cs="Noto Sans"/>
                </w:rPr>
                <m:t>)</m:t>
              </m:r>
            </m:oMath>
            <w:r w:rsidRPr="00505B42">
              <w:rPr>
                <w:rFonts w:cs="Noto Sans"/>
              </w:rPr>
              <w:t xml:space="preserve"> when in the form:  </w:t>
            </w:r>
            <m:oMath>
              <m:r>
                <w:rPr>
                  <w:rFonts w:ascii="Cambria Math" w:hAnsi="Cambria Math" w:cs="Noto Sans"/>
                </w:rPr>
                <m:t xml:space="preserve">(y - </m:t>
              </m:r>
              <m:sSub>
                <m:sSubPr>
                  <m:ctrlPr>
                    <w:rPr>
                      <w:rFonts w:ascii="Cambria Math" w:hAnsi="Cambria Math" w:cs="Noto Sans"/>
                      <w:i/>
                    </w:rPr>
                  </m:ctrlPr>
                </m:sSubPr>
                <m:e>
                  <m:r>
                    <w:rPr>
                      <w:rFonts w:ascii="Cambria Math" w:hAnsi="Cambria Math" w:cs="Noto Sans"/>
                    </w:rPr>
                    <m:t>y</m:t>
                  </m:r>
                </m:e>
                <m:sub>
                  <m:r>
                    <w:rPr>
                      <w:rFonts w:ascii="Cambria Math" w:hAnsi="Cambria Math" w:cs="Noto Sans"/>
                    </w:rPr>
                    <m:t>1</m:t>
                  </m:r>
                </m:sub>
              </m:sSub>
              <m:r>
                <w:rPr>
                  <w:rFonts w:ascii="Cambria Math" w:hAnsi="Cambria Math" w:cs="Noto Sans"/>
                </w:rPr>
                <m:t xml:space="preserve">) = m(x - </m:t>
              </m:r>
              <m:sSub>
                <m:sSubPr>
                  <m:ctrlPr>
                    <w:rPr>
                      <w:rFonts w:ascii="Cambria Math" w:hAnsi="Cambria Math" w:cs="Noto Sans"/>
                      <w:i/>
                    </w:rPr>
                  </m:ctrlPr>
                </m:sSubPr>
                <m:e>
                  <m:r>
                    <w:rPr>
                      <w:rFonts w:ascii="Cambria Math" w:hAnsi="Cambria Math" w:cs="Noto Sans"/>
                    </w:rPr>
                    <m:t>x</m:t>
                  </m:r>
                </m:e>
                <m:sub>
                  <m:r>
                    <w:rPr>
                      <w:rFonts w:ascii="Cambria Math" w:hAnsi="Cambria Math" w:cs="Noto Sans"/>
                    </w:rPr>
                    <m:t>1</m:t>
                  </m:r>
                </m:sub>
              </m:sSub>
              <m:r>
                <w:rPr>
                  <w:rFonts w:ascii="Cambria Math" w:hAnsi="Cambria Math" w:cs="Noto Sans"/>
                </w:rPr>
                <m:t>)</m:t>
              </m:r>
            </m:oMath>
            <w:r w:rsidRPr="00505B42">
              <w:rPr>
                <w:rFonts w:cs="Noto Sans"/>
              </w:rPr>
              <w:t>.</w:t>
            </w:r>
            <w:r w:rsidRPr="00505B42">
              <w:rPr>
                <w:rFonts w:cs="Noto Sans"/>
              </w:rPr>
              <w:br/>
              <w:t>*Need equation*</w:t>
            </w:r>
          </w:p>
        </w:tc>
      </w:tr>
      <w:tr w:rsidR="007E21A4" w:rsidRPr="00505B42" w14:paraId="6EC9EF3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B4CAC87" w14:textId="77777777" w:rsidR="007E21A4" w:rsidRPr="00370EB2" w:rsidRDefault="00000000" w:rsidP="000C5BCD">
            <w:pPr>
              <w:spacing w:line="276" w:lineRule="auto"/>
              <w:rPr>
                <w:rFonts w:cs="Noto Sans"/>
                <w:lang w:val="es-ES"/>
              </w:rPr>
            </w:pPr>
            <w:r w:rsidRPr="00370EB2">
              <w:rPr>
                <w:rFonts w:cs="Noto Sans"/>
                <w:lang w:val="es-ES"/>
              </w:rPr>
              <w:t>Forma de punto y pendiente</w:t>
            </w:r>
          </w:p>
        </w:tc>
        <w:tc>
          <w:tcPr>
            <w:tcW w:w="7171" w:type="dxa"/>
          </w:tcPr>
          <w:p w14:paraId="57839A79"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Ecuación de la forma </w:t>
            </w:r>
            <m:oMath>
              <m:r>
                <w:rPr>
                  <w:rFonts w:ascii="Cambria Math" w:hAnsi="Cambria Math" w:cs="Noto Sans"/>
                  <w:lang w:val="es-ES"/>
                </w:rPr>
                <m:t xml:space="preserve">(y - </m:t>
              </m:r>
              <m:sSub>
                <m:sSubPr>
                  <m:ctrlPr>
                    <w:rPr>
                      <w:rFonts w:ascii="Cambria Math" w:hAnsi="Cambria Math" w:cs="Noto Sans"/>
                      <w:i/>
                      <w:lang w:val="es-ES"/>
                    </w:rPr>
                  </m:ctrlPr>
                </m:sSubPr>
                <m:e>
                  <m:r>
                    <w:rPr>
                      <w:rFonts w:ascii="Cambria Math" w:hAnsi="Cambria Math" w:cs="Noto Sans"/>
                      <w:lang w:val="es-ES"/>
                    </w:rPr>
                    <m:t>y</m:t>
                  </m:r>
                </m:e>
                <m:sub>
                  <m:r>
                    <w:rPr>
                      <w:rFonts w:ascii="Cambria Math" w:hAnsi="Cambria Math" w:cs="Noto Sans"/>
                      <w:lang w:val="es-ES"/>
                    </w:rPr>
                    <m:t>1</m:t>
                  </m:r>
                </m:sub>
              </m:sSub>
              <m:r>
                <w:rPr>
                  <w:rFonts w:ascii="Cambria Math" w:hAnsi="Cambria Math" w:cs="Noto Sans"/>
                  <w:lang w:val="es-ES"/>
                </w:rPr>
                <m:t xml:space="preserve">) = m(x - </m:t>
              </m:r>
              <m:sSub>
                <m:sSubPr>
                  <m:ctrlPr>
                    <w:rPr>
                      <w:rFonts w:ascii="Cambria Math" w:hAnsi="Cambria Math" w:cs="Noto Sans"/>
                      <w:i/>
                      <w:lang w:val="es-ES"/>
                    </w:rPr>
                  </m:ctrlPr>
                </m:sSubPr>
                <m:e>
                  <m:r>
                    <w:rPr>
                      <w:rFonts w:ascii="Cambria Math" w:hAnsi="Cambria Math" w:cs="Noto Sans"/>
                      <w:lang w:val="es-ES"/>
                    </w:rPr>
                    <m:t>x</m:t>
                  </m:r>
                </m:e>
                <m:sub>
                  <m:r>
                    <w:rPr>
                      <w:rFonts w:ascii="Cambria Math" w:hAnsi="Cambria Math" w:cs="Noto Sans"/>
                      <w:lang w:val="es-ES"/>
                    </w:rPr>
                    <m:t>1</m:t>
                  </m:r>
                </m:sub>
              </m:sSub>
              <m:r>
                <w:rPr>
                  <w:rFonts w:ascii="Cambria Math" w:hAnsi="Cambria Math" w:cs="Noto Sans"/>
                  <w:lang w:val="es-ES"/>
                </w:rPr>
                <m:t>)</m:t>
              </m:r>
            </m:oMath>
            <w:r w:rsidRPr="00370EB2">
              <w:rPr>
                <w:rFonts w:cs="Noto Sans"/>
                <w:lang w:val="es-ES"/>
              </w:rPr>
              <w:t xml:space="preserve">, donde m es la pendiente y </w:t>
            </w:r>
            <m:oMath>
              <m:r>
                <w:rPr>
                  <w:rFonts w:ascii="Cambria Math" w:hAnsi="Cambria Math" w:cs="Noto Sans"/>
                  <w:lang w:val="es-ES"/>
                </w:rPr>
                <m:t>(</m:t>
              </m:r>
              <m:sSub>
                <m:sSubPr>
                  <m:ctrlPr>
                    <w:rPr>
                      <w:rFonts w:ascii="Cambria Math" w:hAnsi="Cambria Math" w:cs="Noto Sans"/>
                      <w:i/>
                      <w:lang w:val="es-ES"/>
                    </w:rPr>
                  </m:ctrlPr>
                </m:sSubPr>
                <m:e>
                  <m:r>
                    <w:rPr>
                      <w:rFonts w:ascii="Cambria Math" w:hAnsi="Cambria Math" w:cs="Noto Sans"/>
                      <w:lang w:val="es-ES"/>
                    </w:rPr>
                    <m:t>x</m:t>
                  </m:r>
                </m:e>
                <m:sub>
                  <m:r>
                    <w:rPr>
                      <w:rFonts w:ascii="Cambria Math" w:hAnsi="Cambria Math" w:cs="Noto Sans"/>
                      <w:lang w:val="es-ES"/>
                    </w:rPr>
                    <m:t>1</m:t>
                  </m:r>
                </m:sub>
              </m:sSub>
              <m:r>
                <w:rPr>
                  <w:rFonts w:ascii="Cambria Math" w:hAnsi="Cambria Math" w:cs="Noto Sans"/>
                  <w:lang w:val="es-ES"/>
                </w:rPr>
                <m:t xml:space="preserve">, </m:t>
              </m:r>
              <m:sSub>
                <m:sSubPr>
                  <m:ctrlPr>
                    <w:rPr>
                      <w:rFonts w:ascii="Cambria Math" w:hAnsi="Cambria Math" w:cs="Noto Sans"/>
                      <w:i/>
                      <w:lang w:val="es-ES"/>
                    </w:rPr>
                  </m:ctrlPr>
                </m:sSubPr>
                <m:e>
                  <m:r>
                    <w:rPr>
                      <w:rFonts w:ascii="Cambria Math" w:hAnsi="Cambria Math" w:cs="Noto Sans"/>
                      <w:lang w:val="es-ES"/>
                    </w:rPr>
                    <m:t>y</m:t>
                  </m:r>
                </m:e>
                <m:sub>
                  <m:r>
                    <w:rPr>
                      <w:rFonts w:ascii="Cambria Math" w:hAnsi="Cambria Math" w:cs="Noto Sans"/>
                      <w:lang w:val="es-ES"/>
                    </w:rPr>
                    <m:t>1</m:t>
                  </m:r>
                </m:sub>
              </m:sSub>
              <m:r>
                <w:rPr>
                  <w:rFonts w:ascii="Cambria Math" w:hAnsi="Cambria Math" w:cs="Noto Sans"/>
                  <w:lang w:val="es-ES"/>
                </w:rPr>
                <m:t>)</m:t>
              </m:r>
            </m:oMath>
            <w:r w:rsidRPr="00370EB2">
              <w:rPr>
                <w:rFonts w:cs="Noto Sans"/>
                <w:lang w:val="es-ES"/>
              </w:rPr>
              <w:t xml:space="preserve"> es un punto dado en una recta no vertical. *Need equation*</w:t>
            </w:r>
          </w:p>
        </w:tc>
      </w:tr>
    </w:tbl>
    <w:p w14:paraId="53EB1A5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9"/>
        <w:gridCol w:w="6737"/>
      </w:tblGrid>
      <w:tr w:rsidR="007E21A4" w:rsidRPr="00505B42" w14:paraId="7D92EC25"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5DBA0A" w14:textId="77777777" w:rsidR="007E21A4" w:rsidRPr="00505B42" w:rsidRDefault="00000000" w:rsidP="000C5BCD">
            <w:pPr>
              <w:spacing w:line="276" w:lineRule="auto"/>
              <w:rPr>
                <w:rFonts w:cs="Noto Sans"/>
              </w:rPr>
            </w:pPr>
            <w:r w:rsidRPr="00505B42">
              <w:rPr>
                <w:rFonts w:cs="Noto Sans"/>
              </w:rPr>
              <w:t>Polynomial</w:t>
            </w:r>
          </w:p>
        </w:tc>
        <w:tc>
          <w:tcPr>
            <w:tcW w:w="7171" w:type="dxa"/>
          </w:tcPr>
          <w:p w14:paraId="0FB7145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algebraic expression that contains one or more monomials combined with addition or subtraction.</w:t>
            </w:r>
          </w:p>
        </w:tc>
      </w:tr>
      <w:tr w:rsidR="007E21A4" w:rsidRPr="00505B42" w14:paraId="2D72BB9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87A324B" w14:textId="77777777" w:rsidR="007E21A4" w:rsidRPr="00505B42" w:rsidRDefault="00000000" w:rsidP="000C5BCD">
            <w:pPr>
              <w:spacing w:line="276" w:lineRule="auto"/>
              <w:rPr>
                <w:rFonts w:cs="Noto Sans"/>
              </w:rPr>
            </w:pPr>
            <w:r w:rsidRPr="00505B42">
              <w:rPr>
                <w:rFonts w:cs="Noto Sans"/>
              </w:rPr>
              <w:t>Polinomio</w:t>
            </w:r>
          </w:p>
        </w:tc>
        <w:tc>
          <w:tcPr>
            <w:tcW w:w="7171" w:type="dxa"/>
          </w:tcPr>
          <w:p w14:paraId="52E81B7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expresión algebraica que contiene uno o más monomios combinados con suma o resta.</w:t>
            </w:r>
          </w:p>
        </w:tc>
      </w:tr>
    </w:tbl>
    <w:p w14:paraId="2593400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9"/>
        <w:gridCol w:w="6737"/>
      </w:tblGrid>
      <w:tr w:rsidR="007E21A4" w:rsidRPr="00505B42" w14:paraId="08992B5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D0C6B3E" w14:textId="77777777" w:rsidR="007E21A4" w:rsidRPr="00505B42" w:rsidRDefault="00000000" w:rsidP="000C5BCD">
            <w:pPr>
              <w:spacing w:line="276" w:lineRule="auto"/>
              <w:rPr>
                <w:rFonts w:cs="Noto Sans"/>
              </w:rPr>
            </w:pPr>
            <w:r w:rsidRPr="00505B42">
              <w:rPr>
                <w:rFonts w:cs="Noto Sans"/>
              </w:rPr>
              <w:lastRenderedPageBreak/>
              <w:t>Polynomial function</w:t>
            </w:r>
          </w:p>
        </w:tc>
        <w:tc>
          <w:tcPr>
            <w:tcW w:w="7171" w:type="dxa"/>
          </w:tcPr>
          <w:p w14:paraId="007AF86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function consisting of a sum of terms, each of which is a </w:t>
            </w:r>
            <w:proofErr w:type="gramStart"/>
            <w:r w:rsidRPr="00505B42">
              <w:rPr>
                <w:rFonts w:cs="Noto Sans"/>
              </w:rPr>
              <w:t>constant times</w:t>
            </w:r>
            <w:proofErr w:type="gramEnd"/>
            <w:r w:rsidRPr="00505B42">
              <w:rPr>
                <w:rFonts w:cs="Noto Sans"/>
              </w:rPr>
              <w:t xml:space="preserve"> a whole number power of "</w:t>
            </w:r>
            <m:oMath>
              <m:r>
                <w:rPr>
                  <w:rFonts w:ascii="Cambria Math" w:hAnsi="Cambria Math" w:cs="Noto Sans"/>
                </w:rPr>
                <m:t>x</m:t>
              </m:r>
            </m:oMath>
            <w:r w:rsidRPr="00505B42">
              <w:rPr>
                <w:rFonts w:cs="Noto Sans"/>
              </w:rPr>
              <w:t>."</w:t>
            </w:r>
          </w:p>
        </w:tc>
      </w:tr>
      <w:tr w:rsidR="007E21A4" w:rsidRPr="00505B42" w14:paraId="0F3AE0F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72075DB" w14:textId="77777777" w:rsidR="007E21A4" w:rsidRPr="00370EB2" w:rsidRDefault="00000000" w:rsidP="000C5BCD">
            <w:pPr>
              <w:spacing w:line="276" w:lineRule="auto"/>
              <w:rPr>
                <w:rFonts w:cs="Noto Sans"/>
                <w:lang w:val="es-ES"/>
              </w:rPr>
            </w:pPr>
            <w:r w:rsidRPr="00370EB2">
              <w:rPr>
                <w:rFonts w:cs="Noto Sans"/>
                <w:lang w:val="es-ES"/>
              </w:rPr>
              <w:t>Función polinómica</w:t>
            </w:r>
          </w:p>
        </w:tc>
        <w:tc>
          <w:tcPr>
            <w:tcW w:w="7171" w:type="dxa"/>
          </w:tcPr>
          <w:p w14:paraId="33564251" w14:textId="77777777"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Una función que consta de una suma de términos, cada uno de los cuales es una constante multiplicada por una potencia de número entero de "</w:t>
            </w:r>
            <m:oMath>
              <m:r>
                <w:rPr>
                  <w:rFonts w:ascii="Cambria Math" w:hAnsi="Cambria Math" w:cs="Noto Sans"/>
                  <w:lang w:val="es-ES"/>
                </w:rPr>
                <m:t>x</m:t>
              </m:r>
            </m:oMath>
            <w:r w:rsidRPr="00370EB2">
              <w:rPr>
                <w:rFonts w:cs="Noto Sans"/>
                <w:lang w:val="es-ES"/>
              </w:rPr>
              <w:t>".</w:t>
            </w:r>
          </w:p>
        </w:tc>
      </w:tr>
    </w:tbl>
    <w:p w14:paraId="60D423E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5"/>
        <w:gridCol w:w="6731"/>
      </w:tblGrid>
      <w:tr w:rsidR="007E21A4" w:rsidRPr="00505B42" w14:paraId="7C39D54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572A1D9" w14:textId="77777777" w:rsidR="007E21A4" w:rsidRPr="00505B42" w:rsidRDefault="00000000" w:rsidP="000C5BCD">
            <w:pPr>
              <w:spacing w:line="276" w:lineRule="auto"/>
              <w:rPr>
                <w:rFonts w:cs="Noto Sans"/>
              </w:rPr>
            </w:pPr>
            <w:r w:rsidRPr="00505B42">
              <w:rPr>
                <w:rFonts w:cs="Noto Sans"/>
              </w:rPr>
              <w:t>Positive relationship</w:t>
            </w:r>
          </w:p>
        </w:tc>
        <w:tc>
          <w:tcPr>
            <w:tcW w:w="7171" w:type="dxa"/>
          </w:tcPr>
          <w:p w14:paraId="59B7D38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relationship between two numerical variables where an increase in the data for one variable tends to be paired with an increase in the data for the other variable.</w:t>
            </w:r>
          </w:p>
        </w:tc>
      </w:tr>
      <w:tr w:rsidR="007E21A4" w:rsidRPr="00505B42" w14:paraId="71D526E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1B6ECD6" w14:textId="77777777" w:rsidR="007E21A4" w:rsidRPr="00505B42" w:rsidRDefault="00000000" w:rsidP="000C5BCD">
            <w:pPr>
              <w:spacing w:line="276" w:lineRule="auto"/>
              <w:rPr>
                <w:rFonts w:cs="Noto Sans"/>
              </w:rPr>
            </w:pPr>
            <w:r w:rsidRPr="00505B42">
              <w:rPr>
                <w:rFonts w:cs="Noto Sans"/>
              </w:rPr>
              <w:t>Relación positiva</w:t>
            </w:r>
          </w:p>
        </w:tc>
        <w:tc>
          <w:tcPr>
            <w:tcW w:w="7171" w:type="dxa"/>
          </w:tcPr>
          <w:p w14:paraId="71A8BFD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relación entre dos variables numéricas donde un aumento en los datos de una variable tiende a ir acompañado de un aumento en los datos de la otra variable.</w:t>
            </w:r>
          </w:p>
        </w:tc>
      </w:tr>
    </w:tbl>
    <w:p w14:paraId="1942267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2"/>
        <w:gridCol w:w="6744"/>
      </w:tblGrid>
      <w:tr w:rsidR="007E21A4" w:rsidRPr="00505B42" w14:paraId="3D899D8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9C96B49" w14:textId="77777777" w:rsidR="007E21A4" w:rsidRPr="00505B42" w:rsidRDefault="00000000" w:rsidP="000C5BCD">
            <w:pPr>
              <w:spacing w:line="276" w:lineRule="auto"/>
              <w:rPr>
                <w:rFonts w:cs="Noto Sans"/>
              </w:rPr>
            </w:pPr>
            <w:r w:rsidRPr="00505B42">
              <w:rPr>
                <w:rFonts w:cs="Noto Sans"/>
              </w:rPr>
              <w:t>Positive slope</w:t>
            </w:r>
          </w:p>
        </w:tc>
        <w:tc>
          <w:tcPr>
            <w:tcW w:w="7171" w:type="dxa"/>
          </w:tcPr>
          <w:p w14:paraId="5F2585C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Shape of a line that is sloping upwards as it moves from left to right. (Increasing)</w:t>
            </w:r>
          </w:p>
        </w:tc>
      </w:tr>
      <w:tr w:rsidR="007E21A4" w:rsidRPr="00505B42" w14:paraId="2247FA8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36CF80B" w14:textId="77777777" w:rsidR="007E21A4" w:rsidRPr="00505B42" w:rsidRDefault="00000000" w:rsidP="000C5BCD">
            <w:pPr>
              <w:spacing w:line="276" w:lineRule="auto"/>
              <w:rPr>
                <w:rFonts w:cs="Noto Sans"/>
              </w:rPr>
            </w:pPr>
            <w:r w:rsidRPr="00505B42">
              <w:rPr>
                <w:rFonts w:cs="Noto Sans"/>
              </w:rPr>
              <w:t>Pendiente positiva</w:t>
            </w:r>
          </w:p>
        </w:tc>
        <w:tc>
          <w:tcPr>
            <w:tcW w:w="7171" w:type="dxa"/>
          </w:tcPr>
          <w:p w14:paraId="66749A1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Forma de una línea que se inclina hacia arriba a medida que se mueve de izquierda a derecha. (Creciente)</w:t>
            </w:r>
          </w:p>
        </w:tc>
      </w:tr>
    </w:tbl>
    <w:p w14:paraId="3E632A9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9"/>
        <w:gridCol w:w="6757"/>
      </w:tblGrid>
      <w:tr w:rsidR="007E21A4" w:rsidRPr="00505B42" w14:paraId="5C3D856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66C8DC" w14:textId="77777777" w:rsidR="007E21A4" w:rsidRPr="00505B42" w:rsidRDefault="00000000" w:rsidP="000C5BCD">
            <w:pPr>
              <w:spacing w:line="276" w:lineRule="auto"/>
              <w:rPr>
                <w:rFonts w:cs="Noto Sans"/>
              </w:rPr>
            </w:pPr>
            <w:r w:rsidRPr="00505B42">
              <w:rPr>
                <w:rFonts w:cs="Noto Sans"/>
              </w:rPr>
              <w:t>Power</w:t>
            </w:r>
          </w:p>
        </w:tc>
        <w:tc>
          <w:tcPr>
            <w:tcW w:w="7171" w:type="dxa"/>
          </w:tcPr>
          <w:p w14:paraId="6B349B7A" w14:textId="1CD027D1"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repeated multiplication of a factor. For example, where </w:t>
            </w:r>
            <m:oMath>
              <m:r>
                <w:rPr>
                  <w:rFonts w:ascii="Cambria Math" w:hAnsi="Cambria Math" w:cs="Noto Sans"/>
                </w:rPr>
                <m:t>3</m:t>
              </m:r>
            </m:oMath>
            <w:r w:rsidRPr="00505B42">
              <w:rPr>
                <w:rFonts w:cs="Noto Sans"/>
              </w:rPr>
              <w:t xml:space="preserve"> is the base and 2 is the exponent, this is represented by </w:t>
            </w:r>
            <m:oMath>
              <m:sSup>
                <m:sSupPr>
                  <m:ctrlPr>
                    <w:rPr>
                      <w:rFonts w:ascii="Cambria Math" w:hAnsi="Cambria Math" w:cs="Noto Sans"/>
                      <w:i/>
                    </w:rPr>
                  </m:ctrlPr>
                </m:sSupPr>
                <m:e>
                  <m:r>
                    <w:rPr>
                      <w:rFonts w:ascii="Cambria Math" w:hAnsi="Cambria Math" w:cs="Noto Sans"/>
                    </w:rPr>
                    <m:t>3</m:t>
                  </m:r>
                </m:e>
                <m:sup>
                  <m:r>
                    <w:rPr>
                      <w:rFonts w:ascii="Cambria Math" w:hAnsi="Cambria Math" w:cs="Noto Sans"/>
                    </w:rPr>
                    <m:t>2</m:t>
                  </m:r>
                </m:sup>
              </m:sSup>
            </m:oMath>
            <w:r w:rsidRPr="00505B42">
              <w:rPr>
                <w:rFonts w:cs="Noto Sans"/>
              </w:rPr>
              <w:t xml:space="preserve">. </w:t>
            </w:r>
          </w:p>
        </w:tc>
      </w:tr>
      <w:tr w:rsidR="007E21A4" w:rsidRPr="00505B42" w14:paraId="3D567A0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F3320B9" w14:textId="77777777" w:rsidR="007E21A4" w:rsidRPr="00370EB2" w:rsidRDefault="00000000" w:rsidP="000C5BCD">
            <w:pPr>
              <w:spacing w:line="276" w:lineRule="auto"/>
              <w:rPr>
                <w:rFonts w:cs="Noto Sans"/>
                <w:lang w:val="es-ES"/>
              </w:rPr>
            </w:pPr>
            <w:r w:rsidRPr="00370EB2">
              <w:rPr>
                <w:rFonts w:cs="Noto Sans"/>
                <w:lang w:val="es-ES"/>
              </w:rPr>
              <w:t>Potencia</w:t>
            </w:r>
          </w:p>
        </w:tc>
        <w:tc>
          <w:tcPr>
            <w:tcW w:w="7171" w:type="dxa"/>
          </w:tcPr>
          <w:p w14:paraId="277B396B" w14:textId="7B84858F" w:rsidR="007E21A4" w:rsidRPr="00370EB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370EB2">
              <w:rPr>
                <w:rFonts w:cs="Noto Sans"/>
                <w:lang w:val="es-ES"/>
              </w:rPr>
              <w:t xml:space="preserve">La multiplicación repetida de un factor. Por ejemplo, donde </w:t>
            </w:r>
            <m:oMath>
              <m:r>
                <w:rPr>
                  <w:rFonts w:ascii="Cambria Math" w:hAnsi="Cambria Math" w:cs="Noto Sans"/>
                  <w:lang w:val="es-ES"/>
                </w:rPr>
                <m:t>3</m:t>
              </m:r>
            </m:oMath>
            <w:r w:rsidRPr="00370EB2">
              <w:rPr>
                <w:rFonts w:cs="Noto Sans"/>
                <w:lang w:val="es-ES"/>
              </w:rPr>
              <w:t xml:space="preserve"> es la base y 2 es el exponente, esto se representa por </w:t>
            </w:r>
            <m:oMath>
              <m:sSup>
                <m:sSupPr>
                  <m:ctrlPr>
                    <w:rPr>
                      <w:rFonts w:ascii="Cambria Math" w:hAnsi="Cambria Math" w:cs="Noto Sans"/>
                      <w:i/>
                      <w:lang w:val="es-ES"/>
                    </w:rPr>
                  </m:ctrlPr>
                </m:sSupPr>
                <m:e>
                  <m:r>
                    <w:rPr>
                      <w:rFonts w:ascii="Cambria Math" w:hAnsi="Cambria Math" w:cs="Noto Sans"/>
                      <w:lang w:val="es-ES"/>
                    </w:rPr>
                    <m:t>3</m:t>
                  </m:r>
                </m:e>
                <m:sup>
                  <m:r>
                    <w:rPr>
                      <w:rFonts w:ascii="Cambria Math" w:hAnsi="Cambria Math" w:cs="Noto Sans"/>
                      <w:lang w:val="es-ES"/>
                    </w:rPr>
                    <m:t>2</m:t>
                  </m:r>
                </m:sup>
              </m:sSup>
            </m:oMath>
          </w:p>
        </w:tc>
      </w:tr>
    </w:tbl>
    <w:p w14:paraId="3994A60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4"/>
        <w:gridCol w:w="6742"/>
      </w:tblGrid>
      <w:tr w:rsidR="00B017CE" w:rsidRPr="00505B42" w14:paraId="2C033E2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16B13C13" w14:textId="77777777" w:rsidR="00B017CE" w:rsidRPr="00505B42" w:rsidRDefault="00B017CE" w:rsidP="00B017CE">
            <w:pPr>
              <w:spacing w:line="276" w:lineRule="auto"/>
              <w:rPr>
                <w:rFonts w:cs="Noto Sans"/>
              </w:rPr>
            </w:pPr>
            <w:r w:rsidRPr="00505B42">
              <w:rPr>
                <w:rFonts w:cs="Noto Sans"/>
              </w:rPr>
              <w:t>Power property</w:t>
            </w:r>
          </w:p>
        </w:tc>
        <w:tc>
          <w:tcPr>
            <w:tcW w:w="6742" w:type="dxa"/>
          </w:tcPr>
          <w:p w14:paraId="285A51DC" w14:textId="77777777" w:rsidR="00B017CE" w:rsidRPr="00B017CE" w:rsidRDefault="00000000" w:rsidP="00B017CE">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sup>
                    </m:sSup>
                    <m:r>
                      <m:rPr>
                        <m:sty m:val="p"/>
                      </m:rPr>
                      <w:rPr>
                        <w:rFonts w:ascii="Cambria Math" w:hAnsi="Cambria Math"/>
                      </w:rPr>
                      <m:t>)</m:t>
                    </m:r>
                  </m:e>
                  <m:sup>
                    <m:r>
                      <w:rPr>
                        <w:rFonts w:ascii="Cambria Math" w:hAnsi="Cambria Math"/>
                      </w:rPr>
                      <m:t>n</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w:rPr>
                        <w:rFonts w:ascii="Cambria Math" w:hAnsi="Cambria Math"/>
                      </w:rPr>
                      <m:t>mn</m:t>
                    </m:r>
                  </m:sup>
                </m:sSup>
              </m:oMath>
            </m:oMathPara>
          </w:p>
        </w:tc>
      </w:tr>
      <w:tr w:rsidR="007E21A4" w:rsidRPr="00505B42" w14:paraId="7F9C4BC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1374918D" w14:textId="77777777" w:rsidR="007E21A4" w:rsidRPr="00505B42" w:rsidRDefault="00000000" w:rsidP="000C5BCD">
            <w:pPr>
              <w:spacing w:line="276" w:lineRule="auto"/>
              <w:rPr>
                <w:rFonts w:cs="Noto Sans"/>
              </w:rPr>
            </w:pPr>
            <w:r w:rsidRPr="00505B42">
              <w:rPr>
                <w:rFonts w:cs="Noto Sans"/>
              </w:rPr>
              <w:t>Propiedad de potencia</w:t>
            </w:r>
          </w:p>
        </w:tc>
        <w:tc>
          <w:tcPr>
            <w:tcW w:w="6742" w:type="dxa"/>
          </w:tcPr>
          <w:p w14:paraId="7A007BDA" w14:textId="77777777" w:rsidR="007E21A4" w:rsidRPr="00B017CE"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m:oMathPara>
              <m:oMathParaPr>
                <m:jc m:val="left"/>
              </m:oMathParaPr>
              <m:oMath>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sup>
                    </m:sSup>
                    <m:r>
                      <m:rPr>
                        <m:sty m:val="p"/>
                      </m:rPr>
                      <w:rPr>
                        <w:rFonts w:ascii="Cambria Math" w:hAnsi="Cambria Math"/>
                      </w:rPr>
                      <m:t>)</m:t>
                    </m:r>
                  </m:e>
                  <m:sup>
                    <m:r>
                      <w:rPr>
                        <w:rFonts w:ascii="Cambria Math" w:hAnsi="Cambria Math"/>
                      </w:rPr>
                      <m:t>n</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w:rPr>
                        <w:rFonts w:ascii="Cambria Math" w:hAnsi="Cambria Math"/>
                      </w:rPr>
                      <m:t>mn</m:t>
                    </m:r>
                  </m:sup>
                </m:sSup>
              </m:oMath>
            </m:oMathPara>
          </w:p>
        </w:tc>
      </w:tr>
    </w:tbl>
    <w:p w14:paraId="2A1445F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9"/>
        <w:gridCol w:w="6747"/>
      </w:tblGrid>
      <w:tr w:rsidR="007E21A4" w:rsidRPr="00505B42" w14:paraId="28DB82E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6CC2C5A" w14:textId="77777777" w:rsidR="007E21A4" w:rsidRPr="00505B42" w:rsidRDefault="00000000" w:rsidP="000C5BCD">
            <w:pPr>
              <w:spacing w:line="276" w:lineRule="auto"/>
              <w:rPr>
                <w:rFonts w:cs="Noto Sans"/>
              </w:rPr>
            </w:pPr>
            <w:r w:rsidRPr="00505B42">
              <w:rPr>
                <w:rFonts w:cs="Noto Sans"/>
              </w:rPr>
              <w:lastRenderedPageBreak/>
              <w:t>Principal square root</w:t>
            </w:r>
          </w:p>
        </w:tc>
        <w:tc>
          <w:tcPr>
            <w:tcW w:w="7171" w:type="dxa"/>
          </w:tcPr>
          <w:p w14:paraId="41CE77E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positive square root of a number.</w:t>
            </w:r>
          </w:p>
        </w:tc>
      </w:tr>
      <w:tr w:rsidR="007E21A4" w:rsidRPr="00505B42" w14:paraId="361E9CA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839E6E3" w14:textId="77777777" w:rsidR="007E21A4" w:rsidRPr="00505B42" w:rsidRDefault="00000000" w:rsidP="000C5BCD">
            <w:pPr>
              <w:spacing w:line="276" w:lineRule="auto"/>
              <w:rPr>
                <w:rFonts w:cs="Noto Sans"/>
              </w:rPr>
            </w:pPr>
            <w:r w:rsidRPr="00505B42">
              <w:rPr>
                <w:rFonts w:cs="Noto Sans"/>
              </w:rPr>
              <w:t>Raíz cuadrada principal</w:t>
            </w:r>
          </w:p>
        </w:tc>
        <w:tc>
          <w:tcPr>
            <w:tcW w:w="7171" w:type="dxa"/>
          </w:tcPr>
          <w:p w14:paraId="305B357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raíz cuadrada positiva de un número.</w:t>
            </w:r>
          </w:p>
        </w:tc>
      </w:tr>
    </w:tbl>
    <w:p w14:paraId="4F6D642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0"/>
        <w:gridCol w:w="6726"/>
      </w:tblGrid>
      <w:tr w:rsidR="007E21A4" w:rsidRPr="00505B42" w14:paraId="2C2531B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2A7F4B3" w14:textId="77777777" w:rsidR="007E21A4" w:rsidRPr="00505B42" w:rsidRDefault="00000000" w:rsidP="000C5BCD">
            <w:pPr>
              <w:spacing w:line="276" w:lineRule="auto"/>
              <w:rPr>
                <w:rFonts w:cs="Noto Sans"/>
              </w:rPr>
            </w:pPr>
            <w:r w:rsidRPr="00505B42">
              <w:rPr>
                <w:rFonts w:cs="Noto Sans"/>
              </w:rPr>
              <w:t>Probability</w:t>
            </w:r>
          </w:p>
        </w:tc>
        <w:tc>
          <w:tcPr>
            <w:tcW w:w="7171" w:type="dxa"/>
          </w:tcPr>
          <w:p w14:paraId="70634A4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measure that tells how likely it is for an event to happen. A value of 1 means the event will always happen. A value of 0 means the event will never happen.</w:t>
            </w:r>
          </w:p>
        </w:tc>
      </w:tr>
      <w:tr w:rsidR="007E21A4" w:rsidRPr="00505B42" w14:paraId="6A689D7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9F08ACD" w14:textId="77777777" w:rsidR="007E21A4" w:rsidRPr="00505B42" w:rsidRDefault="00000000" w:rsidP="000C5BCD">
            <w:pPr>
              <w:spacing w:line="276" w:lineRule="auto"/>
              <w:rPr>
                <w:rFonts w:cs="Noto Sans"/>
              </w:rPr>
            </w:pPr>
            <w:r w:rsidRPr="00505B42">
              <w:rPr>
                <w:rFonts w:cs="Noto Sans"/>
              </w:rPr>
              <w:t>Probabilidad</w:t>
            </w:r>
          </w:p>
        </w:tc>
        <w:tc>
          <w:tcPr>
            <w:tcW w:w="7171" w:type="dxa"/>
          </w:tcPr>
          <w:p w14:paraId="0C09AE1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Medida que indica la probabilidad de que ocurra un evento. Un valor de 1 significa que el evento siempre sucederá. Un valor de 0 significa que el evento nunca sucederá.</w:t>
            </w:r>
          </w:p>
        </w:tc>
      </w:tr>
    </w:tbl>
    <w:p w14:paraId="4A6DDAC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B017CE" w:rsidRPr="00505B42" w14:paraId="07FAF1D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736E4055" w14:textId="77777777" w:rsidR="00B017CE" w:rsidRPr="00505B42" w:rsidRDefault="00B017CE" w:rsidP="00B017CE">
            <w:pPr>
              <w:spacing w:line="276" w:lineRule="auto"/>
              <w:rPr>
                <w:rFonts w:cs="Noto Sans"/>
              </w:rPr>
            </w:pPr>
            <w:r w:rsidRPr="00505B42">
              <w:rPr>
                <w:rFonts w:cs="Noto Sans"/>
              </w:rPr>
              <w:t>Product property</w:t>
            </w:r>
          </w:p>
        </w:tc>
        <w:tc>
          <w:tcPr>
            <w:tcW w:w="6743" w:type="dxa"/>
          </w:tcPr>
          <w:p w14:paraId="67A6E062" w14:textId="77777777" w:rsidR="00B017CE" w:rsidRPr="00B017CE" w:rsidRDefault="00B017CE" w:rsidP="00B017CE">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n</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w:rPr>
                        <w:rFonts w:ascii="Cambria Math" w:hAnsi="Cambria Math"/>
                      </w:rPr>
                      <m:t>m+n</m:t>
                    </m:r>
                  </m:sup>
                </m:sSup>
              </m:oMath>
            </m:oMathPara>
          </w:p>
        </w:tc>
      </w:tr>
      <w:tr w:rsidR="00B017CE" w:rsidRPr="00505B42" w14:paraId="29FA298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dxa"/>
          </w:tcPr>
          <w:p w14:paraId="411C573D" w14:textId="77777777" w:rsidR="00B017CE" w:rsidRPr="00370EB2" w:rsidRDefault="00B017CE" w:rsidP="00B017CE">
            <w:pPr>
              <w:spacing w:line="276" w:lineRule="auto"/>
              <w:rPr>
                <w:rFonts w:cs="Noto Sans"/>
                <w:lang w:val="es-ES"/>
              </w:rPr>
            </w:pPr>
            <w:r w:rsidRPr="00370EB2">
              <w:rPr>
                <w:rFonts w:cs="Noto Sans"/>
                <w:lang w:val="es-ES"/>
              </w:rPr>
              <w:t>Propiedad del producto</w:t>
            </w:r>
          </w:p>
        </w:tc>
        <w:tc>
          <w:tcPr>
            <w:tcW w:w="6743" w:type="dxa"/>
          </w:tcPr>
          <w:p w14:paraId="774B9759" w14:textId="77777777" w:rsidR="00B017CE" w:rsidRPr="00B017CE" w:rsidRDefault="00B017CE" w:rsidP="00B017CE">
            <w:pPr>
              <w:spacing w:line="276" w:lineRule="auto"/>
              <w:cnfStyle w:val="000000010000" w:firstRow="0" w:lastRow="0" w:firstColumn="0" w:lastColumn="0" w:oddVBand="0" w:evenVBand="0" w:oddHBand="0" w:evenHBand="1" w:firstRowFirstColumn="0" w:firstRowLastColumn="0" w:lastRowFirstColumn="0" w:lastRowLastColumn="0"/>
              <w:rPr>
                <w:rFonts w:cs="Noto Sans"/>
              </w:rPr>
            </w:pPr>
            <m:oMathPara>
              <m:oMathParaPr>
                <m:jc m:val="left"/>
              </m:oMathParaPr>
              <m:oMath>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n</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w:rPr>
                        <w:rFonts w:ascii="Cambria Math" w:hAnsi="Cambria Math"/>
                      </w:rPr>
                      <m:t>m+n</m:t>
                    </m:r>
                  </m:sup>
                </m:sSup>
              </m:oMath>
            </m:oMathPara>
          </w:p>
        </w:tc>
      </w:tr>
    </w:tbl>
    <w:p w14:paraId="7D17944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2"/>
        <w:gridCol w:w="6744"/>
      </w:tblGrid>
      <w:tr w:rsidR="00B017CE" w:rsidRPr="00505B42" w14:paraId="17EADA1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0CA05425" w14:textId="77777777" w:rsidR="00B017CE" w:rsidRPr="00505B42" w:rsidRDefault="00B017CE" w:rsidP="00B017CE">
            <w:pPr>
              <w:spacing w:line="276" w:lineRule="auto"/>
              <w:rPr>
                <w:rFonts w:cs="Noto Sans"/>
              </w:rPr>
            </w:pPr>
            <w:r w:rsidRPr="00505B42">
              <w:rPr>
                <w:rFonts w:cs="Noto Sans"/>
              </w:rPr>
              <w:t>Product to a power property</w:t>
            </w:r>
          </w:p>
        </w:tc>
        <w:tc>
          <w:tcPr>
            <w:tcW w:w="6744" w:type="dxa"/>
          </w:tcPr>
          <w:p w14:paraId="7DC8B594" w14:textId="77777777" w:rsidR="00B017CE" w:rsidRPr="00B017CE" w:rsidRDefault="00000000" w:rsidP="00B017CE">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sSup>
                  <m:sSupPr>
                    <m:ctrlPr>
                      <w:rPr>
                        <w:rFonts w:ascii="Cambria Math" w:hAnsi="Cambria Math"/>
                      </w:rPr>
                    </m:ctrlPr>
                  </m:sSupPr>
                  <m:e>
                    <m:r>
                      <w:rPr>
                        <w:rFonts w:ascii="Cambria Math" w:hAnsi="Cambria Math"/>
                      </w:rPr>
                      <m:t>ab</m:t>
                    </m:r>
                  </m:e>
                  <m:sup>
                    <m:r>
                      <w:rPr>
                        <w:rFonts w:ascii="Cambria Math" w:hAnsi="Cambria Math"/>
                      </w:rPr>
                      <m:t>m</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r>
                  <w:rPr>
                    <w:rFonts w:ascii="Cambria Math" w:hAnsi="Cambria Math"/>
                  </w:rPr>
                  <m:t>)</m:t>
                </m:r>
              </m:oMath>
            </m:oMathPara>
          </w:p>
        </w:tc>
      </w:tr>
      <w:tr w:rsidR="00B017CE" w:rsidRPr="00505B42" w14:paraId="56B23DD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27BC75D9" w14:textId="77777777" w:rsidR="00B017CE" w:rsidRPr="00370EB2" w:rsidRDefault="00B017CE" w:rsidP="00B017CE">
            <w:pPr>
              <w:spacing w:line="276" w:lineRule="auto"/>
              <w:rPr>
                <w:rFonts w:cs="Noto Sans"/>
                <w:iCs/>
                <w:lang w:val="es-ES"/>
              </w:rPr>
            </w:pPr>
            <w:r w:rsidRPr="00370EB2">
              <w:rPr>
                <w:rFonts w:cs="Noto Sans"/>
                <w:iCs/>
                <w:lang w:val="es-ES"/>
              </w:rPr>
              <w:t>Propiedad del producto a una potencia</w:t>
            </w:r>
          </w:p>
        </w:tc>
        <w:tc>
          <w:tcPr>
            <w:tcW w:w="6744" w:type="dxa"/>
          </w:tcPr>
          <w:p w14:paraId="0401DE1A" w14:textId="374F397C" w:rsidR="00B017CE" w:rsidRPr="00754567" w:rsidRDefault="00754567" w:rsidP="00B017CE">
            <w:pPr>
              <w:spacing w:line="276" w:lineRule="auto"/>
              <w:cnfStyle w:val="000000010000" w:firstRow="0" w:lastRow="0" w:firstColumn="0" w:lastColumn="0" w:oddVBand="0" w:evenVBand="0" w:oddHBand="0" w:evenHBand="1" w:firstRowFirstColumn="0" w:firstRowLastColumn="0" w:lastRowFirstColumn="0" w:lastRowLastColumn="0"/>
              <w:rPr>
                <w:rFonts w:ascii="Cambria Math" w:hAnsi="Cambria Math" w:cs="Noto Sans"/>
                <w:i/>
              </w:rPr>
            </w:pPr>
            <w:r>
              <w:rPr>
                <w:rFonts w:ascii="Cambria Math" w:hAnsi="Cambria Math"/>
              </w:rPr>
              <w:br/>
            </w:r>
            <m:oMathPara>
              <m:oMathParaPr>
                <m:jc m:val="left"/>
              </m:oMathParaPr>
              <m:oMath>
                <m:sSup>
                  <m:sSupPr>
                    <m:ctrlPr>
                      <w:rPr>
                        <w:rFonts w:ascii="Cambria Math" w:hAnsi="Cambria Math"/>
                      </w:rPr>
                    </m:ctrlPr>
                  </m:sSupPr>
                  <m:e>
                    <m:r>
                      <w:rPr>
                        <w:rFonts w:ascii="Cambria Math" w:hAnsi="Cambria Math"/>
                      </w:rPr>
                      <m:t>ab</m:t>
                    </m:r>
                  </m:e>
                  <m:sup>
                    <m:r>
                      <w:rPr>
                        <w:rFonts w:ascii="Cambria Math" w:hAnsi="Cambria Math"/>
                      </w:rPr>
                      <m:t>m</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m:t>
                    </m:r>
                  </m:sup>
                </m:sSup>
                <m:r>
                  <w:rPr>
                    <w:rFonts w:ascii="Cambria Math" w:hAnsi="Cambria Math"/>
                  </w:rPr>
                  <m:t>)</m:t>
                </m:r>
              </m:oMath>
            </m:oMathPara>
          </w:p>
        </w:tc>
      </w:tr>
    </w:tbl>
    <w:p w14:paraId="0EFC773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5"/>
        <w:gridCol w:w="6731"/>
      </w:tblGrid>
      <w:tr w:rsidR="007E21A4" w:rsidRPr="00505B42" w14:paraId="35DEDA3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tcPr>
          <w:p w14:paraId="067665B5" w14:textId="77777777" w:rsidR="007E21A4" w:rsidRPr="00505B42" w:rsidRDefault="00000000" w:rsidP="008E472A">
            <w:pPr>
              <w:keepNext/>
              <w:spacing w:line="276" w:lineRule="auto"/>
              <w:rPr>
                <w:rFonts w:cs="Noto Sans"/>
              </w:rPr>
            </w:pPr>
            <w:r w:rsidRPr="00505B42">
              <w:rPr>
                <w:rFonts w:cs="Noto Sans"/>
              </w:rPr>
              <w:lastRenderedPageBreak/>
              <w:t>Property of negative exponents</w:t>
            </w:r>
          </w:p>
        </w:tc>
        <w:tc>
          <w:tcPr>
            <w:tcW w:w="6731" w:type="dxa"/>
          </w:tcPr>
          <w:p w14:paraId="07287360" w14:textId="77777777" w:rsidR="007E21A4" w:rsidRPr="00B017CE" w:rsidRDefault="00000000" w:rsidP="008E472A">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sSup>
                  <m:sSupPr>
                    <m:ctrlPr>
                      <w:rPr>
                        <w:rFonts w:ascii="Cambria Math" w:hAnsi="Cambria Math" w:cs="Noto Sans"/>
                        <w:i/>
                      </w:rPr>
                    </m:ctrlPr>
                  </m:sSupPr>
                  <m:e>
                    <m:r>
                      <w:rPr>
                        <w:rFonts w:ascii="Cambria Math" w:hAnsi="Cambria Math" w:cs="Noto Sans"/>
                      </w:rPr>
                      <m:t>a</m:t>
                    </m:r>
                  </m:e>
                  <m:sup>
                    <m:r>
                      <w:rPr>
                        <w:rFonts w:ascii="Cambria Math" w:hAnsi="Cambria Math" w:cs="Noto Sans"/>
                      </w:rPr>
                      <m:t>-m</m:t>
                    </m:r>
                  </m:sup>
                </m:sSup>
                <m:r>
                  <w:rPr>
                    <w:rFonts w:ascii="Cambria Math" w:hAnsi="Cambria Math" w:cs="Noto Sans"/>
                  </w:rPr>
                  <m:t>=</m:t>
                </m:r>
                <m:f>
                  <m:fPr>
                    <m:ctrlPr>
                      <w:rPr>
                        <w:rFonts w:ascii="Cambria Math" w:hAnsi="Cambria Math" w:cs="Noto Sans"/>
                        <w:i/>
                      </w:rPr>
                    </m:ctrlPr>
                  </m:fPr>
                  <m:num>
                    <m:r>
                      <w:rPr>
                        <w:rFonts w:ascii="Cambria Math" w:hAnsi="Cambria Math" w:cs="Noto Sans"/>
                      </w:rPr>
                      <m:t>1</m:t>
                    </m:r>
                  </m:num>
                  <m:den>
                    <m:sSup>
                      <m:sSupPr>
                        <m:ctrlPr>
                          <w:rPr>
                            <w:rFonts w:ascii="Cambria Math" w:hAnsi="Cambria Math" w:cs="Noto Sans"/>
                            <w:i/>
                          </w:rPr>
                        </m:ctrlPr>
                      </m:sSupPr>
                      <m:e>
                        <m:r>
                          <w:rPr>
                            <w:rFonts w:ascii="Cambria Math" w:hAnsi="Cambria Math" w:cs="Noto Sans"/>
                          </w:rPr>
                          <m:t>a</m:t>
                        </m:r>
                      </m:e>
                      <m:sup>
                        <m:r>
                          <w:rPr>
                            <w:rFonts w:ascii="Cambria Math" w:hAnsi="Cambria Math" w:cs="Noto Sans"/>
                          </w:rPr>
                          <m:t>m</m:t>
                        </m:r>
                      </m:sup>
                    </m:sSup>
                  </m:den>
                </m:f>
              </m:oMath>
            </m:oMathPara>
          </w:p>
        </w:tc>
      </w:tr>
      <w:tr w:rsidR="00B017CE" w:rsidRPr="00505B42" w14:paraId="1F1EB5D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5" w:type="dxa"/>
          </w:tcPr>
          <w:p w14:paraId="4165DCCD" w14:textId="77777777" w:rsidR="00B017CE" w:rsidRPr="00370EB2" w:rsidRDefault="00B017CE" w:rsidP="008E472A">
            <w:pPr>
              <w:keepNext/>
              <w:spacing w:line="276" w:lineRule="auto"/>
              <w:rPr>
                <w:rFonts w:cs="Noto Sans"/>
                <w:lang w:val="es-ES"/>
              </w:rPr>
            </w:pPr>
            <w:r w:rsidRPr="00370EB2">
              <w:rPr>
                <w:rFonts w:cs="Noto Sans"/>
                <w:lang w:val="es-ES"/>
              </w:rPr>
              <w:t>Propiedad de exponentes negativos</w:t>
            </w:r>
          </w:p>
        </w:tc>
        <w:tc>
          <w:tcPr>
            <w:tcW w:w="6731" w:type="dxa"/>
          </w:tcPr>
          <w:p w14:paraId="7BD46B20" w14:textId="2717D3B1" w:rsidR="00B017CE" w:rsidRPr="00754567" w:rsidRDefault="00754567" w:rsidP="008E472A">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cs="Noto Sans"/>
              </w:rPr>
            </w:pPr>
            <w:r>
              <w:rPr>
                <w:rFonts w:ascii="Cambria Math" w:hAnsi="Cambria Math" w:cs="Noto Sans"/>
                <w:i/>
              </w:rPr>
              <w:br/>
            </w:r>
            <m:oMathPara>
              <m:oMathParaPr>
                <m:jc m:val="left"/>
              </m:oMathParaPr>
              <m:oMath>
                <m:sSup>
                  <m:sSupPr>
                    <m:ctrlPr>
                      <w:rPr>
                        <w:rFonts w:ascii="Cambria Math" w:hAnsi="Cambria Math" w:cs="Noto Sans"/>
                        <w:i/>
                      </w:rPr>
                    </m:ctrlPr>
                  </m:sSupPr>
                  <m:e>
                    <m:r>
                      <w:rPr>
                        <w:rFonts w:ascii="Cambria Math" w:hAnsi="Cambria Math" w:cs="Noto Sans"/>
                      </w:rPr>
                      <m:t>a</m:t>
                    </m:r>
                  </m:e>
                  <m:sup>
                    <m:r>
                      <w:rPr>
                        <w:rFonts w:ascii="Cambria Math" w:hAnsi="Cambria Math" w:cs="Noto Sans"/>
                      </w:rPr>
                      <m:t>-m</m:t>
                    </m:r>
                  </m:sup>
                </m:sSup>
                <m:r>
                  <w:rPr>
                    <w:rFonts w:ascii="Cambria Math" w:hAnsi="Cambria Math" w:cs="Noto Sans"/>
                  </w:rPr>
                  <m:t>=</m:t>
                </m:r>
                <m:f>
                  <m:fPr>
                    <m:ctrlPr>
                      <w:rPr>
                        <w:rFonts w:ascii="Cambria Math" w:hAnsi="Cambria Math" w:cs="Noto Sans"/>
                        <w:i/>
                      </w:rPr>
                    </m:ctrlPr>
                  </m:fPr>
                  <m:num>
                    <m:r>
                      <w:rPr>
                        <w:rFonts w:ascii="Cambria Math" w:hAnsi="Cambria Math" w:cs="Noto Sans"/>
                      </w:rPr>
                      <m:t>1</m:t>
                    </m:r>
                  </m:num>
                  <m:den>
                    <m:sSup>
                      <m:sSupPr>
                        <m:ctrlPr>
                          <w:rPr>
                            <w:rFonts w:ascii="Cambria Math" w:hAnsi="Cambria Math" w:cs="Noto Sans"/>
                            <w:i/>
                          </w:rPr>
                        </m:ctrlPr>
                      </m:sSupPr>
                      <m:e>
                        <m:r>
                          <w:rPr>
                            <w:rFonts w:ascii="Cambria Math" w:hAnsi="Cambria Math" w:cs="Noto Sans"/>
                          </w:rPr>
                          <m:t>a</m:t>
                        </m:r>
                      </m:e>
                      <m:sup>
                        <m:r>
                          <w:rPr>
                            <w:rFonts w:ascii="Cambria Math" w:hAnsi="Cambria Math" w:cs="Noto Sans"/>
                          </w:rPr>
                          <m:t>m</m:t>
                        </m:r>
                      </m:sup>
                    </m:sSup>
                  </m:den>
                </m:f>
              </m:oMath>
            </m:oMathPara>
          </w:p>
        </w:tc>
      </w:tr>
    </w:tbl>
    <w:p w14:paraId="7832E5A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6"/>
        <w:gridCol w:w="6740"/>
      </w:tblGrid>
      <w:tr w:rsidR="007E21A4" w:rsidRPr="00505B42" w14:paraId="51F4BD0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3A1FF41" w14:textId="77777777" w:rsidR="007E21A4" w:rsidRPr="00505B42" w:rsidRDefault="00000000" w:rsidP="000C5BCD">
            <w:pPr>
              <w:spacing w:line="276" w:lineRule="auto"/>
              <w:rPr>
                <w:rFonts w:cs="Noto Sans"/>
              </w:rPr>
            </w:pPr>
            <w:r w:rsidRPr="00505B42">
              <w:rPr>
                <w:rFonts w:cs="Noto Sans"/>
              </w:rPr>
              <w:t>Proportion</w:t>
            </w:r>
          </w:p>
        </w:tc>
        <w:tc>
          <w:tcPr>
            <w:tcW w:w="7171" w:type="dxa"/>
          </w:tcPr>
          <w:p w14:paraId="08CA3F8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equation that results when two rational expressions (fractions) are equal.</w:t>
            </w:r>
          </w:p>
        </w:tc>
      </w:tr>
      <w:tr w:rsidR="007E21A4" w:rsidRPr="00505B42" w14:paraId="562BE87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5043685" w14:textId="77777777" w:rsidR="007E21A4" w:rsidRPr="00505B42" w:rsidRDefault="00000000" w:rsidP="000C5BCD">
            <w:pPr>
              <w:spacing w:line="276" w:lineRule="auto"/>
              <w:rPr>
                <w:rFonts w:cs="Noto Sans"/>
              </w:rPr>
            </w:pPr>
            <w:r w:rsidRPr="00505B42">
              <w:rPr>
                <w:rFonts w:cs="Noto Sans"/>
              </w:rPr>
              <w:t>Proporción</w:t>
            </w:r>
          </w:p>
        </w:tc>
        <w:tc>
          <w:tcPr>
            <w:tcW w:w="7171" w:type="dxa"/>
          </w:tcPr>
          <w:p w14:paraId="7DAC4DA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Ecuación que indica que dos razones son equivalentes.</w:t>
            </w:r>
          </w:p>
        </w:tc>
      </w:tr>
    </w:tbl>
    <w:p w14:paraId="6D83081B"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56DAE7F2" w14:textId="77777777" w:rsidR="007E21A4" w:rsidRPr="00505B42" w:rsidRDefault="00000000" w:rsidP="00F719CF">
      <w:pPr>
        <w:pStyle w:val="Heading2"/>
      </w:pPr>
      <w:bookmarkStart w:id="13" w:name="_Toc162956995"/>
      <w:r w:rsidRPr="00505B42">
        <w:t>Q</w:t>
      </w:r>
      <w:bookmarkEnd w:id="13"/>
    </w:p>
    <w:tbl>
      <w:tblPr>
        <w:tblStyle w:val="GlossaryTerm-Standard"/>
        <w:tblW w:w="0" w:type="auto"/>
        <w:tblLook w:val="0480" w:firstRow="0" w:lastRow="0" w:firstColumn="1" w:lastColumn="0" w:noHBand="0" w:noVBand="1"/>
      </w:tblPr>
      <w:tblGrid>
        <w:gridCol w:w="2114"/>
        <w:gridCol w:w="6742"/>
      </w:tblGrid>
      <w:tr w:rsidR="007E21A4" w:rsidRPr="00505B42" w14:paraId="4690E70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7011D96" w14:textId="77777777" w:rsidR="007E21A4" w:rsidRPr="00505B42" w:rsidRDefault="00000000" w:rsidP="000C5BCD">
            <w:pPr>
              <w:spacing w:line="276" w:lineRule="auto"/>
              <w:rPr>
                <w:rFonts w:cs="Noto Sans"/>
              </w:rPr>
            </w:pPr>
            <w:r w:rsidRPr="00505B42">
              <w:rPr>
                <w:rFonts w:cs="Noto Sans"/>
              </w:rPr>
              <w:t>Quadratic equation</w:t>
            </w:r>
          </w:p>
        </w:tc>
        <w:tc>
          <w:tcPr>
            <w:tcW w:w="7171" w:type="dxa"/>
          </w:tcPr>
          <w:p w14:paraId="70D8C1D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Polynomial equations of degree two.</w:t>
            </w:r>
          </w:p>
        </w:tc>
      </w:tr>
      <w:tr w:rsidR="007E21A4" w:rsidRPr="00505B42" w14:paraId="3D3FDD9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FFB47D0" w14:textId="77777777" w:rsidR="007E21A4" w:rsidRPr="00505B42" w:rsidRDefault="00000000" w:rsidP="000C5BCD">
            <w:pPr>
              <w:spacing w:line="276" w:lineRule="auto"/>
              <w:rPr>
                <w:rFonts w:cs="Noto Sans"/>
              </w:rPr>
            </w:pPr>
            <w:r w:rsidRPr="00505B42">
              <w:rPr>
                <w:rFonts w:cs="Noto Sans"/>
              </w:rPr>
              <w:t>Ecuación cuadrática</w:t>
            </w:r>
          </w:p>
        </w:tc>
        <w:tc>
          <w:tcPr>
            <w:tcW w:w="7171" w:type="dxa"/>
          </w:tcPr>
          <w:p w14:paraId="25FEDBB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Ecuaciones polinomiales de grado dos.</w:t>
            </w:r>
          </w:p>
        </w:tc>
      </w:tr>
    </w:tbl>
    <w:p w14:paraId="5623AE3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2CA1FF3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E0143B" w14:textId="77777777" w:rsidR="007E21A4" w:rsidRPr="00505B42" w:rsidRDefault="00000000" w:rsidP="000C5BCD">
            <w:pPr>
              <w:spacing w:line="276" w:lineRule="auto"/>
              <w:rPr>
                <w:rFonts w:cs="Noto Sans"/>
              </w:rPr>
            </w:pPr>
            <w:r w:rsidRPr="00505B42">
              <w:rPr>
                <w:rFonts w:cs="Noto Sans"/>
              </w:rPr>
              <w:t>Quadratic expression</w:t>
            </w:r>
          </w:p>
        </w:tc>
        <w:tc>
          <w:tcPr>
            <w:tcW w:w="7171" w:type="dxa"/>
          </w:tcPr>
          <w:p w14:paraId="7C74EC8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An expression in x that is equivalent to an expression of the form </w:t>
            </w:r>
            <m:oMath>
              <m:r>
                <w:rPr>
                  <w:rFonts w:ascii="Cambria Math" w:hAnsi="Cambria Math" w:cs="Noto Sans"/>
                </w:rPr>
                <m:t>ax² + bx + c</m:t>
              </m:r>
            </m:oMath>
            <w:r w:rsidRPr="00505B42">
              <w:rPr>
                <w:rFonts w:cs="Noto Sans"/>
              </w:rPr>
              <w:t xml:space="preserve"> (where </w:t>
            </w:r>
            <m:oMath>
              <m:r>
                <w:rPr>
                  <w:rFonts w:ascii="Cambria Math" w:hAnsi="Cambria Math" w:cs="Noto Sans"/>
                </w:rPr>
                <m:t>a</m:t>
              </m:r>
            </m:oMath>
            <w:r w:rsidRPr="00505B42">
              <w:rPr>
                <w:rFonts w:cs="Noto Sans"/>
              </w:rPr>
              <w:t xml:space="preserve">, </w:t>
            </w:r>
            <m:oMath>
              <m:r>
                <w:rPr>
                  <w:rFonts w:ascii="Cambria Math" w:hAnsi="Cambria Math" w:cs="Noto Sans"/>
                </w:rPr>
                <m:t>b</m:t>
              </m:r>
            </m:oMath>
            <w:r w:rsidRPr="00505B42">
              <w:rPr>
                <w:rFonts w:cs="Noto Sans"/>
              </w:rPr>
              <w:t xml:space="preserve">, and </w:t>
            </w:r>
            <m:oMath>
              <m:r>
                <w:rPr>
                  <w:rFonts w:ascii="Cambria Math" w:hAnsi="Cambria Math" w:cs="Noto Sans"/>
                </w:rPr>
                <m:t>c</m:t>
              </m:r>
            </m:oMath>
            <w:r w:rsidRPr="00505B42">
              <w:rPr>
                <w:rFonts w:cs="Noto Sans"/>
              </w:rPr>
              <w:t xml:space="preserve"> are constants and </w:t>
            </w:r>
            <m:oMath>
              <m:r>
                <w:rPr>
                  <w:rFonts w:ascii="Cambria Math" w:hAnsi="Cambria Math" w:cs="Noto Sans"/>
                </w:rPr>
                <m:t xml:space="preserve">a </m:t>
              </m:r>
              <m:r>
                <w:rPr>
                  <w:rFonts w:ascii="Cambria Math" w:hAnsi="Cambria Math" w:cs="Cambria Math"/>
                </w:rPr>
                <m:t>≠</m:t>
              </m:r>
              <m:r>
                <w:rPr>
                  <w:rFonts w:ascii="Cambria Math" w:hAnsi="Cambria Math" w:cs="Noto Sans"/>
                </w:rPr>
                <m:t xml:space="preserve"> 0</m:t>
              </m:r>
            </m:oMath>
            <w:r w:rsidRPr="00505B42">
              <w:rPr>
                <w:rFonts w:cs="Noto Sans"/>
              </w:rPr>
              <w:t>).</w:t>
            </w:r>
          </w:p>
        </w:tc>
      </w:tr>
      <w:tr w:rsidR="007E21A4" w:rsidRPr="00505B42" w14:paraId="0D03B29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DC969B3" w14:textId="77777777" w:rsidR="007E21A4" w:rsidRPr="00754567" w:rsidRDefault="00000000" w:rsidP="000C5BCD">
            <w:pPr>
              <w:spacing w:line="276" w:lineRule="auto"/>
              <w:rPr>
                <w:rFonts w:cs="Noto Sans"/>
                <w:lang w:val="es-ES"/>
              </w:rPr>
            </w:pPr>
            <w:r w:rsidRPr="00754567">
              <w:rPr>
                <w:rFonts w:cs="Noto Sans"/>
                <w:lang w:val="es-ES"/>
              </w:rPr>
              <w:t>Expresión cuadrática</w:t>
            </w:r>
          </w:p>
        </w:tc>
        <w:tc>
          <w:tcPr>
            <w:tcW w:w="7171" w:type="dxa"/>
          </w:tcPr>
          <w:p w14:paraId="12E8EE1E" w14:textId="77777777" w:rsidR="007E21A4" w:rsidRPr="00754567"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Una expresión en x que es equivalente a una expresión de la forma 𝑎𝑥² + 𝑏𝑥 + 𝑐 (donde 𝑎, 𝑏</w:t>
            </w:r>
            <w:r w:rsidR="00B017CE" w:rsidRPr="00754567">
              <w:rPr>
                <w:rFonts w:cs="Noto Sans"/>
                <w:lang w:val="es-ES"/>
              </w:rPr>
              <w:t xml:space="preserve"> </w:t>
            </w:r>
            <w:r w:rsidRPr="00754567">
              <w:rPr>
                <w:rFonts w:cs="Noto Sans"/>
                <w:lang w:val="es-ES"/>
              </w:rPr>
              <w:t>y 𝑐 son constantes y 𝑎 ≠ 0</w:t>
            </w:r>
            <w:r w:rsidR="00B017CE" w:rsidRPr="00754567">
              <w:rPr>
                <w:rFonts w:cs="Noto Sans"/>
                <w:lang w:val="es-ES"/>
              </w:rPr>
              <w:t>).</w:t>
            </w:r>
          </w:p>
        </w:tc>
      </w:tr>
    </w:tbl>
    <w:p w14:paraId="61E62AF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9"/>
        <w:gridCol w:w="6747"/>
      </w:tblGrid>
      <w:tr w:rsidR="007E21A4" w:rsidRPr="00505B42" w14:paraId="7A81CF4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Pr>
          <w:p w14:paraId="560AE161" w14:textId="77777777" w:rsidR="007E21A4" w:rsidRPr="00505B42" w:rsidRDefault="00000000" w:rsidP="008E472A">
            <w:pPr>
              <w:keepNext/>
              <w:spacing w:line="276" w:lineRule="auto"/>
              <w:rPr>
                <w:rFonts w:cs="Noto Sans"/>
              </w:rPr>
            </w:pPr>
            <w:r w:rsidRPr="00505B42">
              <w:rPr>
                <w:rFonts w:cs="Noto Sans"/>
              </w:rPr>
              <w:lastRenderedPageBreak/>
              <w:t>Quadratic formula</w:t>
            </w:r>
          </w:p>
        </w:tc>
        <w:tc>
          <w:tcPr>
            <w:tcW w:w="6747" w:type="dxa"/>
          </w:tcPr>
          <w:p w14:paraId="7A75210C" w14:textId="77777777" w:rsidR="007E21A4" w:rsidRPr="00B017CE" w:rsidRDefault="00B017CE" w:rsidP="008E472A">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r>
                  <w:rPr>
                    <w:rFonts w:ascii="Cambria Math" w:hAnsi="Cambria Math" w:cs="Noto Sans"/>
                  </w:rPr>
                  <m:t xml:space="preserve">x= </m:t>
                </m:r>
                <m:f>
                  <m:fPr>
                    <m:ctrlPr>
                      <w:rPr>
                        <w:rFonts w:ascii="Cambria Math" w:hAnsi="Cambria Math" w:cs="Noto Sans"/>
                        <w:i/>
                      </w:rPr>
                    </m:ctrlPr>
                  </m:fPr>
                  <m:num>
                    <m:r>
                      <w:rPr>
                        <w:rFonts w:ascii="Cambria Math" w:hAnsi="Cambria Math" w:cs="Noto Sans"/>
                      </w:rPr>
                      <m:t>-b±</m:t>
                    </m:r>
                    <m:rad>
                      <m:radPr>
                        <m:degHide m:val="1"/>
                        <m:ctrlPr>
                          <w:rPr>
                            <w:rFonts w:ascii="Cambria Math" w:hAnsi="Cambria Math" w:cs="Noto Sans"/>
                            <w:i/>
                          </w:rPr>
                        </m:ctrlPr>
                      </m:radPr>
                      <m:deg/>
                      <m:e>
                        <m:sSup>
                          <m:sSupPr>
                            <m:ctrlPr>
                              <w:rPr>
                                <w:rFonts w:ascii="Cambria Math" w:hAnsi="Cambria Math" w:cs="Noto Sans"/>
                                <w:i/>
                              </w:rPr>
                            </m:ctrlPr>
                          </m:sSupPr>
                          <m:e>
                            <m:r>
                              <w:rPr>
                                <w:rFonts w:ascii="Cambria Math" w:hAnsi="Cambria Math" w:cs="Noto Sans"/>
                              </w:rPr>
                              <m:t>b</m:t>
                            </m:r>
                          </m:e>
                          <m:sup>
                            <m:r>
                              <w:rPr>
                                <w:rFonts w:ascii="Cambria Math" w:hAnsi="Cambria Math" w:cs="Noto Sans"/>
                              </w:rPr>
                              <m:t>2</m:t>
                            </m:r>
                          </m:sup>
                        </m:sSup>
                        <m:r>
                          <w:rPr>
                            <w:rFonts w:ascii="Cambria Math" w:hAnsi="Cambria Math" w:cs="Noto Sans"/>
                          </w:rPr>
                          <m:t>-4ac</m:t>
                        </m:r>
                      </m:e>
                    </m:rad>
                  </m:num>
                  <m:den>
                    <m:r>
                      <w:rPr>
                        <w:rFonts w:ascii="Cambria Math" w:hAnsi="Cambria Math" w:cs="Noto Sans"/>
                      </w:rPr>
                      <m:t>2a</m:t>
                    </m:r>
                  </m:den>
                </m:f>
              </m:oMath>
            </m:oMathPara>
          </w:p>
        </w:tc>
      </w:tr>
      <w:tr w:rsidR="00B017CE" w:rsidRPr="00505B42" w14:paraId="6ACFC49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Pr>
          <w:p w14:paraId="60F8E13B" w14:textId="77777777" w:rsidR="00B017CE" w:rsidRPr="00754567" w:rsidRDefault="00B017CE" w:rsidP="008E472A">
            <w:pPr>
              <w:keepNext/>
              <w:spacing w:line="276" w:lineRule="auto"/>
              <w:rPr>
                <w:rFonts w:cs="Noto Sans"/>
                <w:lang w:val="es-ES"/>
              </w:rPr>
            </w:pPr>
            <w:r w:rsidRPr="00754567">
              <w:rPr>
                <w:rFonts w:cs="Noto Sans"/>
                <w:lang w:val="es-ES"/>
              </w:rPr>
              <w:t>Fórmula cuadrática</w:t>
            </w:r>
          </w:p>
        </w:tc>
        <w:tc>
          <w:tcPr>
            <w:tcW w:w="6747" w:type="dxa"/>
          </w:tcPr>
          <w:p w14:paraId="46E56E92" w14:textId="101A1035" w:rsidR="00B017CE" w:rsidRPr="00754567" w:rsidRDefault="00754567" w:rsidP="008E472A">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cs="Noto Sans"/>
                <w:lang w:val="es-ES"/>
              </w:rPr>
            </w:pPr>
            <m:oMathPara>
              <m:oMathParaPr>
                <m:jc m:val="left"/>
              </m:oMathParaPr>
              <m:oMath>
                <m:r>
                  <w:rPr>
                    <w:rFonts w:ascii="Cambria Math" w:hAnsi="Cambria Math" w:cs="Noto Sans"/>
                    <w:lang w:val="es-ES"/>
                  </w:rPr>
                  <m:t xml:space="preserve">x= </m:t>
                </m:r>
                <m:f>
                  <m:fPr>
                    <m:ctrlPr>
                      <w:rPr>
                        <w:rFonts w:ascii="Cambria Math" w:hAnsi="Cambria Math" w:cs="Noto Sans"/>
                        <w:i/>
                        <w:lang w:val="es-ES"/>
                      </w:rPr>
                    </m:ctrlPr>
                  </m:fPr>
                  <m:num>
                    <m:r>
                      <w:rPr>
                        <w:rFonts w:ascii="Cambria Math" w:hAnsi="Cambria Math" w:cs="Noto Sans"/>
                        <w:lang w:val="es-ES"/>
                      </w:rPr>
                      <m:t>-b±</m:t>
                    </m:r>
                    <m:rad>
                      <m:radPr>
                        <m:degHide m:val="1"/>
                        <m:ctrlPr>
                          <w:rPr>
                            <w:rFonts w:ascii="Cambria Math" w:hAnsi="Cambria Math" w:cs="Noto Sans"/>
                            <w:i/>
                            <w:lang w:val="es-ES"/>
                          </w:rPr>
                        </m:ctrlPr>
                      </m:radPr>
                      <m:deg/>
                      <m:e>
                        <m:sSup>
                          <m:sSupPr>
                            <m:ctrlPr>
                              <w:rPr>
                                <w:rFonts w:ascii="Cambria Math" w:hAnsi="Cambria Math" w:cs="Noto Sans"/>
                                <w:i/>
                                <w:lang w:val="es-ES"/>
                              </w:rPr>
                            </m:ctrlPr>
                          </m:sSupPr>
                          <m:e>
                            <m:r>
                              <w:rPr>
                                <w:rFonts w:ascii="Cambria Math" w:hAnsi="Cambria Math" w:cs="Noto Sans"/>
                                <w:lang w:val="es-ES"/>
                              </w:rPr>
                              <m:t>b</m:t>
                            </m:r>
                          </m:e>
                          <m:sup>
                            <m:r>
                              <w:rPr>
                                <w:rFonts w:ascii="Cambria Math" w:hAnsi="Cambria Math" w:cs="Noto Sans"/>
                                <w:lang w:val="es-ES"/>
                              </w:rPr>
                              <m:t>2</m:t>
                            </m:r>
                          </m:sup>
                        </m:sSup>
                        <m:r>
                          <w:rPr>
                            <w:rFonts w:ascii="Cambria Math" w:hAnsi="Cambria Math" w:cs="Noto Sans"/>
                            <w:lang w:val="es-ES"/>
                          </w:rPr>
                          <m:t>-4ac</m:t>
                        </m:r>
                      </m:e>
                    </m:rad>
                  </m:num>
                  <m:den>
                    <m:r>
                      <w:rPr>
                        <w:rFonts w:ascii="Cambria Math" w:hAnsi="Cambria Math" w:cs="Noto Sans"/>
                        <w:lang w:val="es-ES"/>
                      </w:rPr>
                      <m:t>2a</m:t>
                    </m:r>
                  </m:den>
                </m:f>
              </m:oMath>
            </m:oMathPara>
          </w:p>
        </w:tc>
      </w:tr>
    </w:tbl>
    <w:p w14:paraId="3FB5776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6"/>
        <w:gridCol w:w="6740"/>
      </w:tblGrid>
      <w:tr w:rsidR="007E21A4" w:rsidRPr="00505B42" w14:paraId="4631E95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FB253DB" w14:textId="77777777" w:rsidR="007E21A4" w:rsidRPr="00505B42" w:rsidRDefault="00000000" w:rsidP="000C5BCD">
            <w:pPr>
              <w:spacing w:line="276" w:lineRule="auto"/>
              <w:rPr>
                <w:rFonts w:cs="Noto Sans"/>
              </w:rPr>
            </w:pPr>
            <w:r w:rsidRPr="00505B42">
              <w:rPr>
                <w:rFonts w:cs="Noto Sans"/>
              </w:rPr>
              <w:t>Quadratic function</w:t>
            </w:r>
          </w:p>
        </w:tc>
        <w:tc>
          <w:tcPr>
            <w:tcW w:w="7171" w:type="dxa"/>
          </w:tcPr>
          <w:p w14:paraId="6747BD3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function where the output is given by a quadratic expression in the input. </w:t>
            </w:r>
            <m:oMath>
              <m:r>
                <w:rPr>
                  <w:rFonts w:ascii="Cambria Math" w:hAnsi="Cambria Math" w:cs="Noto Sans"/>
                </w:rPr>
                <m:t>f(x) = ax² + bx + c</m:t>
              </m:r>
            </m:oMath>
            <w:r w:rsidRPr="00505B42">
              <w:rPr>
                <w:rFonts w:cs="Noto Sans"/>
              </w:rPr>
              <w:t>.</w:t>
            </w:r>
          </w:p>
        </w:tc>
      </w:tr>
      <w:tr w:rsidR="007E21A4" w:rsidRPr="00505B42" w14:paraId="1390088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3D0FDE8" w14:textId="77777777" w:rsidR="007E21A4" w:rsidRPr="00505B42" w:rsidRDefault="00000000" w:rsidP="000C5BCD">
            <w:pPr>
              <w:spacing w:line="276" w:lineRule="auto"/>
              <w:rPr>
                <w:rFonts w:cs="Noto Sans"/>
              </w:rPr>
            </w:pPr>
            <w:r w:rsidRPr="00505B42">
              <w:rPr>
                <w:rFonts w:cs="Noto Sans"/>
              </w:rPr>
              <w:t>Función cuadrática</w:t>
            </w:r>
          </w:p>
        </w:tc>
        <w:tc>
          <w:tcPr>
            <w:tcW w:w="7171" w:type="dxa"/>
          </w:tcPr>
          <w:p w14:paraId="03A95E3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función donde la salida viene dada por una expresión cuadrática en la entrada. </w:t>
            </w:r>
            <m:oMath>
              <m:r>
                <w:rPr>
                  <w:rFonts w:ascii="Cambria Math" w:hAnsi="Cambria Math" w:cs="Noto Sans"/>
                </w:rPr>
                <m:t>f(x) = ax² + bx + c</m:t>
              </m:r>
            </m:oMath>
            <w:r w:rsidRPr="00505B42">
              <w:rPr>
                <w:rFonts w:cs="Noto Sans"/>
              </w:rPr>
              <w:t>.</w:t>
            </w:r>
          </w:p>
        </w:tc>
      </w:tr>
    </w:tbl>
    <w:p w14:paraId="17A4AEE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5"/>
        <w:gridCol w:w="6741"/>
      </w:tblGrid>
      <w:tr w:rsidR="007E21A4" w:rsidRPr="00505B42" w14:paraId="0C801DC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D7087F" w14:textId="77777777" w:rsidR="007E21A4" w:rsidRPr="00505B42" w:rsidRDefault="00000000" w:rsidP="000C5BCD">
            <w:pPr>
              <w:spacing w:line="276" w:lineRule="auto"/>
              <w:rPr>
                <w:rFonts w:cs="Noto Sans"/>
              </w:rPr>
            </w:pPr>
            <w:r w:rsidRPr="00505B42">
              <w:rPr>
                <w:rFonts w:cs="Noto Sans"/>
              </w:rPr>
              <w:t>Quadratic regression</w:t>
            </w:r>
          </w:p>
        </w:tc>
        <w:tc>
          <w:tcPr>
            <w:tcW w:w="7171" w:type="dxa"/>
          </w:tcPr>
          <w:p w14:paraId="0B6DC08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process of determining the equation of a parabola that best fits a data set.</w:t>
            </w:r>
          </w:p>
        </w:tc>
      </w:tr>
      <w:tr w:rsidR="007E21A4" w:rsidRPr="00505B42" w14:paraId="0A4FC94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0395F1" w14:textId="77777777" w:rsidR="007E21A4" w:rsidRPr="00505B42" w:rsidRDefault="00000000" w:rsidP="000C5BCD">
            <w:pPr>
              <w:spacing w:line="276" w:lineRule="auto"/>
              <w:rPr>
                <w:rFonts w:cs="Noto Sans"/>
              </w:rPr>
            </w:pPr>
            <w:r w:rsidRPr="00505B42">
              <w:rPr>
                <w:rFonts w:cs="Noto Sans"/>
              </w:rPr>
              <w:t>Regresión cuadrática</w:t>
            </w:r>
          </w:p>
        </w:tc>
        <w:tc>
          <w:tcPr>
            <w:tcW w:w="7171" w:type="dxa"/>
          </w:tcPr>
          <w:p w14:paraId="669C03E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proceso de determinar la ecuación de una parábola que mejor se ajusta a un conjunto de datos.</w:t>
            </w:r>
          </w:p>
        </w:tc>
      </w:tr>
    </w:tbl>
    <w:p w14:paraId="31EA9B3D"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6"/>
        <w:gridCol w:w="6730"/>
      </w:tblGrid>
      <w:tr w:rsidR="007E21A4" w:rsidRPr="00505B42" w14:paraId="40B2A02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524E34" w14:textId="77777777" w:rsidR="007E21A4" w:rsidRPr="00505B42" w:rsidRDefault="00000000" w:rsidP="000C5BCD">
            <w:pPr>
              <w:spacing w:line="276" w:lineRule="auto"/>
              <w:rPr>
                <w:rFonts w:cs="Noto Sans"/>
              </w:rPr>
            </w:pPr>
            <w:r w:rsidRPr="00505B42">
              <w:rPr>
                <w:rFonts w:cs="Noto Sans"/>
              </w:rPr>
              <w:t>Quadratic relationship</w:t>
            </w:r>
          </w:p>
        </w:tc>
        <w:tc>
          <w:tcPr>
            <w:tcW w:w="7171" w:type="dxa"/>
          </w:tcPr>
          <w:p w14:paraId="408EC89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quadratic relationship is a relationship between two values, </w:t>
            </w:r>
            <m:oMath>
              <m:r>
                <w:rPr>
                  <w:rFonts w:ascii="Cambria Math" w:hAnsi="Cambria Math" w:cs="Noto Sans"/>
                </w:rPr>
                <m:t>x</m:t>
              </m:r>
            </m:oMath>
            <w:r w:rsidRPr="00505B42">
              <w:rPr>
                <w:rFonts w:cs="Noto Sans"/>
              </w:rPr>
              <w:t xml:space="preserve"> and </w:t>
            </w:r>
            <m:oMath>
              <m:r>
                <w:rPr>
                  <w:rFonts w:ascii="Cambria Math" w:hAnsi="Cambria Math" w:cs="Noto Sans"/>
                </w:rPr>
                <m:t>y</m:t>
              </m:r>
            </m:oMath>
            <w:r w:rsidRPr="00505B42">
              <w:rPr>
                <w:rFonts w:cs="Noto Sans"/>
              </w:rPr>
              <w:t xml:space="preserve">, where </w:t>
            </w:r>
            <m:oMath>
              <m:r>
                <w:rPr>
                  <w:rFonts w:ascii="Cambria Math" w:hAnsi="Cambria Math" w:cs="Noto Sans"/>
                </w:rPr>
                <m:t>y</m:t>
              </m:r>
            </m:oMath>
            <w:r w:rsidRPr="00505B42">
              <w:rPr>
                <w:rFonts w:cs="Noto Sans"/>
              </w:rPr>
              <w:t xml:space="preserve"> is related to </w:t>
            </w:r>
            <m:oMath>
              <m:r>
                <w:rPr>
                  <w:rFonts w:ascii="Cambria Math" w:hAnsi="Cambria Math" w:cs="Noto Sans"/>
                </w:rPr>
                <m:t>x²</m:t>
              </m:r>
            </m:oMath>
            <w:r w:rsidRPr="00505B42">
              <w:rPr>
                <w:rFonts w:cs="Noto Sans"/>
              </w:rPr>
              <w:t>.</w:t>
            </w:r>
          </w:p>
        </w:tc>
      </w:tr>
      <w:tr w:rsidR="007E21A4" w:rsidRPr="00505B42" w14:paraId="467D6C8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FB5BFD9" w14:textId="77777777" w:rsidR="007E21A4" w:rsidRPr="00505B42" w:rsidRDefault="00000000" w:rsidP="000C5BCD">
            <w:pPr>
              <w:spacing w:line="276" w:lineRule="auto"/>
              <w:rPr>
                <w:rFonts w:cs="Noto Sans"/>
              </w:rPr>
            </w:pPr>
            <w:r w:rsidRPr="00505B42">
              <w:rPr>
                <w:rFonts w:cs="Noto Sans"/>
              </w:rPr>
              <w:t>Relación cuadrática</w:t>
            </w:r>
          </w:p>
        </w:tc>
        <w:tc>
          <w:tcPr>
            <w:tcW w:w="7171" w:type="dxa"/>
          </w:tcPr>
          <w:p w14:paraId="1A8DA19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relación entre dos valores, </w:t>
            </w:r>
            <m:oMath>
              <m:r>
                <w:rPr>
                  <w:rFonts w:ascii="Cambria Math" w:hAnsi="Cambria Math" w:cs="Noto Sans"/>
                </w:rPr>
                <m:t>x</m:t>
              </m:r>
            </m:oMath>
            <w:r w:rsidRPr="00505B42">
              <w:rPr>
                <w:rFonts w:cs="Noto Sans"/>
              </w:rPr>
              <w:t xml:space="preserve"> e </w:t>
            </w:r>
            <m:oMath>
              <m:r>
                <w:rPr>
                  <w:rFonts w:ascii="Cambria Math" w:hAnsi="Cambria Math" w:cs="Noto Sans"/>
                </w:rPr>
                <m:t>y</m:t>
              </m:r>
            </m:oMath>
            <w:r w:rsidRPr="00505B42">
              <w:rPr>
                <w:rFonts w:cs="Noto Sans"/>
              </w:rPr>
              <w:t xml:space="preserve">, donde </w:t>
            </w:r>
            <m:oMath>
              <m:r>
                <w:rPr>
                  <w:rFonts w:ascii="Cambria Math" w:hAnsi="Cambria Math" w:cs="Noto Sans"/>
                </w:rPr>
                <m:t>y</m:t>
              </m:r>
            </m:oMath>
            <w:r w:rsidRPr="00505B42">
              <w:rPr>
                <w:rFonts w:cs="Noto Sans"/>
              </w:rPr>
              <w:t xml:space="preserve"> está relacionada con </w:t>
            </w:r>
            <m:oMath>
              <m:r>
                <w:rPr>
                  <w:rFonts w:ascii="Cambria Math" w:hAnsi="Cambria Math" w:cs="Noto Sans"/>
                </w:rPr>
                <m:t>x²</m:t>
              </m:r>
            </m:oMath>
            <w:r w:rsidRPr="00505B42">
              <w:rPr>
                <w:rFonts w:cs="Noto Sans"/>
              </w:rPr>
              <w:t>.</w:t>
            </w:r>
          </w:p>
        </w:tc>
      </w:tr>
    </w:tbl>
    <w:p w14:paraId="54B88FB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50C2B54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76E4D2D" w14:textId="77777777" w:rsidR="007E21A4" w:rsidRPr="00505B42" w:rsidRDefault="00000000" w:rsidP="000C5BCD">
            <w:pPr>
              <w:spacing w:line="276" w:lineRule="auto"/>
              <w:rPr>
                <w:rFonts w:cs="Noto Sans"/>
              </w:rPr>
            </w:pPr>
            <w:r w:rsidRPr="00505B42">
              <w:rPr>
                <w:rFonts w:cs="Noto Sans"/>
              </w:rPr>
              <w:t>Quotient in polynomials</w:t>
            </w:r>
          </w:p>
        </w:tc>
        <w:tc>
          <w:tcPr>
            <w:tcW w:w="7171" w:type="dxa"/>
          </w:tcPr>
          <w:p w14:paraId="6D938E30"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result of polynomial division.</w:t>
            </w:r>
          </w:p>
        </w:tc>
      </w:tr>
      <w:tr w:rsidR="007E21A4" w:rsidRPr="00505B42" w14:paraId="2A16802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8B16FEF" w14:textId="77777777" w:rsidR="007E21A4" w:rsidRPr="00505B42" w:rsidRDefault="00000000" w:rsidP="000C5BCD">
            <w:pPr>
              <w:spacing w:line="276" w:lineRule="auto"/>
              <w:rPr>
                <w:rFonts w:cs="Noto Sans"/>
              </w:rPr>
            </w:pPr>
            <w:r w:rsidRPr="00505B42">
              <w:rPr>
                <w:rFonts w:cs="Noto Sans"/>
              </w:rPr>
              <w:t>Cociente en polinomios</w:t>
            </w:r>
          </w:p>
        </w:tc>
        <w:tc>
          <w:tcPr>
            <w:tcW w:w="7171" w:type="dxa"/>
          </w:tcPr>
          <w:p w14:paraId="2A20096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resultado de la división polinomial.</w:t>
            </w:r>
          </w:p>
        </w:tc>
      </w:tr>
    </w:tbl>
    <w:p w14:paraId="3C3E2A2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2"/>
        <w:gridCol w:w="6744"/>
      </w:tblGrid>
      <w:tr w:rsidR="007E21A4" w:rsidRPr="00505B42" w14:paraId="5585ABB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37E52FC1" w14:textId="77777777" w:rsidR="007E21A4" w:rsidRPr="00505B42" w:rsidRDefault="00000000" w:rsidP="008E472A">
            <w:pPr>
              <w:keepNext/>
              <w:spacing w:line="276" w:lineRule="auto"/>
              <w:rPr>
                <w:rFonts w:cs="Noto Sans"/>
              </w:rPr>
            </w:pPr>
            <w:r w:rsidRPr="00505B42">
              <w:rPr>
                <w:rFonts w:cs="Noto Sans"/>
              </w:rPr>
              <w:lastRenderedPageBreak/>
              <w:t>Quotient property</w:t>
            </w:r>
          </w:p>
        </w:tc>
        <w:tc>
          <w:tcPr>
            <w:tcW w:w="6744" w:type="dxa"/>
          </w:tcPr>
          <w:p w14:paraId="6E65E16B" w14:textId="77777777" w:rsidR="007E21A4" w:rsidRPr="00B017CE"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f>
                  <m:fPr>
                    <m:ctrlPr>
                      <w:rPr>
                        <w:rFonts w:ascii="Cambria Math" w:hAnsi="Cambria Math" w:cs="Noto Sans"/>
                        <w:i/>
                      </w:rPr>
                    </m:ctrlPr>
                  </m:fPr>
                  <m:num>
                    <m:sSup>
                      <m:sSupPr>
                        <m:ctrlPr>
                          <w:rPr>
                            <w:rFonts w:ascii="Cambria Math" w:hAnsi="Cambria Math" w:cs="Noto Sans"/>
                            <w:i/>
                          </w:rPr>
                        </m:ctrlPr>
                      </m:sSupPr>
                      <m:e>
                        <m:r>
                          <w:rPr>
                            <w:rFonts w:ascii="Cambria Math" w:hAnsi="Cambria Math" w:cs="Noto Sans"/>
                          </w:rPr>
                          <m:t>a</m:t>
                        </m:r>
                      </m:e>
                      <m:sup>
                        <m:r>
                          <w:rPr>
                            <w:rFonts w:ascii="Cambria Math" w:hAnsi="Cambria Math" w:cs="Noto Sans"/>
                          </w:rPr>
                          <m:t>m</m:t>
                        </m:r>
                      </m:sup>
                    </m:sSup>
                  </m:num>
                  <m:den>
                    <m:sSup>
                      <m:sSupPr>
                        <m:ctrlPr>
                          <w:rPr>
                            <w:rFonts w:ascii="Cambria Math" w:hAnsi="Cambria Math" w:cs="Noto Sans"/>
                            <w:i/>
                          </w:rPr>
                        </m:ctrlPr>
                      </m:sSupPr>
                      <m:e>
                        <m:r>
                          <w:rPr>
                            <w:rFonts w:ascii="Cambria Math" w:hAnsi="Cambria Math" w:cs="Noto Sans"/>
                          </w:rPr>
                          <m:t>a</m:t>
                        </m:r>
                      </m:e>
                      <m:sup>
                        <m:r>
                          <w:rPr>
                            <w:rFonts w:ascii="Cambria Math" w:hAnsi="Cambria Math" w:cs="Noto Sans"/>
                          </w:rPr>
                          <m:t>n</m:t>
                        </m:r>
                      </m:sup>
                    </m:sSup>
                  </m:den>
                </m:f>
                <m:r>
                  <w:rPr>
                    <w:rFonts w:ascii="Cambria Math" w:hAnsi="Cambria Math" w:cs="Noto Sans"/>
                  </w:rPr>
                  <m:t>=</m:t>
                </m:r>
                <m:sSup>
                  <m:sSupPr>
                    <m:ctrlPr>
                      <w:rPr>
                        <w:rFonts w:ascii="Cambria Math" w:hAnsi="Cambria Math" w:cs="Noto Sans"/>
                        <w:i/>
                      </w:rPr>
                    </m:ctrlPr>
                  </m:sSupPr>
                  <m:e>
                    <m:r>
                      <w:rPr>
                        <w:rFonts w:ascii="Cambria Math" w:hAnsi="Cambria Math" w:cs="Noto Sans"/>
                      </w:rPr>
                      <m:t>a</m:t>
                    </m:r>
                  </m:e>
                  <m:sup>
                    <m:r>
                      <w:rPr>
                        <w:rFonts w:ascii="Cambria Math" w:hAnsi="Cambria Math" w:cs="Noto Sans"/>
                      </w:rPr>
                      <m:t>m-n</m:t>
                    </m:r>
                  </m:sup>
                </m:sSup>
              </m:oMath>
            </m:oMathPara>
          </w:p>
        </w:tc>
      </w:tr>
      <w:tr w:rsidR="00B017CE" w:rsidRPr="00505B42" w14:paraId="0F8A147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0418C62D" w14:textId="77777777" w:rsidR="00B017CE" w:rsidRPr="00754567" w:rsidRDefault="00B017CE" w:rsidP="008E472A">
            <w:pPr>
              <w:keepNext/>
              <w:spacing w:line="276" w:lineRule="auto"/>
              <w:rPr>
                <w:rFonts w:cs="Noto Sans"/>
                <w:lang w:val="es-ES"/>
              </w:rPr>
            </w:pPr>
            <w:r w:rsidRPr="00754567">
              <w:rPr>
                <w:rFonts w:cs="Noto Sans"/>
                <w:lang w:val="es-ES"/>
              </w:rPr>
              <w:t>Propiedad del cociente</w:t>
            </w:r>
          </w:p>
        </w:tc>
        <w:tc>
          <w:tcPr>
            <w:tcW w:w="6744" w:type="dxa"/>
          </w:tcPr>
          <w:p w14:paraId="45775F26" w14:textId="77777777" w:rsidR="00B017CE" w:rsidRPr="00754567"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m:oMathPara>
              <m:oMathParaPr>
                <m:jc m:val="left"/>
              </m:oMathParaPr>
              <m:oMath>
                <m:f>
                  <m:fPr>
                    <m:ctrlPr>
                      <w:rPr>
                        <w:rFonts w:ascii="Cambria Math" w:hAnsi="Cambria Math" w:cs="Noto Sans"/>
                        <w:i/>
                        <w:lang w:val="es-ES"/>
                      </w:rPr>
                    </m:ctrlPr>
                  </m:fPr>
                  <m:num>
                    <m:sSup>
                      <m:sSupPr>
                        <m:ctrlPr>
                          <w:rPr>
                            <w:rFonts w:ascii="Cambria Math" w:hAnsi="Cambria Math" w:cs="Noto Sans"/>
                            <w:i/>
                            <w:lang w:val="es-ES"/>
                          </w:rPr>
                        </m:ctrlPr>
                      </m:sSupPr>
                      <m:e>
                        <m:r>
                          <w:rPr>
                            <w:rFonts w:ascii="Cambria Math" w:hAnsi="Cambria Math" w:cs="Noto Sans"/>
                            <w:lang w:val="es-ES"/>
                          </w:rPr>
                          <m:t>a</m:t>
                        </m:r>
                      </m:e>
                      <m:sup>
                        <m:r>
                          <w:rPr>
                            <w:rFonts w:ascii="Cambria Math" w:hAnsi="Cambria Math" w:cs="Noto Sans"/>
                            <w:lang w:val="es-ES"/>
                          </w:rPr>
                          <m:t>m</m:t>
                        </m:r>
                      </m:sup>
                    </m:sSup>
                  </m:num>
                  <m:den>
                    <m:sSup>
                      <m:sSupPr>
                        <m:ctrlPr>
                          <w:rPr>
                            <w:rFonts w:ascii="Cambria Math" w:hAnsi="Cambria Math" w:cs="Noto Sans"/>
                            <w:i/>
                            <w:lang w:val="es-ES"/>
                          </w:rPr>
                        </m:ctrlPr>
                      </m:sSupPr>
                      <m:e>
                        <m:r>
                          <w:rPr>
                            <w:rFonts w:ascii="Cambria Math" w:hAnsi="Cambria Math" w:cs="Noto Sans"/>
                            <w:lang w:val="es-ES"/>
                          </w:rPr>
                          <m:t>a</m:t>
                        </m:r>
                      </m:e>
                      <m:sup>
                        <m:r>
                          <w:rPr>
                            <w:rFonts w:ascii="Cambria Math" w:hAnsi="Cambria Math" w:cs="Noto Sans"/>
                            <w:lang w:val="es-ES"/>
                          </w:rPr>
                          <m:t>n</m:t>
                        </m:r>
                      </m:sup>
                    </m:sSup>
                  </m:den>
                </m:f>
                <m:r>
                  <w:rPr>
                    <w:rFonts w:ascii="Cambria Math" w:hAnsi="Cambria Math" w:cs="Noto Sans"/>
                    <w:lang w:val="es-ES"/>
                  </w:rPr>
                  <m:t>=</m:t>
                </m:r>
                <m:sSup>
                  <m:sSupPr>
                    <m:ctrlPr>
                      <w:rPr>
                        <w:rFonts w:ascii="Cambria Math" w:hAnsi="Cambria Math" w:cs="Noto Sans"/>
                        <w:i/>
                        <w:lang w:val="es-ES"/>
                      </w:rPr>
                    </m:ctrlPr>
                  </m:sSupPr>
                  <m:e>
                    <m:r>
                      <w:rPr>
                        <w:rFonts w:ascii="Cambria Math" w:hAnsi="Cambria Math" w:cs="Noto Sans"/>
                        <w:lang w:val="es-ES"/>
                      </w:rPr>
                      <m:t>a</m:t>
                    </m:r>
                  </m:e>
                  <m:sup>
                    <m:r>
                      <w:rPr>
                        <w:rFonts w:ascii="Cambria Math" w:hAnsi="Cambria Math" w:cs="Noto Sans"/>
                        <w:lang w:val="es-ES"/>
                      </w:rPr>
                      <m:t>m-n</m:t>
                    </m:r>
                  </m:sup>
                </m:sSup>
              </m:oMath>
            </m:oMathPara>
          </w:p>
        </w:tc>
      </w:tr>
    </w:tbl>
    <w:p w14:paraId="3F40D78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4"/>
        <w:gridCol w:w="6742"/>
      </w:tblGrid>
      <w:tr w:rsidR="007E21A4" w:rsidRPr="00505B42" w14:paraId="00104531"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tcPr>
          <w:p w14:paraId="359920E6" w14:textId="77777777" w:rsidR="007E21A4" w:rsidRPr="00505B42" w:rsidRDefault="00000000" w:rsidP="000F3E70">
            <w:pPr>
              <w:keepNext/>
              <w:spacing w:line="276" w:lineRule="auto"/>
              <w:rPr>
                <w:rFonts w:cs="Noto Sans"/>
              </w:rPr>
            </w:pPr>
            <w:r w:rsidRPr="00505B42">
              <w:rPr>
                <w:rFonts w:cs="Noto Sans"/>
              </w:rPr>
              <w:t>Quotient to a power property</w:t>
            </w:r>
          </w:p>
        </w:tc>
        <w:tc>
          <w:tcPr>
            <w:tcW w:w="6742" w:type="dxa"/>
          </w:tcPr>
          <w:p w14:paraId="4E8FDCA3" w14:textId="77777777" w:rsidR="007E21A4" w:rsidRPr="000F3E70" w:rsidRDefault="000F3E70" w:rsidP="000F3E70">
            <w:pPr>
              <w:keepNext/>
              <w:spacing w:line="276" w:lineRule="auto"/>
              <w:jc w:val="both"/>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r>
                  <w:rPr>
                    <w:rFonts w:ascii="Cambria Math" w:hAnsi="Cambria Math" w:cs="Noto Sans"/>
                  </w:rPr>
                  <m:t>(</m:t>
                </m:r>
                <m:sSup>
                  <m:sSupPr>
                    <m:ctrlPr>
                      <w:rPr>
                        <w:rFonts w:ascii="Cambria Math" w:hAnsi="Cambria Math" w:cs="Noto Sans"/>
                        <w:i/>
                      </w:rPr>
                    </m:ctrlPr>
                  </m:sSupPr>
                  <m:e>
                    <m:f>
                      <m:fPr>
                        <m:ctrlPr>
                          <w:rPr>
                            <w:rFonts w:ascii="Cambria Math" w:hAnsi="Cambria Math" w:cs="Noto Sans"/>
                            <w:i/>
                          </w:rPr>
                        </m:ctrlPr>
                      </m:fPr>
                      <m:num>
                        <m:r>
                          <w:rPr>
                            <w:rFonts w:ascii="Cambria Math" w:hAnsi="Cambria Math" w:cs="Noto Sans"/>
                          </w:rPr>
                          <m:t>a</m:t>
                        </m:r>
                      </m:num>
                      <m:den>
                        <m:r>
                          <w:rPr>
                            <w:rFonts w:ascii="Cambria Math" w:hAnsi="Cambria Math" w:cs="Noto Sans"/>
                          </w:rPr>
                          <m:t>b</m:t>
                        </m:r>
                      </m:den>
                    </m:f>
                    <m:r>
                      <w:rPr>
                        <w:rFonts w:ascii="Cambria Math" w:hAnsi="Cambria Math" w:cs="Noto Sans"/>
                      </w:rPr>
                      <m:t>)</m:t>
                    </m:r>
                  </m:e>
                  <m:sup>
                    <m:r>
                      <w:rPr>
                        <w:rFonts w:ascii="Cambria Math" w:hAnsi="Cambria Math" w:cs="Noto Sans"/>
                      </w:rPr>
                      <m:t>m</m:t>
                    </m:r>
                  </m:sup>
                </m:sSup>
                <m:r>
                  <w:rPr>
                    <w:rFonts w:ascii="Cambria Math" w:hAnsi="Cambria Math" w:cs="Noto Sans"/>
                  </w:rPr>
                  <m:t>=</m:t>
                </m:r>
                <m:f>
                  <m:fPr>
                    <m:ctrlPr>
                      <w:rPr>
                        <w:rFonts w:ascii="Cambria Math" w:hAnsi="Cambria Math" w:cs="Noto Sans"/>
                        <w:i/>
                      </w:rPr>
                    </m:ctrlPr>
                  </m:fPr>
                  <m:num>
                    <m:sSup>
                      <m:sSupPr>
                        <m:ctrlPr>
                          <w:rPr>
                            <w:rFonts w:ascii="Cambria Math" w:hAnsi="Cambria Math" w:cs="Noto Sans"/>
                            <w:i/>
                          </w:rPr>
                        </m:ctrlPr>
                      </m:sSupPr>
                      <m:e>
                        <m:r>
                          <w:rPr>
                            <w:rFonts w:ascii="Cambria Math" w:hAnsi="Cambria Math" w:cs="Noto Sans"/>
                          </w:rPr>
                          <m:t>a</m:t>
                        </m:r>
                      </m:e>
                      <m:sup>
                        <m:r>
                          <w:rPr>
                            <w:rFonts w:ascii="Cambria Math" w:hAnsi="Cambria Math" w:cs="Noto Sans"/>
                          </w:rPr>
                          <m:t>m</m:t>
                        </m:r>
                      </m:sup>
                    </m:sSup>
                  </m:num>
                  <m:den>
                    <m:sSup>
                      <m:sSupPr>
                        <m:ctrlPr>
                          <w:rPr>
                            <w:rFonts w:ascii="Cambria Math" w:hAnsi="Cambria Math" w:cs="Noto Sans"/>
                            <w:i/>
                          </w:rPr>
                        </m:ctrlPr>
                      </m:sSupPr>
                      <m:e>
                        <m:r>
                          <w:rPr>
                            <w:rFonts w:ascii="Cambria Math" w:hAnsi="Cambria Math" w:cs="Noto Sans"/>
                          </w:rPr>
                          <m:t>b</m:t>
                        </m:r>
                      </m:e>
                      <m:sup>
                        <m:r>
                          <w:rPr>
                            <w:rFonts w:ascii="Cambria Math" w:hAnsi="Cambria Math" w:cs="Noto Sans"/>
                          </w:rPr>
                          <m:t>m</m:t>
                        </m:r>
                      </m:sup>
                    </m:sSup>
                  </m:den>
                </m:f>
              </m:oMath>
            </m:oMathPara>
          </w:p>
        </w:tc>
      </w:tr>
      <w:tr w:rsidR="000F3E70" w:rsidRPr="00505B42" w14:paraId="590F0999"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14" w:type="dxa"/>
          </w:tcPr>
          <w:p w14:paraId="0B3B1277" w14:textId="77777777" w:rsidR="000F3E70" w:rsidRPr="00754567" w:rsidRDefault="000F3E70" w:rsidP="000F3E70">
            <w:pPr>
              <w:keepNext/>
              <w:spacing w:line="276" w:lineRule="auto"/>
              <w:rPr>
                <w:rFonts w:cs="Noto Sans"/>
                <w:lang w:val="es-ES"/>
              </w:rPr>
            </w:pPr>
            <w:r w:rsidRPr="00754567">
              <w:rPr>
                <w:rFonts w:cs="Noto Sans"/>
                <w:lang w:val="es-ES"/>
              </w:rPr>
              <w:t>Propiedad de cociente a una potencia</w:t>
            </w:r>
          </w:p>
        </w:tc>
        <w:tc>
          <w:tcPr>
            <w:tcW w:w="6742" w:type="dxa"/>
          </w:tcPr>
          <w:p w14:paraId="74401268" w14:textId="77777777" w:rsidR="000F3E70" w:rsidRPr="00754567" w:rsidRDefault="000F3E70" w:rsidP="000F3E70">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cs="Noto Sans"/>
                <w:lang w:val="es-ES"/>
              </w:rPr>
            </w:pPr>
            <m:oMathPara>
              <m:oMathParaPr>
                <m:jc m:val="left"/>
              </m:oMathParaPr>
              <m:oMath>
                <m:r>
                  <w:rPr>
                    <w:rFonts w:ascii="Cambria Math" w:hAnsi="Cambria Math" w:cs="Noto Sans"/>
                    <w:lang w:val="es-ES"/>
                  </w:rPr>
                  <m:t>(</m:t>
                </m:r>
                <m:sSup>
                  <m:sSupPr>
                    <m:ctrlPr>
                      <w:rPr>
                        <w:rFonts w:ascii="Cambria Math" w:hAnsi="Cambria Math" w:cs="Noto Sans"/>
                        <w:i/>
                        <w:lang w:val="es-ES"/>
                      </w:rPr>
                    </m:ctrlPr>
                  </m:sSupPr>
                  <m:e>
                    <m:f>
                      <m:fPr>
                        <m:ctrlPr>
                          <w:rPr>
                            <w:rFonts w:ascii="Cambria Math" w:hAnsi="Cambria Math" w:cs="Noto Sans"/>
                            <w:i/>
                            <w:lang w:val="es-ES"/>
                          </w:rPr>
                        </m:ctrlPr>
                      </m:fPr>
                      <m:num>
                        <m:r>
                          <w:rPr>
                            <w:rFonts w:ascii="Cambria Math" w:hAnsi="Cambria Math" w:cs="Noto Sans"/>
                            <w:lang w:val="es-ES"/>
                          </w:rPr>
                          <m:t>a</m:t>
                        </m:r>
                      </m:num>
                      <m:den>
                        <m:r>
                          <w:rPr>
                            <w:rFonts w:ascii="Cambria Math" w:hAnsi="Cambria Math" w:cs="Noto Sans"/>
                            <w:lang w:val="es-ES"/>
                          </w:rPr>
                          <m:t>b</m:t>
                        </m:r>
                      </m:den>
                    </m:f>
                    <m:r>
                      <w:rPr>
                        <w:rFonts w:ascii="Cambria Math" w:hAnsi="Cambria Math" w:cs="Noto Sans"/>
                        <w:lang w:val="es-ES"/>
                      </w:rPr>
                      <m:t>)</m:t>
                    </m:r>
                  </m:e>
                  <m:sup>
                    <m:r>
                      <w:rPr>
                        <w:rFonts w:ascii="Cambria Math" w:hAnsi="Cambria Math" w:cs="Noto Sans"/>
                        <w:lang w:val="es-ES"/>
                      </w:rPr>
                      <m:t>m</m:t>
                    </m:r>
                  </m:sup>
                </m:sSup>
                <m:r>
                  <w:rPr>
                    <w:rFonts w:ascii="Cambria Math" w:hAnsi="Cambria Math" w:cs="Noto Sans"/>
                    <w:lang w:val="es-ES"/>
                  </w:rPr>
                  <m:t>=</m:t>
                </m:r>
                <m:f>
                  <m:fPr>
                    <m:ctrlPr>
                      <w:rPr>
                        <w:rFonts w:ascii="Cambria Math" w:hAnsi="Cambria Math" w:cs="Noto Sans"/>
                        <w:i/>
                        <w:lang w:val="es-ES"/>
                      </w:rPr>
                    </m:ctrlPr>
                  </m:fPr>
                  <m:num>
                    <m:sSup>
                      <m:sSupPr>
                        <m:ctrlPr>
                          <w:rPr>
                            <w:rFonts w:ascii="Cambria Math" w:hAnsi="Cambria Math" w:cs="Noto Sans"/>
                            <w:i/>
                            <w:lang w:val="es-ES"/>
                          </w:rPr>
                        </m:ctrlPr>
                      </m:sSupPr>
                      <m:e>
                        <m:r>
                          <w:rPr>
                            <w:rFonts w:ascii="Cambria Math" w:hAnsi="Cambria Math" w:cs="Noto Sans"/>
                            <w:lang w:val="es-ES"/>
                          </w:rPr>
                          <m:t>a</m:t>
                        </m:r>
                      </m:e>
                      <m:sup>
                        <m:r>
                          <w:rPr>
                            <w:rFonts w:ascii="Cambria Math" w:hAnsi="Cambria Math" w:cs="Noto Sans"/>
                            <w:lang w:val="es-ES"/>
                          </w:rPr>
                          <m:t>m</m:t>
                        </m:r>
                      </m:sup>
                    </m:sSup>
                  </m:num>
                  <m:den>
                    <m:sSup>
                      <m:sSupPr>
                        <m:ctrlPr>
                          <w:rPr>
                            <w:rFonts w:ascii="Cambria Math" w:hAnsi="Cambria Math" w:cs="Noto Sans"/>
                            <w:i/>
                            <w:lang w:val="es-ES"/>
                          </w:rPr>
                        </m:ctrlPr>
                      </m:sSupPr>
                      <m:e>
                        <m:r>
                          <w:rPr>
                            <w:rFonts w:ascii="Cambria Math" w:hAnsi="Cambria Math" w:cs="Noto Sans"/>
                            <w:lang w:val="es-ES"/>
                          </w:rPr>
                          <m:t>b</m:t>
                        </m:r>
                      </m:e>
                      <m:sup>
                        <m:r>
                          <w:rPr>
                            <w:rFonts w:ascii="Cambria Math" w:hAnsi="Cambria Math" w:cs="Noto Sans"/>
                            <w:lang w:val="es-ES"/>
                          </w:rPr>
                          <m:t>m</m:t>
                        </m:r>
                      </m:sup>
                    </m:sSup>
                  </m:den>
                </m:f>
              </m:oMath>
            </m:oMathPara>
          </w:p>
        </w:tc>
      </w:tr>
    </w:tbl>
    <w:p w14:paraId="30F016EA"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05ABCACE" w14:textId="77777777" w:rsidR="007E21A4" w:rsidRPr="00505B42" w:rsidRDefault="00000000" w:rsidP="00F719CF">
      <w:pPr>
        <w:pStyle w:val="Heading2"/>
      </w:pPr>
      <w:bookmarkStart w:id="14" w:name="_Toc162956996"/>
      <w:r w:rsidRPr="00505B42">
        <w:t>R</w:t>
      </w:r>
      <w:bookmarkEnd w:id="14"/>
    </w:p>
    <w:tbl>
      <w:tblPr>
        <w:tblStyle w:val="GlossaryTerm-Standard"/>
        <w:tblW w:w="0" w:type="auto"/>
        <w:tblLook w:val="0480" w:firstRow="0" w:lastRow="0" w:firstColumn="1" w:lastColumn="0" w:noHBand="0" w:noVBand="1"/>
      </w:tblPr>
      <w:tblGrid>
        <w:gridCol w:w="2092"/>
        <w:gridCol w:w="6764"/>
      </w:tblGrid>
      <w:tr w:rsidR="007E21A4" w:rsidRPr="00505B42" w14:paraId="2CC3AE8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8FF25D" w14:textId="77777777" w:rsidR="007E21A4" w:rsidRPr="00505B42" w:rsidRDefault="00000000" w:rsidP="000C5BCD">
            <w:pPr>
              <w:spacing w:line="276" w:lineRule="auto"/>
              <w:rPr>
                <w:rFonts w:cs="Noto Sans"/>
              </w:rPr>
            </w:pPr>
            <w:r w:rsidRPr="00505B42">
              <w:rPr>
                <w:rFonts w:cs="Noto Sans"/>
              </w:rPr>
              <w:t>Radical</w:t>
            </w:r>
          </w:p>
        </w:tc>
        <w:tc>
          <w:tcPr>
            <w:tcW w:w="7171" w:type="dxa"/>
          </w:tcPr>
          <w:p w14:paraId="6F51B618"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symbol used to represent finding the root of a number or expression.</w:t>
            </w:r>
          </w:p>
        </w:tc>
      </w:tr>
      <w:tr w:rsidR="007E21A4" w:rsidRPr="00505B42" w14:paraId="6E4F816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0B5BF7" w14:textId="77777777" w:rsidR="007E21A4" w:rsidRPr="00505B42" w:rsidRDefault="00000000" w:rsidP="000C5BCD">
            <w:pPr>
              <w:spacing w:line="276" w:lineRule="auto"/>
              <w:rPr>
                <w:rFonts w:cs="Noto Sans"/>
              </w:rPr>
            </w:pPr>
            <w:r w:rsidRPr="00505B42">
              <w:rPr>
                <w:rFonts w:cs="Noto Sans"/>
              </w:rPr>
              <w:t>Radical</w:t>
            </w:r>
          </w:p>
        </w:tc>
        <w:tc>
          <w:tcPr>
            <w:tcW w:w="7171" w:type="dxa"/>
          </w:tcPr>
          <w:p w14:paraId="50D3F44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símbolo utilizado para representar la búsqueda de la raíz de un número o expresión.</w:t>
            </w:r>
          </w:p>
        </w:tc>
      </w:tr>
    </w:tbl>
    <w:p w14:paraId="7B23B03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51ACFB6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2D2F57" w14:textId="77777777" w:rsidR="007E21A4" w:rsidRPr="00505B42" w:rsidRDefault="00000000" w:rsidP="008E472A">
            <w:pPr>
              <w:keepNext/>
              <w:spacing w:line="276" w:lineRule="auto"/>
              <w:rPr>
                <w:rFonts w:cs="Noto Sans"/>
              </w:rPr>
            </w:pPr>
            <w:r w:rsidRPr="00505B42">
              <w:rPr>
                <w:rFonts w:cs="Noto Sans"/>
              </w:rPr>
              <w:t>Radical expression</w:t>
            </w:r>
          </w:p>
        </w:tc>
        <w:tc>
          <w:tcPr>
            <w:tcW w:w="7171" w:type="dxa"/>
          </w:tcPr>
          <w:p w14:paraId="177DD6FA"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expression containing a root such as a square root, cube root, etc.</w:t>
            </w:r>
          </w:p>
        </w:tc>
      </w:tr>
      <w:tr w:rsidR="007E21A4" w:rsidRPr="00505B42" w14:paraId="53B108C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4357C4D" w14:textId="77777777" w:rsidR="007E21A4" w:rsidRPr="00505B42" w:rsidRDefault="00000000" w:rsidP="008E472A">
            <w:pPr>
              <w:keepNext/>
              <w:spacing w:line="276" w:lineRule="auto"/>
              <w:rPr>
                <w:rFonts w:cs="Noto Sans"/>
              </w:rPr>
            </w:pPr>
            <w:r w:rsidRPr="00505B42">
              <w:rPr>
                <w:rFonts w:cs="Noto Sans"/>
              </w:rPr>
              <w:t>Expresión radical</w:t>
            </w:r>
          </w:p>
        </w:tc>
        <w:tc>
          <w:tcPr>
            <w:tcW w:w="7171" w:type="dxa"/>
          </w:tcPr>
          <w:p w14:paraId="42EE86AA"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expresión que contiene una raíz como una raíz cuadrada, una raíz cúbica, etc.</w:t>
            </w:r>
          </w:p>
        </w:tc>
      </w:tr>
    </w:tbl>
    <w:p w14:paraId="49AB0FD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2"/>
        <w:gridCol w:w="6744"/>
      </w:tblGrid>
      <w:tr w:rsidR="007E21A4" w:rsidRPr="00505B42" w14:paraId="7F6BEF0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8B7882" w14:textId="77777777" w:rsidR="007E21A4" w:rsidRPr="00505B42" w:rsidRDefault="00000000" w:rsidP="000C5BCD">
            <w:pPr>
              <w:spacing w:line="276" w:lineRule="auto"/>
              <w:rPr>
                <w:rFonts w:cs="Noto Sans"/>
              </w:rPr>
            </w:pPr>
            <w:r w:rsidRPr="00505B42">
              <w:rPr>
                <w:rFonts w:cs="Noto Sans"/>
              </w:rPr>
              <w:t>Radicand</w:t>
            </w:r>
          </w:p>
        </w:tc>
        <w:tc>
          <w:tcPr>
            <w:tcW w:w="7171" w:type="dxa"/>
          </w:tcPr>
          <w:p w14:paraId="7B9ADF0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term under a radical sign. In a radical such as</w:t>
            </w:r>
            <w:r w:rsidR="000F3E70">
              <w:rPr>
                <w:rFonts w:cs="Noto Sans"/>
              </w:rPr>
              <w:t xml:space="preserve"> </w:t>
            </w:r>
            <m:oMath>
              <m:rad>
                <m:radPr>
                  <m:ctrlPr>
                    <w:rPr>
                      <w:rFonts w:ascii="Cambria Math" w:hAnsi="Cambria Math" w:cs="Noto Sans"/>
                      <w:i/>
                    </w:rPr>
                  </m:ctrlPr>
                </m:radPr>
                <m:deg>
                  <m:r>
                    <w:rPr>
                      <w:rFonts w:ascii="Cambria Math" w:hAnsi="Cambria Math" w:cs="Noto Sans"/>
                    </w:rPr>
                    <m:t>n</m:t>
                  </m:r>
                </m:deg>
                <m:e>
                  <m:r>
                    <w:rPr>
                      <w:rFonts w:ascii="Cambria Math" w:hAnsi="Cambria Math" w:cs="Noto Sans"/>
                    </w:rPr>
                    <m:t>x</m:t>
                  </m:r>
                </m:e>
              </m:rad>
            </m:oMath>
            <w:r w:rsidRPr="00505B42">
              <w:rPr>
                <w:rFonts w:cs="Noto Sans"/>
              </w:rPr>
              <w:t xml:space="preserve">, this value is represented by the </w:t>
            </w:r>
            <m:oMath>
              <m:r>
                <w:rPr>
                  <w:rFonts w:ascii="Cambria Math" w:hAnsi="Cambria Math" w:cs="Noto Sans"/>
                </w:rPr>
                <m:t>x</m:t>
              </m:r>
            </m:oMath>
            <w:r w:rsidRPr="00505B42">
              <w:rPr>
                <w:rFonts w:cs="Noto Sans"/>
              </w:rPr>
              <w:t>.</w:t>
            </w:r>
          </w:p>
        </w:tc>
      </w:tr>
      <w:tr w:rsidR="007E21A4" w:rsidRPr="00505B42" w14:paraId="389DA85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BDE2BD" w14:textId="77777777" w:rsidR="007E21A4" w:rsidRPr="00505B42" w:rsidRDefault="00000000" w:rsidP="000C5BCD">
            <w:pPr>
              <w:spacing w:line="276" w:lineRule="auto"/>
              <w:rPr>
                <w:rFonts w:cs="Noto Sans"/>
              </w:rPr>
            </w:pPr>
            <w:r w:rsidRPr="00505B42">
              <w:rPr>
                <w:rFonts w:cs="Noto Sans"/>
              </w:rPr>
              <w:t>Radicando</w:t>
            </w:r>
          </w:p>
        </w:tc>
        <w:tc>
          <w:tcPr>
            <w:tcW w:w="7171" w:type="dxa"/>
          </w:tcPr>
          <w:p w14:paraId="11B06EF7"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término bajo un signo radical. En un radical como </w:t>
            </w:r>
            <m:oMath>
              <m:rad>
                <m:radPr>
                  <m:ctrlPr>
                    <w:rPr>
                      <w:rFonts w:ascii="Cambria Math" w:hAnsi="Cambria Math" w:cs="Noto Sans"/>
                      <w:i/>
                    </w:rPr>
                  </m:ctrlPr>
                </m:radPr>
                <m:deg>
                  <m:r>
                    <w:rPr>
                      <w:rFonts w:ascii="Cambria Math" w:hAnsi="Cambria Math" w:cs="Noto Sans"/>
                    </w:rPr>
                    <m:t>n</m:t>
                  </m:r>
                </m:deg>
                <m:e>
                  <m:r>
                    <w:rPr>
                      <w:rFonts w:ascii="Cambria Math" w:hAnsi="Cambria Math" w:cs="Noto Sans"/>
                    </w:rPr>
                    <m:t>x</m:t>
                  </m:r>
                </m:e>
              </m:rad>
            </m:oMath>
            <w:r w:rsidRPr="00505B42">
              <w:rPr>
                <w:rFonts w:cs="Noto Sans"/>
              </w:rPr>
              <w:t xml:space="preserve">, este valor está representado por la </w:t>
            </w:r>
            <m:oMath>
              <m:r>
                <w:rPr>
                  <w:rFonts w:ascii="Cambria Math" w:hAnsi="Cambria Math" w:cs="Noto Sans"/>
                </w:rPr>
                <m:t>x</m:t>
              </m:r>
            </m:oMath>
            <w:r w:rsidRPr="00505B42">
              <w:rPr>
                <w:rFonts w:cs="Noto Sans"/>
              </w:rPr>
              <w:t>.</w:t>
            </w:r>
          </w:p>
        </w:tc>
      </w:tr>
    </w:tbl>
    <w:p w14:paraId="134FC456"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085"/>
        <w:gridCol w:w="6771"/>
      </w:tblGrid>
      <w:tr w:rsidR="007E21A4" w:rsidRPr="00505B42" w14:paraId="54085B0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62BC997" w14:textId="77777777" w:rsidR="007E21A4" w:rsidRPr="00505B42" w:rsidRDefault="00000000" w:rsidP="000F3E70">
            <w:pPr>
              <w:keepNext/>
              <w:spacing w:line="276" w:lineRule="auto"/>
              <w:rPr>
                <w:rFonts w:cs="Noto Sans"/>
              </w:rPr>
            </w:pPr>
            <w:r w:rsidRPr="00505B42">
              <w:rPr>
                <w:rFonts w:cs="Noto Sans"/>
              </w:rPr>
              <w:t>Range</w:t>
            </w:r>
          </w:p>
        </w:tc>
        <w:tc>
          <w:tcPr>
            <w:tcW w:w="7171" w:type="dxa"/>
          </w:tcPr>
          <w:p w14:paraId="08E1A876" w14:textId="77777777" w:rsidR="007E21A4" w:rsidRPr="00505B42" w:rsidRDefault="00000000" w:rsidP="000F3E70">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set of all possible output values for a function. Set of the second numbers in the ordered pairs of a relationship. </w:t>
            </w:r>
          </w:p>
        </w:tc>
      </w:tr>
      <w:tr w:rsidR="007E21A4" w:rsidRPr="00505B42" w14:paraId="332425F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F9A1E05" w14:textId="77777777" w:rsidR="007E21A4" w:rsidRPr="00505B42" w:rsidRDefault="00000000" w:rsidP="000F3E70">
            <w:pPr>
              <w:keepNext/>
              <w:spacing w:line="276" w:lineRule="auto"/>
              <w:rPr>
                <w:rFonts w:cs="Noto Sans"/>
              </w:rPr>
            </w:pPr>
            <w:r w:rsidRPr="00505B42">
              <w:rPr>
                <w:rFonts w:cs="Noto Sans"/>
              </w:rPr>
              <w:t>Rango</w:t>
            </w:r>
          </w:p>
        </w:tc>
        <w:tc>
          <w:tcPr>
            <w:tcW w:w="7171" w:type="dxa"/>
          </w:tcPr>
          <w:p w14:paraId="367EA246" w14:textId="77777777" w:rsidR="007E21A4" w:rsidRPr="00505B42" w:rsidRDefault="00000000" w:rsidP="000F3E70">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conjunto de todos los valores de salida posibles para una función. Conjunto de segundos números en los pares ordenados de una relación.</w:t>
            </w:r>
          </w:p>
        </w:tc>
      </w:tr>
    </w:tbl>
    <w:p w14:paraId="0CD0E94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5"/>
        <w:gridCol w:w="6761"/>
      </w:tblGrid>
      <w:tr w:rsidR="007E21A4" w:rsidRPr="00505B42" w14:paraId="4AF4425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591B78F" w14:textId="77777777" w:rsidR="007E21A4" w:rsidRPr="00505B42" w:rsidRDefault="00000000" w:rsidP="000C5BCD">
            <w:pPr>
              <w:keepNext/>
              <w:spacing w:line="276" w:lineRule="auto"/>
              <w:rPr>
                <w:rFonts w:cs="Noto Sans"/>
              </w:rPr>
            </w:pPr>
            <w:r w:rsidRPr="00505B42">
              <w:rPr>
                <w:rFonts w:cs="Noto Sans"/>
              </w:rPr>
              <w:t>Rate of change</w:t>
            </w:r>
          </w:p>
        </w:tc>
        <w:tc>
          <w:tcPr>
            <w:tcW w:w="7171" w:type="dxa"/>
          </w:tcPr>
          <w:p w14:paraId="023BCB56"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How fast one quantity is changing in relation to another quantity.</w:t>
            </w:r>
          </w:p>
        </w:tc>
      </w:tr>
      <w:tr w:rsidR="007E21A4" w:rsidRPr="00505B42" w14:paraId="23CFFBF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7A0C704" w14:textId="77777777" w:rsidR="007E21A4" w:rsidRPr="00505B42" w:rsidRDefault="00000000" w:rsidP="000C5BCD">
            <w:pPr>
              <w:keepNext/>
              <w:spacing w:line="276" w:lineRule="auto"/>
              <w:rPr>
                <w:rFonts w:cs="Noto Sans"/>
              </w:rPr>
            </w:pPr>
            <w:r w:rsidRPr="00505B42">
              <w:rPr>
                <w:rFonts w:cs="Noto Sans"/>
              </w:rPr>
              <w:t>Tasa de cambio</w:t>
            </w:r>
          </w:p>
        </w:tc>
        <w:tc>
          <w:tcPr>
            <w:tcW w:w="7171" w:type="dxa"/>
          </w:tcPr>
          <w:p w14:paraId="0DFFA7AB"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Qué tan rápido cambia una cantidad en relación con otra cantidad.</w:t>
            </w:r>
          </w:p>
        </w:tc>
      </w:tr>
    </w:tbl>
    <w:p w14:paraId="7D0269C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8"/>
        <w:gridCol w:w="6758"/>
      </w:tblGrid>
      <w:tr w:rsidR="007E21A4" w:rsidRPr="00505B42" w14:paraId="1C3546B2"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0A0EDD4" w14:textId="77777777" w:rsidR="007E21A4" w:rsidRPr="00505B42" w:rsidRDefault="00000000" w:rsidP="000C5BCD">
            <w:pPr>
              <w:spacing w:line="276" w:lineRule="auto"/>
              <w:rPr>
                <w:rFonts w:cs="Noto Sans"/>
              </w:rPr>
            </w:pPr>
            <w:r w:rsidRPr="00505B42">
              <w:rPr>
                <w:rFonts w:cs="Noto Sans"/>
              </w:rPr>
              <w:t>Ratio</w:t>
            </w:r>
          </w:p>
        </w:tc>
        <w:tc>
          <w:tcPr>
            <w:tcW w:w="7171" w:type="dxa"/>
          </w:tcPr>
          <w:p w14:paraId="18D0C57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Comparison of two numbers by division.</w:t>
            </w:r>
          </w:p>
        </w:tc>
      </w:tr>
      <w:tr w:rsidR="007E21A4" w:rsidRPr="00505B42" w14:paraId="03ECA2A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E5DEED" w14:textId="77777777" w:rsidR="007E21A4" w:rsidRPr="00505B42" w:rsidRDefault="00000000" w:rsidP="000C5BCD">
            <w:pPr>
              <w:spacing w:line="276" w:lineRule="auto"/>
              <w:rPr>
                <w:rFonts w:cs="Noto Sans"/>
              </w:rPr>
            </w:pPr>
            <w:r w:rsidRPr="00505B42">
              <w:rPr>
                <w:rFonts w:cs="Noto Sans"/>
              </w:rPr>
              <w:t>Relación</w:t>
            </w:r>
          </w:p>
        </w:tc>
        <w:tc>
          <w:tcPr>
            <w:tcW w:w="7171" w:type="dxa"/>
          </w:tcPr>
          <w:p w14:paraId="07A5EFC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Comparación de dos números mediante la división.</w:t>
            </w:r>
          </w:p>
        </w:tc>
      </w:tr>
    </w:tbl>
    <w:p w14:paraId="28288FB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5"/>
        <w:gridCol w:w="6741"/>
      </w:tblGrid>
      <w:tr w:rsidR="007E21A4" w:rsidRPr="00505B42" w14:paraId="669D8C5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71E88BF" w14:textId="77777777" w:rsidR="007E21A4" w:rsidRPr="00505B42" w:rsidRDefault="00000000" w:rsidP="008E472A">
            <w:pPr>
              <w:keepNext/>
              <w:spacing w:line="276" w:lineRule="auto"/>
              <w:rPr>
                <w:rFonts w:cs="Noto Sans"/>
              </w:rPr>
            </w:pPr>
            <w:r w:rsidRPr="00505B42">
              <w:rPr>
                <w:rFonts w:cs="Noto Sans"/>
              </w:rPr>
              <w:t>Rational expression</w:t>
            </w:r>
          </w:p>
        </w:tc>
        <w:tc>
          <w:tcPr>
            <w:tcW w:w="7171" w:type="dxa"/>
          </w:tcPr>
          <w:p w14:paraId="2970C761"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expression in the form of a fraction in which the numerator and/or denominator contain polynomials.</w:t>
            </w:r>
          </w:p>
        </w:tc>
      </w:tr>
      <w:tr w:rsidR="007E21A4" w:rsidRPr="00505B42" w14:paraId="259846B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51E8122" w14:textId="77777777" w:rsidR="007E21A4" w:rsidRPr="00505B42" w:rsidRDefault="00000000" w:rsidP="008E472A">
            <w:pPr>
              <w:keepNext/>
              <w:spacing w:line="276" w:lineRule="auto"/>
              <w:rPr>
                <w:rFonts w:cs="Noto Sans"/>
              </w:rPr>
            </w:pPr>
            <w:r w:rsidRPr="00505B42">
              <w:rPr>
                <w:rFonts w:cs="Noto Sans"/>
              </w:rPr>
              <w:t>Expresión racional</w:t>
            </w:r>
          </w:p>
        </w:tc>
        <w:tc>
          <w:tcPr>
            <w:tcW w:w="7171" w:type="dxa"/>
          </w:tcPr>
          <w:p w14:paraId="3E4CDBC7"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Fracción algebraica cuyo numerador y denominador son polinomios.</w:t>
            </w:r>
          </w:p>
        </w:tc>
      </w:tr>
    </w:tbl>
    <w:p w14:paraId="5DDEE4FA"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2"/>
        <w:gridCol w:w="6754"/>
      </w:tblGrid>
      <w:tr w:rsidR="007E21A4" w:rsidRPr="00505B42" w14:paraId="3A09A9A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B03319F" w14:textId="77777777" w:rsidR="007E21A4" w:rsidRPr="00505B42" w:rsidRDefault="00000000" w:rsidP="000C5BCD">
            <w:pPr>
              <w:spacing w:line="276" w:lineRule="auto"/>
              <w:rPr>
                <w:rFonts w:cs="Noto Sans"/>
              </w:rPr>
            </w:pPr>
            <w:r w:rsidRPr="00505B42">
              <w:rPr>
                <w:rFonts w:cs="Noto Sans"/>
              </w:rPr>
              <w:t>Rational number</w:t>
            </w:r>
          </w:p>
        </w:tc>
        <w:tc>
          <w:tcPr>
            <w:tcW w:w="7171" w:type="dxa"/>
          </w:tcPr>
          <w:p w14:paraId="549382B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fraction or the opposite of a fraction.</w:t>
            </w:r>
          </w:p>
        </w:tc>
      </w:tr>
      <w:tr w:rsidR="007E21A4" w:rsidRPr="00505B42" w14:paraId="5F2A384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FBE2DFB" w14:textId="77777777" w:rsidR="007E21A4" w:rsidRPr="00505B42" w:rsidRDefault="00000000" w:rsidP="000C5BCD">
            <w:pPr>
              <w:spacing w:line="276" w:lineRule="auto"/>
              <w:rPr>
                <w:rFonts w:cs="Noto Sans"/>
              </w:rPr>
            </w:pPr>
            <w:r w:rsidRPr="00505B42">
              <w:rPr>
                <w:rFonts w:cs="Noto Sans"/>
              </w:rPr>
              <w:t>Número racional</w:t>
            </w:r>
          </w:p>
        </w:tc>
        <w:tc>
          <w:tcPr>
            <w:tcW w:w="7171" w:type="dxa"/>
          </w:tcPr>
          <w:p w14:paraId="5DF6C68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fracción o lo contrario de una fracción.</w:t>
            </w:r>
          </w:p>
        </w:tc>
      </w:tr>
    </w:tbl>
    <w:p w14:paraId="71BDC778"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5"/>
        <w:gridCol w:w="6751"/>
      </w:tblGrid>
      <w:tr w:rsidR="007E21A4" w:rsidRPr="00505B42" w14:paraId="1AFAA15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89A31F8" w14:textId="77777777" w:rsidR="007E21A4" w:rsidRPr="00505B42" w:rsidRDefault="00000000" w:rsidP="000C5BCD">
            <w:pPr>
              <w:spacing w:line="276" w:lineRule="auto"/>
              <w:rPr>
                <w:rFonts w:cs="Noto Sans"/>
              </w:rPr>
            </w:pPr>
            <w:r w:rsidRPr="00505B42">
              <w:rPr>
                <w:rFonts w:cs="Noto Sans"/>
              </w:rPr>
              <w:t>Real numbers</w:t>
            </w:r>
          </w:p>
        </w:tc>
        <w:tc>
          <w:tcPr>
            <w:tcW w:w="7171" w:type="dxa"/>
          </w:tcPr>
          <w:p w14:paraId="6E7BB5C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set of all rational and irrational numbers. </w:t>
            </w:r>
          </w:p>
        </w:tc>
      </w:tr>
      <w:tr w:rsidR="007E21A4" w:rsidRPr="00505B42" w14:paraId="42697F3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C0B4F1C" w14:textId="77777777" w:rsidR="007E21A4" w:rsidRPr="00505B42" w:rsidRDefault="00000000" w:rsidP="000C5BCD">
            <w:pPr>
              <w:spacing w:line="276" w:lineRule="auto"/>
              <w:rPr>
                <w:rFonts w:cs="Noto Sans"/>
              </w:rPr>
            </w:pPr>
            <w:r w:rsidRPr="00505B42">
              <w:rPr>
                <w:rFonts w:cs="Noto Sans"/>
              </w:rPr>
              <w:t>Números reales</w:t>
            </w:r>
          </w:p>
        </w:tc>
        <w:tc>
          <w:tcPr>
            <w:tcW w:w="7171" w:type="dxa"/>
          </w:tcPr>
          <w:p w14:paraId="78E69EDD"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conjunto de todos los números racionales e irracionales.</w:t>
            </w:r>
          </w:p>
        </w:tc>
      </w:tr>
    </w:tbl>
    <w:p w14:paraId="64434A35"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10"/>
        <w:gridCol w:w="6746"/>
      </w:tblGrid>
      <w:tr w:rsidR="007E21A4" w:rsidRPr="00505B42" w14:paraId="06393020"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482C78C" w14:textId="77777777" w:rsidR="007E21A4" w:rsidRPr="00505B42" w:rsidRDefault="00000000" w:rsidP="000C5BCD">
            <w:pPr>
              <w:spacing w:line="276" w:lineRule="auto"/>
              <w:rPr>
                <w:rFonts w:cs="Noto Sans"/>
              </w:rPr>
            </w:pPr>
            <w:r w:rsidRPr="00505B42">
              <w:rPr>
                <w:rFonts w:cs="Noto Sans"/>
              </w:rPr>
              <w:t>Reciprocal</w:t>
            </w:r>
          </w:p>
        </w:tc>
        <w:tc>
          <w:tcPr>
            <w:tcW w:w="7171" w:type="dxa"/>
          </w:tcPr>
          <w:p w14:paraId="282DF5B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multiplicative inverse of a number (the product of the two values is 1). For example, </w:t>
            </w:r>
            <m:oMath>
              <m:r>
                <w:rPr>
                  <w:rFonts w:ascii="Cambria Math" w:hAnsi="Cambria Math" w:cs="Noto Sans"/>
                </w:rPr>
                <m:t>n</m:t>
              </m:r>
            </m:oMath>
            <w:r w:rsidRPr="00505B42">
              <w:rPr>
                <w:rFonts w:cs="Noto Sans"/>
              </w:rPr>
              <w:t xml:space="preserve"> and </w:t>
            </w:r>
            <m:oMath>
              <m:f>
                <m:fPr>
                  <m:ctrlPr>
                    <w:rPr>
                      <w:rFonts w:ascii="Cambria Math" w:hAnsi="Cambria Math" w:cs="Noto Sans"/>
                      <w:i/>
                    </w:rPr>
                  </m:ctrlPr>
                </m:fPr>
                <m:num>
                  <m:r>
                    <w:rPr>
                      <w:rFonts w:ascii="Cambria Math" w:hAnsi="Cambria Math" w:cs="Noto Sans"/>
                    </w:rPr>
                    <m:t>1</m:t>
                  </m:r>
                </m:num>
                <m:den>
                  <m:r>
                    <w:rPr>
                      <w:rFonts w:ascii="Cambria Math" w:hAnsi="Cambria Math" w:cs="Noto Sans"/>
                    </w:rPr>
                    <m:t>n</m:t>
                  </m:r>
                </m:den>
              </m:f>
            </m:oMath>
            <w:r w:rsidRPr="00505B42">
              <w:rPr>
                <w:rFonts w:cs="Noto Sans"/>
              </w:rPr>
              <w:t xml:space="preserve"> (swap the numerator and denominator).</w:t>
            </w:r>
          </w:p>
        </w:tc>
      </w:tr>
      <w:tr w:rsidR="007E21A4" w:rsidRPr="00505B42" w14:paraId="14C6163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AF7F4A5" w14:textId="77777777" w:rsidR="007E21A4" w:rsidRPr="00505B42" w:rsidRDefault="00000000" w:rsidP="000C5BCD">
            <w:pPr>
              <w:spacing w:line="276" w:lineRule="auto"/>
              <w:rPr>
                <w:rFonts w:cs="Noto Sans"/>
              </w:rPr>
            </w:pPr>
            <w:r w:rsidRPr="00505B42">
              <w:rPr>
                <w:rFonts w:cs="Noto Sans"/>
              </w:rPr>
              <w:t>Recíproco</w:t>
            </w:r>
          </w:p>
        </w:tc>
        <w:tc>
          <w:tcPr>
            <w:tcW w:w="7171" w:type="dxa"/>
          </w:tcPr>
          <w:p w14:paraId="7571408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inverso multiplicativo de un número (el producto de los dos valores es 1). Por ejemplo, </w:t>
            </w:r>
            <m:oMath>
              <m:r>
                <w:rPr>
                  <w:rFonts w:ascii="Cambria Math" w:hAnsi="Cambria Math" w:cs="Noto Sans"/>
                </w:rPr>
                <m:t>n</m:t>
              </m:r>
            </m:oMath>
            <w:r w:rsidRPr="00505B42">
              <w:rPr>
                <w:rFonts w:cs="Noto Sans"/>
              </w:rPr>
              <w:t xml:space="preserve"> y </w:t>
            </w:r>
            <m:oMath>
              <m:f>
                <m:fPr>
                  <m:ctrlPr>
                    <w:rPr>
                      <w:rFonts w:ascii="Cambria Math" w:hAnsi="Cambria Math" w:cs="Noto Sans"/>
                      <w:i/>
                    </w:rPr>
                  </m:ctrlPr>
                </m:fPr>
                <m:num>
                  <m:r>
                    <w:rPr>
                      <w:rFonts w:ascii="Cambria Math" w:hAnsi="Cambria Math" w:cs="Noto Sans"/>
                    </w:rPr>
                    <m:t>1</m:t>
                  </m:r>
                </m:num>
                <m:den>
                  <m:r>
                    <w:rPr>
                      <w:rFonts w:ascii="Cambria Math" w:hAnsi="Cambria Math" w:cs="Noto Sans"/>
                    </w:rPr>
                    <m:t>n</m:t>
                  </m:r>
                </m:den>
              </m:f>
            </m:oMath>
            <w:r w:rsidRPr="00505B42">
              <w:rPr>
                <w:rFonts w:cs="Noto Sans"/>
              </w:rPr>
              <w:t xml:space="preserve"> (intercambia el numerador y el denominador).</w:t>
            </w:r>
          </w:p>
        </w:tc>
      </w:tr>
    </w:tbl>
    <w:p w14:paraId="0E4E663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1"/>
        <w:gridCol w:w="6745"/>
      </w:tblGrid>
      <w:tr w:rsidR="007E21A4" w:rsidRPr="00505B42" w14:paraId="081C5D7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0B31A19" w14:textId="77777777" w:rsidR="007E21A4" w:rsidRPr="00505B42" w:rsidRDefault="00000000" w:rsidP="000C5BCD">
            <w:pPr>
              <w:spacing w:line="276" w:lineRule="auto"/>
              <w:rPr>
                <w:rFonts w:cs="Noto Sans"/>
              </w:rPr>
            </w:pPr>
            <w:r w:rsidRPr="00505B42">
              <w:rPr>
                <w:rFonts w:cs="Noto Sans"/>
              </w:rPr>
              <w:t>Recursive definition</w:t>
            </w:r>
          </w:p>
        </w:tc>
        <w:tc>
          <w:tcPr>
            <w:tcW w:w="7171" w:type="dxa"/>
          </w:tcPr>
          <w:p w14:paraId="21FD290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function that provides a repeated or recurring process for finding terms in a sequence. Formula used to determine the next term of a sequence that uses one or more of the previous terms.</w:t>
            </w:r>
          </w:p>
        </w:tc>
      </w:tr>
      <w:tr w:rsidR="007E21A4" w:rsidRPr="00505B42" w14:paraId="0EADAFE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33B8417" w14:textId="77777777" w:rsidR="007E21A4" w:rsidRPr="00505B42" w:rsidRDefault="00000000" w:rsidP="000C5BCD">
            <w:pPr>
              <w:spacing w:line="276" w:lineRule="auto"/>
              <w:rPr>
                <w:rFonts w:cs="Noto Sans"/>
              </w:rPr>
            </w:pPr>
            <w:r w:rsidRPr="00505B42">
              <w:rPr>
                <w:rFonts w:cs="Noto Sans"/>
              </w:rPr>
              <w:t>Definición recursiva</w:t>
            </w:r>
          </w:p>
        </w:tc>
        <w:tc>
          <w:tcPr>
            <w:tcW w:w="7171" w:type="dxa"/>
          </w:tcPr>
          <w:p w14:paraId="5D472D9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función que proporciona un proceso repetido o recurrente para encontrar términos en una secuencia. Fórmula empleada para determinar el término siguiente de una sucesión que emplea uno o más de los términos anteriores.</w:t>
            </w:r>
          </w:p>
        </w:tc>
      </w:tr>
    </w:tbl>
    <w:p w14:paraId="3842493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1"/>
        <w:gridCol w:w="6755"/>
      </w:tblGrid>
      <w:tr w:rsidR="007E21A4" w:rsidRPr="00505B42" w14:paraId="3C624A7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200DA4A" w14:textId="77777777" w:rsidR="007E21A4" w:rsidRPr="00505B42" w:rsidRDefault="00000000" w:rsidP="000C5BCD">
            <w:pPr>
              <w:spacing w:line="276" w:lineRule="auto"/>
              <w:rPr>
                <w:rFonts w:cs="Noto Sans"/>
              </w:rPr>
            </w:pPr>
            <w:r w:rsidRPr="00505B42">
              <w:rPr>
                <w:rFonts w:cs="Noto Sans"/>
              </w:rPr>
              <w:t>Relation</w:t>
            </w:r>
          </w:p>
        </w:tc>
        <w:tc>
          <w:tcPr>
            <w:tcW w:w="7171" w:type="dxa"/>
          </w:tcPr>
          <w:p w14:paraId="55C3320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relation is any set of ordered pairs, </w:t>
            </w:r>
            <m:oMath>
              <m:r>
                <w:rPr>
                  <w:rFonts w:ascii="Cambria Math" w:hAnsi="Cambria Math" w:cs="Noto Sans"/>
                </w:rPr>
                <m:t>(x, y)</m:t>
              </m:r>
            </m:oMath>
            <w:r w:rsidRPr="00505B42">
              <w:rPr>
                <w:rFonts w:cs="Noto Sans"/>
              </w:rPr>
              <w:t>.</w:t>
            </w:r>
          </w:p>
        </w:tc>
      </w:tr>
      <w:tr w:rsidR="007E21A4" w:rsidRPr="00505B42" w14:paraId="7B67B60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1D0C6D3" w14:textId="77777777" w:rsidR="007E21A4" w:rsidRPr="00754567" w:rsidRDefault="00000000" w:rsidP="000C5BCD">
            <w:pPr>
              <w:spacing w:line="276" w:lineRule="auto"/>
              <w:rPr>
                <w:rFonts w:cs="Noto Sans"/>
                <w:lang w:val="es-ES"/>
              </w:rPr>
            </w:pPr>
            <w:r w:rsidRPr="00754567">
              <w:rPr>
                <w:rFonts w:cs="Noto Sans"/>
                <w:lang w:val="es-ES"/>
              </w:rPr>
              <w:t>Relación</w:t>
            </w:r>
          </w:p>
        </w:tc>
        <w:tc>
          <w:tcPr>
            <w:tcW w:w="7171" w:type="dxa"/>
          </w:tcPr>
          <w:p w14:paraId="61685A93" w14:textId="77777777" w:rsidR="007E21A4" w:rsidRPr="00754567"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 xml:space="preserve">Conjunto de pares ordenados, </w:t>
            </w:r>
            <m:oMath>
              <m:r>
                <w:rPr>
                  <w:rFonts w:ascii="Cambria Math" w:hAnsi="Cambria Math" w:cs="Noto Sans"/>
                  <w:lang w:val="es-ES"/>
                </w:rPr>
                <m:t>(x, y)</m:t>
              </m:r>
            </m:oMath>
            <w:r w:rsidRPr="00754567">
              <w:rPr>
                <w:rFonts w:cs="Noto Sans"/>
                <w:lang w:val="es-ES"/>
              </w:rPr>
              <w:t>.</w:t>
            </w:r>
          </w:p>
        </w:tc>
      </w:tr>
    </w:tbl>
    <w:p w14:paraId="54BE473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2"/>
        <w:gridCol w:w="6754"/>
      </w:tblGrid>
      <w:tr w:rsidR="007E21A4" w:rsidRPr="00505B42" w14:paraId="6667D18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2BDDBD3" w14:textId="77777777" w:rsidR="007E21A4" w:rsidRPr="00505B42" w:rsidRDefault="00000000" w:rsidP="000C5BCD">
            <w:pPr>
              <w:spacing w:line="276" w:lineRule="auto"/>
              <w:rPr>
                <w:rFonts w:cs="Noto Sans"/>
              </w:rPr>
            </w:pPr>
            <w:r w:rsidRPr="00505B42">
              <w:rPr>
                <w:rFonts w:cs="Noto Sans"/>
              </w:rPr>
              <w:t>Residual</w:t>
            </w:r>
          </w:p>
        </w:tc>
        <w:tc>
          <w:tcPr>
            <w:tcW w:w="7171" w:type="dxa"/>
          </w:tcPr>
          <w:p w14:paraId="68A6E9E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difference between the y-value for a point in a scatter plot and the value predicted by a linear model.</w:t>
            </w:r>
          </w:p>
        </w:tc>
      </w:tr>
      <w:tr w:rsidR="007E21A4" w:rsidRPr="00505B42" w14:paraId="0948CFD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7DE11FE" w14:textId="77777777" w:rsidR="007E21A4" w:rsidRPr="00505B42" w:rsidRDefault="00000000" w:rsidP="000C5BCD">
            <w:pPr>
              <w:spacing w:line="276" w:lineRule="auto"/>
              <w:rPr>
                <w:rFonts w:cs="Noto Sans"/>
              </w:rPr>
            </w:pPr>
            <w:r w:rsidRPr="00505B42">
              <w:rPr>
                <w:rFonts w:cs="Noto Sans"/>
              </w:rPr>
              <w:t>Residual</w:t>
            </w:r>
          </w:p>
        </w:tc>
        <w:tc>
          <w:tcPr>
            <w:tcW w:w="7171" w:type="dxa"/>
          </w:tcPr>
          <w:p w14:paraId="5D6510F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La diferencia entre el valor de y de un punto en un diagrama de dispersión y el valor predicho por un modelo lineal.</w:t>
            </w:r>
          </w:p>
        </w:tc>
      </w:tr>
    </w:tbl>
    <w:p w14:paraId="4959309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0"/>
        <w:gridCol w:w="6756"/>
      </w:tblGrid>
      <w:tr w:rsidR="007E21A4" w:rsidRPr="00505B42" w14:paraId="72E0389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DAAA689" w14:textId="77777777" w:rsidR="007E21A4" w:rsidRPr="00505B42" w:rsidRDefault="00000000" w:rsidP="000F3E70">
            <w:pPr>
              <w:keepNext/>
              <w:spacing w:line="276" w:lineRule="auto"/>
              <w:rPr>
                <w:rFonts w:cs="Noto Sans"/>
              </w:rPr>
            </w:pPr>
            <w:r w:rsidRPr="00505B42">
              <w:rPr>
                <w:rFonts w:cs="Noto Sans"/>
              </w:rPr>
              <w:lastRenderedPageBreak/>
              <w:t>Revenue</w:t>
            </w:r>
          </w:p>
        </w:tc>
        <w:tc>
          <w:tcPr>
            <w:tcW w:w="7171" w:type="dxa"/>
          </w:tcPr>
          <w:p w14:paraId="16C3DC1E" w14:textId="77777777" w:rsidR="007E21A4" w:rsidRPr="00505B42" w:rsidRDefault="00000000" w:rsidP="000F3E70">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selling price of each unit times x, the number of units sold; </w:t>
            </w:r>
            <m:oMath>
              <m:r>
                <w:rPr>
                  <w:rFonts w:ascii="Cambria Math" w:hAnsi="Cambria Math" w:cs="Noto Sans"/>
                </w:rPr>
                <m:t xml:space="preserve">R(x)= </m:t>
              </m:r>
              <m:r>
                <m:rPr>
                  <m:sty m:val="p"/>
                </m:rPr>
                <w:rPr>
                  <w:rFonts w:ascii="Cambria Math" w:hAnsi="Cambria Math" w:cs="Noto Sans"/>
                </w:rPr>
                <m:t>price</m:t>
              </m:r>
              <m:r>
                <w:rPr>
                  <w:rFonts w:ascii="Cambria Math" w:hAnsi="Cambria Math" w:cs="Noto Sans"/>
                </w:rPr>
                <m:t xml:space="preserve"> · x</m:t>
              </m:r>
            </m:oMath>
            <w:r w:rsidRPr="00505B42">
              <w:rPr>
                <w:rFonts w:cs="Noto Sans"/>
              </w:rPr>
              <w:t>.</w:t>
            </w:r>
          </w:p>
        </w:tc>
      </w:tr>
      <w:tr w:rsidR="007E21A4" w:rsidRPr="00505B42" w14:paraId="37BE7A7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EE82D49" w14:textId="77777777" w:rsidR="007E21A4" w:rsidRPr="00505B42" w:rsidRDefault="00000000" w:rsidP="000F3E70">
            <w:pPr>
              <w:keepNext/>
              <w:spacing w:line="276" w:lineRule="auto"/>
              <w:rPr>
                <w:rFonts w:cs="Noto Sans"/>
              </w:rPr>
            </w:pPr>
            <w:r w:rsidRPr="00505B42">
              <w:rPr>
                <w:rFonts w:cs="Noto Sans"/>
              </w:rPr>
              <w:t>Ingreso</w:t>
            </w:r>
          </w:p>
        </w:tc>
        <w:tc>
          <w:tcPr>
            <w:tcW w:w="7171" w:type="dxa"/>
          </w:tcPr>
          <w:p w14:paraId="4C1E0BFB" w14:textId="77777777" w:rsidR="007E21A4" w:rsidRPr="00505B42" w:rsidRDefault="00000000" w:rsidP="000F3E70">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precio de venta de cada unidad multiplicado por x, el número de unidades vendidas; </w:t>
            </w:r>
            <m:oMath>
              <m:r>
                <w:rPr>
                  <w:rFonts w:ascii="Cambria Math" w:hAnsi="Cambria Math" w:cs="Noto Sans"/>
                </w:rPr>
                <m:t xml:space="preserve">R(x)= </m:t>
              </m:r>
              <m:r>
                <m:rPr>
                  <m:sty m:val="p"/>
                </m:rPr>
                <w:rPr>
                  <w:rFonts w:ascii="Cambria Math" w:hAnsi="Cambria Math" w:cs="Noto Sans"/>
                </w:rPr>
                <m:t>precio</m:t>
              </m:r>
              <m:r>
                <w:rPr>
                  <w:rFonts w:ascii="Cambria Math" w:hAnsi="Cambria Math" w:cs="Noto Sans"/>
                </w:rPr>
                <m:t xml:space="preserve"> · x</m:t>
              </m:r>
            </m:oMath>
            <w:r w:rsidRPr="00505B42">
              <w:rPr>
                <w:rFonts w:cs="Noto Sans"/>
              </w:rPr>
              <w:t>.</w:t>
            </w:r>
          </w:p>
        </w:tc>
      </w:tr>
    </w:tbl>
    <w:p w14:paraId="216C2E3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5"/>
        <w:gridCol w:w="6761"/>
      </w:tblGrid>
      <w:tr w:rsidR="007E21A4" w:rsidRPr="00505B42" w14:paraId="1F20B65F" w14:textId="77777777" w:rsidTr="007545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4E360D22" w14:textId="77777777" w:rsidR="007E21A4" w:rsidRPr="00505B42" w:rsidRDefault="00000000" w:rsidP="000C5BCD">
            <w:pPr>
              <w:keepNext/>
              <w:spacing w:line="276" w:lineRule="auto"/>
              <w:rPr>
                <w:rFonts w:cs="Noto Sans"/>
              </w:rPr>
            </w:pPr>
            <w:r w:rsidRPr="00505B42">
              <w:rPr>
                <w:rFonts w:cs="Noto Sans"/>
              </w:rPr>
              <w:t>Root of a number</w:t>
            </w:r>
          </w:p>
        </w:tc>
        <w:tc>
          <w:tcPr>
            <w:tcW w:w="7171" w:type="dxa"/>
          </w:tcPr>
          <w:p w14:paraId="0AA2B5AF"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This value represents a number</w:t>
            </w:r>
            <w:r w:rsidR="000F3E70">
              <w:rPr>
                <w:rFonts w:cs="Noto Sans"/>
              </w:rPr>
              <w:t xml:space="preserve"> </w:t>
            </w:r>
            <m:oMath>
              <m:r>
                <w:rPr>
                  <w:rFonts w:ascii="Cambria Math" w:hAnsi="Cambria Math" w:cs="Noto Sans"/>
                </w:rPr>
                <m:t>y</m:t>
              </m:r>
            </m:oMath>
            <w:r w:rsidRPr="00505B42">
              <w:rPr>
                <w:rFonts w:cs="Noto Sans"/>
              </w:rPr>
              <w:t>, which when multiplied by itself a given number of times (</w:t>
            </w:r>
            <m:oMath>
              <m:r>
                <w:rPr>
                  <w:rFonts w:ascii="Cambria Math" w:hAnsi="Cambria Math" w:cs="Noto Sans"/>
                </w:rPr>
                <m:t xml:space="preserve">y · y · y · y </m:t>
              </m:r>
            </m:oMath>
            <w:r w:rsidRPr="00505B42">
              <w:rPr>
                <w:rFonts w:cs="Noto Sans"/>
              </w:rPr>
              <w:t xml:space="preserve">...) equals </w:t>
            </w:r>
            <m:oMath>
              <m:r>
                <w:rPr>
                  <w:rFonts w:ascii="Cambria Math" w:hAnsi="Cambria Math" w:cs="Noto Sans"/>
                </w:rPr>
                <m:t>x</m:t>
              </m:r>
            </m:oMath>
            <w:r w:rsidRPr="00505B42">
              <w:rPr>
                <w:rFonts w:cs="Noto Sans"/>
              </w:rPr>
              <w:t xml:space="preserve">, another number. For example, 3 represents this type of value for </w:t>
            </w:r>
            <m:oMath>
              <m:rad>
                <m:radPr>
                  <m:degHide m:val="1"/>
                  <m:ctrlPr>
                    <w:rPr>
                      <w:rFonts w:ascii="Cambria Math" w:hAnsi="Cambria Math" w:cs="Cambria Math"/>
                      <w:i/>
                    </w:rPr>
                  </m:ctrlPr>
                </m:radPr>
                <m:deg/>
                <m:e>
                  <m:r>
                    <w:rPr>
                      <w:rFonts w:ascii="Cambria Math" w:hAnsi="Cambria Math" w:cs="Noto Sans"/>
                    </w:rPr>
                    <m:t>9</m:t>
                  </m:r>
                </m:e>
              </m:rad>
            </m:oMath>
            <w:r w:rsidRPr="00505B42">
              <w:rPr>
                <w:rFonts w:cs="Noto Sans"/>
              </w:rPr>
              <w:t xml:space="preserve"> and 5 represents this type of value for </w:t>
            </w:r>
            <m:oMath>
              <m:rad>
                <m:radPr>
                  <m:degHide m:val="1"/>
                  <m:ctrlPr>
                    <w:rPr>
                      <w:rFonts w:ascii="Cambria Math" w:hAnsi="Cambria Math" w:cs="Cambria Math"/>
                      <w:i/>
                    </w:rPr>
                  </m:ctrlPr>
                </m:radPr>
                <m:deg/>
                <m:e>
                  <m:r>
                    <w:rPr>
                      <w:rFonts w:ascii="Cambria Math" w:hAnsi="Cambria Math" w:cs="Noto Sans"/>
                    </w:rPr>
                    <m:t>25</m:t>
                  </m:r>
                </m:e>
              </m:rad>
            </m:oMath>
            <w:r w:rsidRPr="00505B42">
              <w:rPr>
                <w:rFonts w:cs="Noto Sans"/>
              </w:rPr>
              <w:t>.</w:t>
            </w:r>
          </w:p>
        </w:tc>
      </w:tr>
      <w:tr w:rsidR="007E21A4" w:rsidRPr="00505B42" w14:paraId="7898905C" w14:textId="77777777" w:rsidTr="007545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4" w:type="dxa"/>
          </w:tcPr>
          <w:p w14:paraId="45010C0A" w14:textId="77777777" w:rsidR="007E21A4" w:rsidRPr="00754567" w:rsidRDefault="00000000" w:rsidP="000C5BCD">
            <w:pPr>
              <w:keepNext/>
              <w:spacing w:line="276" w:lineRule="auto"/>
              <w:rPr>
                <w:rFonts w:cs="Noto Sans"/>
                <w:lang w:val="es-ES"/>
              </w:rPr>
            </w:pPr>
            <w:r w:rsidRPr="00754567">
              <w:rPr>
                <w:rFonts w:cs="Noto Sans"/>
                <w:lang w:val="es-ES"/>
              </w:rPr>
              <w:t>Raíz de un número</w:t>
            </w:r>
          </w:p>
        </w:tc>
        <w:tc>
          <w:tcPr>
            <w:tcW w:w="7171" w:type="dxa"/>
          </w:tcPr>
          <w:p w14:paraId="5437B7F2" w14:textId="77777777" w:rsidR="007E21A4" w:rsidRPr="00754567"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 xml:space="preserve">Este valor representa un número </w:t>
            </w:r>
            <m:oMath>
              <m:r>
                <w:rPr>
                  <w:rFonts w:ascii="Cambria Math" w:hAnsi="Cambria Math" w:cs="Noto Sans"/>
                  <w:lang w:val="es-ES"/>
                </w:rPr>
                <m:t>y</m:t>
              </m:r>
            </m:oMath>
            <w:r w:rsidRPr="00754567">
              <w:rPr>
                <w:rFonts w:cs="Noto Sans"/>
                <w:lang w:val="es-ES"/>
              </w:rPr>
              <w:t>, que al multiplicarse por sí mismo un número determinado de veces (</w:t>
            </w:r>
            <m:oMath>
              <m:r>
                <w:rPr>
                  <w:rFonts w:ascii="Cambria Math" w:hAnsi="Cambria Math" w:cs="Noto Sans"/>
                  <w:lang w:val="es-ES"/>
                </w:rPr>
                <m:t>y · y · y · y</m:t>
              </m:r>
            </m:oMath>
            <w:r w:rsidRPr="00754567">
              <w:rPr>
                <w:rFonts w:cs="Noto Sans"/>
                <w:lang w:val="es-ES"/>
              </w:rPr>
              <w:t xml:space="preserve">...), es igual a </w:t>
            </w:r>
            <m:oMath>
              <m:r>
                <w:rPr>
                  <w:rFonts w:ascii="Cambria Math" w:hAnsi="Cambria Math" w:cs="Noto Sans"/>
                  <w:lang w:val="es-ES"/>
                </w:rPr>
                <m:t>x</m:t>
              </m:r>
            </m:oMath>
            <w:r w:rsidRPr="00754567">
              <w:rPr>
                <w:rFonts w:cs="Noto Sans"/>
                <w:lang w:val="es-ES"/>
              </w:rPr>
              <w:t xml:space="preserve">, otro número. Por ejemplo, 3 representa este tipo de valor para </w:t>
            </w:r>
            <m:oMath>
              <m:rad>
                <m:radPr>
                  <m:degHide m:val="1"/>
                  <m:ctrlPr>
                    <w:rPr>
                      <w:rFonts w:ascii="Cambria Math" w:hAnsi="Cambria Math" w:cs="Cambria Math"/>
                      <w:i/>
                      <w:lang w:val="es-ES"/>
                    </w:rPr>
                  </m:ctrlPr>
                </m:radPr>
                <m:deg/>
                <m:e>
                  <m:r>
                    <w:rPr>
                      <w:rFonts w:ascii="Cambria Math" w:hAnsi="Cambria Math" w:cs="Noto Sans"/>
                      <w:lang w:val="es-ES"/>
                    </w:rPr>
                    <m:t>9</m:t>
                  </m:r>
                </m:e>
              </m:rad>
            </m:oMath>
            <w:r w:rsidRPr="00754567">
              <w:rPr>
                <w:rFonts w:cs="Noto Sans"/>
                <w:lang w:val="es-ES"/>
              </w:rPr>
              <w:t xml:space="preserve"> y 5 representa este tipo de valor para </w:t>
            </w:r>
            <m:oMath>
              <m:rad>
                <m:radPr>
                  <m:degHide m:val="1"/>
                  <m:ctrlPr>
                    <w:rPr>
                      <w:rFonts w:ascii="Cambria Math" w:hAnsi="Cambria Math" w:cs="Cambria Math"/>
                      <w:i/>
                      <w:lang w:val="es-ES"/>
                    </w:rPr>
                  </m:ctrlPr>
                </m:radPr>
                <m:deg/>
                <m:e>
                  <m:r>
                    <w:rPr>
                      <w:rFonts w:ascii="Cambria Math" w:hAnsi="Cambria Math" w:cs="Noto Sans"/>
                      <w:lang w:val="es-ES"/>
                    </w:rPr>
                    <m:t>25</m:t>
                  </m:r>
                </m:e>
              </m:rad>
            </m:oMath>
            <w:r w:rsidRPr="00754567">
              <w:rPr>
                <w:rFonts w:cs="Noto Sans"/>
                <w:lang w:val="es-ES"/>
              </w:rPr>
              <w:t>.</w:t>
            </w:r>
          </w:p>
        </w:tc>
      </w:tr>
    </w:tbl>
    <w:p w14:paraId="0FE70446"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2C9BA5A8" w14:textId="77777777" w:rsidR="007E21A4" w:rsidRPr="00505B42" w:rsidRDefault="00000000" w:rsidP="00F719CF">
      <w:pPr>
        <w:pStyle w:val="Heading2"/>
      </w:pPr>
      <w:bookmarkStart w:id="15" w:name="_Toc162956997"/>
      <w:r w:rsidRPr="00505B42">
        <w:t>S</w:t>
      </w:r>
      <w:bookmarkEnd w:id="15"/>
    </w:p>
    <w:tbl>
      <w:tblPr>
        <w:tblStyle w:val="GlossaryTerm-Standard"/>
        <w:tblW w:w="0" w:type="auto"/>
        <w:tblLook w:val="0480" w:firstRow="0" w:lastRow="0" w:firstColumn="1" w:lastColumn="0" w:noHBand="0" w:noVBand="1"/>
      </w:tblPr>
      <w:tblGrid>
        <w:gridCol w:w="2111"/>
        <w:gridCol w:w="6745"/>
      </w:tblGrid>
      <w:tr w:rsidR="007E21A4" w:rsidRPr="00505B42" w14:paraId="3A3FD62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2EE8A8" w14:textId="77777777" w:rsidR="007E21A4" w:rsidRPr="00505B42" w:rsidRDefault="00000000" w:rsidP="008E472A">
            <w:pPr>
              <w:keepNext/>
              <w:spacing w:line="276" w:lineRule="auto"/>
              <w:rPr>
                <w:rFonts w:cs="Noto Sans"/>
              </w:rPr>
            </w:pPr>
            <w:r w:rsidRPr="00505B42">
              <w:rPr>
                <w:rFonts w:cs="Noto Sans"/>
              </w:rPr>
              <w:t>Scatter plot</w:t>
            </w:r>
          </w:p>
        </w:tc>
        <w:tc>
          <w:tcPr>
            <w:tcW w:w="7171" w:type="dxa"/>
          </w:tcPr>
          <w:p w14:paraId="24A071F0"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graph consisting of points that demonstrates the relationship between the data of two variables</w:t>
            </w:r>
          </w:p>
        </w:tc>
      </w:tr>
      <w:tr w:rsidR="007E21A4" w:rsidRPr="00505B42" w14:paraId="585A247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E07B1CB" w14:textId="77777777" w:rsidR="007E21A4" w:rsidRPr="00505B42" w:rsidRDefault="00000000" w:rsidP="008E472A">
            <w:pPr>
              <w:keepNext/>
              <w:spacing w:line="276" w:lineRule="auto"/>
              <w:rPr>
                <w:rFonts w:cs="Noto Sans"/>
              </w:rPr>
            </w:pPr>
            <w:r w:rsidRPr="00505B42">
              <w:rPr>
                <w:rFonts w:cs="Noto Sans"/>
              </w:rPr>
              <w:t>Diagrama de dispersión</w:t>
            </w:r>
          </w:p>
        </w:tc>
        <w:tc>
          <w:tcPr>
            <w:tcW w:w="7171" w:type="dxa"/>
          </w:tcPr>
          <w:p w14:paraId="483C9CDA"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Gráfico que muestra la relación general entre dos conjuntos de datos.</w:t>
            </w:r>
          </w:p>
        </w:tc>
      </w:tr>
    </w:tbl>
    <w:p w14:paraId="15350DA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3"/>
        <w:gridCol w:w="6753"/>
      </w:tblGrid>
      <w:tr w:rsidR="007E21A4" w:rsidRPr="00505B42" w14:paraId="2FC3A00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F5A344F" w14:textId="77777777" w:rsidR="007E21A4" w:rsidRPr="00505B42" w:rsidRDefault="00000000" w:rsidP="000C5BCD">
            <w:pPr>
              <w:spacing w:line="276" w:lineRule="auto"/>
              <w:rPr>
                <w:rFonts w:cs="Noto Sans"/>
              </w:rPr>
            </w:pPr>
            <w:r w:rsidRPr="00505B42">
              <w:rPr>
                <w:rFonts w:cs="Noto Sans"/>
              </w:rPr>
              <w:t>Scientific Notation</w:t>
            </w:r>
          </w:p>
        </w:tc>
        <w:tc>
          <w:tcPr>
            <w:tcW w:w="7171" w:type="dxa"/>
          </w:tcPr>
          <w:p w14:paraId="329596B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number that is expressed in the form: </w:t>
            </w:r>
            <m:oMath>
              <m:r>
                <w:rPr>
                  <w:rFonts w:ascii="Cambria Math" w:hAnsi="Cambria Math" w:cs="Noto Sans"/>
                </w:rPr>
                <m:t>a×</m:t>
              </m:r>
              <m:sSup>
                <m:sSupPr>
                  <m:ctrlPr>
                    <w:rPr>
                      <w:rFonts w:ascii="Cambria Math" w:hAnsi="Cambria Math" w:cs="Noto Sans"/>
                      <w:i/>
                    </w:rPr>
                  </m:ctrlPr>
                </m:sSupPr>
                <m:e>
                  <m:r>
                    <w:rPr>
                      <w:rFonts w:ascii="Cambria Math" w:hAnsi="Cambria Math" w:cs="Noto Sans"/>
                    </w:rPr>
                    <m:t>10</m:t>
                  </m:r>
                </m:e>
                <m:sup>
                  <m:r>
                    <w:rPr>
                      <w:rFonts w:ascii="Cambria Math" w:hAnsi="Cambria Math" w:cs="Noto Sans"/>
                    </w:rPr>
                    <m:t>n</m:t>
                  </m:r>
                </m:sup>
              </m:sSup>
            </m:oMath>
            <w:r w:rsidR="000F3E70">
              <w:rPr>
                <w:rFonts w:cs="Noto Sans"/>
              </w:rPr>
              <w:t xml:space="preserve"> </w:t>
            </w:r>
            <w:r w:rsidRPr="00505B42">
              <w:rPr>
                <w:rFonts w:cs="Noto Sans"/>
              </w:rPr>
              <w:t xml:space="preserve">where </w:t>
            </w:r>
            <m:oMath>
              <m:r>
                <w:rPr>
                  <w:rFonts w:ascii="Cambria Math" w:hAnsi="Cambria Math" w:cs="Noto Sans"/>
                </w:rPr>
                <m:t xml:space="preserve">1 </m:t>
              </m:r>
              <m:r>
                <w:rPr>
                  <w:rFonts w:ascii="Cambria Math" w:hAnsi="Cambria Math" w:cs="Cambria Math"/>
                </w:rPr>
                <m:t>≤</m:t>
              </m:r>
              <m:r>
                <w:rPr>
                  <w:rFonts w:ascii="Cambria Math" w:hAnsi="Cambria Math" w:cs="Noto Sans"/>
                </w:rPr>
                <m:t xml:space="preserve"> </m:t>
              </m:r>
              <m:d>
                <m:dPr>
                  <m:begChr m:val="|"/>
                  <m:endChr m:val="|"/>
                  <m:ctrlPr>
                    <w:rPr>
                      <w:rFonts w:ascii="Cambria Math" w:hAnsi="Cambria Math" w:cs="Noto Sans"/>
                      <w:i/>
                    </w:rPr>
                  </m:ctrlPr>
                </m:dPr>
                <m:e>
                  <m:r>
                    <w:rPr>
                      <w:rFonts w:ascii="Cambria Math" w:hAnsi="Cambria Math" w:cs="Noto Sans"/>
                    </w:rPr>
                    <m:t>a</m:t>
                  </m:r>
                </m:e>
              </m:d>
              <m:r>
                <w:rPr>
                  <w:rFonts w:ascii="Cambria Math" w:hAnsi="Cambria Math" w:cs="Noto Sans"/>
                </w:rPr>
                <m:t>&lt; 10</m:t>
              </m:r>
            </m:oMath>
            <w:r w:rsidRPr="00505B42">
              <w:rPr>
                <w:rFonts w:cs="Noto Sans"/>
              </w:rPr>
              <w:t xml:space="preserve"> and </w:t>
            </w:r>
            <m:oMath>
              <m:r>
                <w:rPr>
                  <w:rFonts w:ascii="Cambria Math" w:hAnsi="Cambria Math" w:cs="Noto Sans"/>
                </w:rPr>
                <m:t>n</m:t>
              </m:r>
            </m:oMath>
            <w:r w:rsidRPr="00505B42">
              <w:rPr>
                <w:rFonts w:cs="Noto Sans"/>
              </w:rPr>
              <w:t xml:space="preserve"> is an integer. </w:t>
            </w:r>
          </w:p>
        </w:tc>
      </w:tr>
      <w:tr w:rsidR="007E21A4" w:rsidRPr="00505B42" w14:paraId="21AE7F2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EE00E0D" w14:textId="77777777" w:rsidR="007E21A4" w:rsidRPr="00505B42" w:rsidRDefault="00000000" w:rsidP="000C5BCD">
            <w:pPr>
              <w:spacing w:line="276" w:lineRule="auto"/>
              <w:rPr>
                <w:rFonts w:cs="Noto Sans"/>
              </w:rPr>
            </w:pPr>
            <w:r w:rsidRPr="00505B42">
              <w:rPr>
                <w:rFonts w:cs="Noto Sans"/>
              </w:rPr>
              <w:t>Notación científica</w:t>
            </w:r>
          </w:p>
        </w:tc>
        <w:tc>
          <w:tcPr>
            <w:tcW w:w="7171" w:type="dxa"/>
          </w:tcPr>
          <w:p w14:paraId="7488082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Sistema de escritura de números que utiliza la multiplicación y las potencias de diez. Número de la forma </w:t>
            </w:r>
            <m:oMath>
              <m:r>
                <w:rPr>
                  <w:rFonts w:ascii="Cambria Math" w:hAnsi="Cambria Math" w:cs="Noto Sans"/>
                </w:rPr>
                <m:t>a×</m:t>
              </m:r>
              <m:sSup>
                <m:sSupPr>
                  <m:ctrlPr>
                    <w:rPr>
                      <w:rFonts w:ascii="Cambria Math" w:hAnsi="Cambria Math" w:cs="Noto Sans"/>
                      <w:i/>
                    </w:rPr>
                  </m:ctrlPr>
                </m:sSupPr>
                <m:e>
                  <m:r>
                    <w:rPr>
                      <w:rFonts w:ascii="Cambria Math" w:hAnsi="Cambria Math" w:cs="Noto Sans"/>
                    </w:rPr>
                    <m:t>10</m:t>
                  </m:r>
                </m:e>
                <m:sup>
                  <m:r>
                    <w:rPr>
                      <w:rFonts w:ascii="Cambria Math" w:hAnsi="Cambria Math" w:cs="Noto Sans"/>
                    </w:rPr>
                    <m:t>n</m:t>
                  </m:r>
                </m:sup>
              </m:sSup>
            </m:oMath>
            <w:r w:rsidRPr="00505B42">
              <w:rPr>
                <w:rFonts w:cs="Noto Sans"/>
              </w:rPr>
              <w:t xml:space="preserve">, donde </w:t>
            </w:r>
            <m:oMath>
              <m:r>
                <w:rPr>
                  <w:rFonts w:ascii="Cambria Math" w:hAnsi="Cambria Math" w:cs="Noto Sans"/>
                </w:rPr>
                <m:t xml:space="preserve">1 </m:t>
              </m:r>
              <m:r>
                <w:rPr>
                  <w:rFonts w:ascii="Cambria Math" w:hAnsi="Cambria Math" w:cs="Cambria Math"/>
                </w:rPr>
                <m:t>≤</m:t>
              </m:r>
              <m:r>
                <w:rPr>
                  <w:rFonts w:ascii="Cambria Math" w:hAnsi="Cambria Math" w:cs="Noto Sans"/>
                </w:rPr>
                <m:t xml:space="preserve"> </m:t>
              </m:r>
              <m:d>
                <m:dPr>
                  <m:begChr m:val="|"/>
                  <m:endChr m:val="|"/>
                  <m:ctrlPr>
                    <w:rPr>
                      <w:rFonts w:ascii="Cambria Math" w:hAnsi="Cambria Math" w:cs="Noto Sans"/>
                      <w:i/>
                    </w:rPr>
                  </m:ctrlPr>
                </m:dPr>
                <m:e>
                  <m:r>
                    <w:rPr>
                      <w:rFonts w:ascii="Cambria Math" w:hAnsi="Cambria Math" w:cs="Noto Sans"/>
                    </w:rPr>
                    <m:t>a</m:t>
                  </m:r>
                </m:e>
              </m:d>
              <m:r>
                <w:rPr>
                  <w:rFonts w:ascii="Cambria Math" w:hAnsi="Cambria Math" w:cs="Noto Sans"/>
                </w:rPr>
                <m:t>&lt; 10</m:t>
              </m:r>
            </m:oMath>
            <w:r w:rsidRPr="00505B42">
              <w:rPr>
                <w:rFonts w:cs="Noto Sans"/>
              </w:rPr>
              <w:t xml:space="preserve"> y </w:t>
            </w:r>
            <m:oMath>
              <m:r>
                <w:rPr>
                  <w:rFonts w:ascii="Cambria Math" w:hAnsi="Cambria Math" w:cs="Noto Sans"/>
                </w:rPr>
                <m:t>n</m:t>
              </m:r>
            </m:oMath>
            <w:r w:rsidRPr="00505B42">
              <w:rPr>
                <w:rFonts w:cs="Noto Sans"/>
              </w:rPr>
              <w:t xml:space="preserve"> es un número entero.</w:t>
            </w:r>
          </w:p>
        </w:tc>
      </w:tr>
    </w:tbl>
    <w:p w14:paraId="3E5044F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7E21A4" w:rsidRPr="00505B42" w14:paraId="19DECEE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73B7F7" w14:textId="77777777" w:rsidR="007E21A4" w:rsidRPr="00505B42" w:rsidRDefault="00000000" w:rsidP="000C5BCD">
            <w:pPr>
              <w:spacing w:line="276" w:lineRule="auto"/>
              <w:rPr>
                <w:rFonts w:cs="Noto Sans"/>
              </w:rPr>
            </w:pPr>
            <w:r w:rsidRPr="00505B42">
              <w:rPr>
                <w:rFonts w:cs="Noto Sans"/>
              </w:rPr>
              <w:t>Sequence</w:t>
            </w:r>
          </w:p>
        </w:tc>
        <w:tc>
          <w:tcPr>
            <w:tcW w:w="7171" w:type="dxa"/>
          </w:tcPr>
          <w:p w14:paraId="7A65439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list of numbers in which the order matters.</w:t>
            </w:r>
          </w:p>
        </w:tc>
      </w:tr>
      <w:tr w:rsidR="007E21A4" w:rsidRPr="00505B42" w14:paraId="1F08CC9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3B51020" w14:textId="77777777" w:rsidR="007E21A4" w:rsidRPr="00505B42" w:rsidRDefault="00000000" w:rsidP="000C5BCD">
            <w:pPr>
              <w:spacing w:line="276" w:lineRule="auto"/>
              <w:rPr>
                <w:rFonts w:cs="Noto Sans"/>
              </w:rPr>
            </w:pPr>
            <w:r w:rsidRPr="00505B42">
              <w:rPr>
                <w:rFonts w:cs="Noto Sans"/>
              </w:rPr>
              <w:lastRenderedPageBreak/>
              <w:t>Secuencia</w:t>
            </w:r>
          </w:p>
        </w:tc>
        <w:tc>
          <w:tcPr>
            <w:tcW w:w="7171" w:type="dxa"/>
          </w:tcPr>
          <w:p w14:paraId="24384DAE"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lista de números en los que el orden importa.</w:t>
            </w:r>
          </w:p>
        </w:tc>
      </w:tr>
    </w:tbl>
    <w:p w14:paraId="2F9CFE5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5"/>
        <w:gridCol w:w="6731"/>
      </w:tblGrid>
      <w:tr w:rsidR="007E21A4" w:rsidRPr="00505B42" w14:paraId="3DA950D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4D72342" w14:textId="77777777" w:rsidR="007E21A4" w:rsidRPr="00505B42" w:rsidRDefault="00000000" w:rsidP="000C5BCD">
            <w:pPr>
              <w:keepNext/>
              <w:spacing w:line="276" w:lineRule="auto"/>
              <w:rPr>
                <w:rFonts w:cs="Noto Sans"/>
              </w:rPr>
            </w:pPr>
            <w:r w:rsidRPr="00505B42">
              <w:rPr>
                <w:rFonts w:cs="Noto Sans"/>
              </w:rPr>
              <w:t>Simplified expression</w:t>
            </w:r>
          </w:p>
        </w:tc>
        <w:tc>
          <w:tcPr>
            <w:tcW w:w="7171" w:type="dxa"/>
          </w:tcPr>
          <w:p w14:paraId="3C705CEA"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mathematical statement where all operations that can be computed have been completed.</w:t>
            </w:r>
          </w:p>
        </w:tc>
      </w:tr>
      <w:tr w:rsidR="007E21A4" w:rsidRPr="00505B42" w14:paraId="0F57659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38F9EDA" w14:textId="77777777" w:rsidR="007E21A4" w:rsidRPr="00754567" w:rsidRDefault="00000000" w:rsidP="000C5BCD">
            <w:pPr>
              <w:keepNext/>
              <w:spacing w:line="276" w:lineRule="auto"/>
              <w:rPr>
                <w:rFonts w:cs="Noto Sans"/>
                <w:lang w:val="es-ES"/>
              </w:rPr>
            </w:pPr>
            <w:r w:rsidRPr="00754567">
              <w:rPr>
                <w:rFonts w:cs="Noto Sans"/>
                <w:lang w:val="es-ES"/>
              </w:rPr>
              <w:t>Expresión simplificada</w:t>
            </w:r>
          </w:p>
        </w:tc>
        <w:tc>
          <w:tcPr>
            <w:tcW w:w="7171" w:type="dxa"/>
          </w:tcPr>
          <w:p w14:paraId="57CDDB00" w14:textId="77777777" w:rsidR="007E21A4" w:rsidRPr="00754567"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 xml:space="preserve">Una expresión matemática donde todas las operaciones que se pueden calcular han sido calculadas. </w:t>
            </w:r>
          </w:p>
        </w:tc>
      </w:tr>
    </w:tbl>
    <w:p w14:paraId="26E2375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7"/>
        <w:gridCol w:w="6749"/>
      </w:tblGrid>
      <w:tr w:rsidR="007E21A4" w:rsidRPr="00505B42" w14:paraId="633B3A5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F71CF62" w14:textId="77777777" w:rsidR="007E21A4" w:rsidRPr="00505B42" w:rsidRDefault="00000000" w:rsidP="000C5BCD">
            <w:pPr>
              <w:spacing w:line="276" w:lineRule="auto"/>
              <w:rPr>
                <w:rFonts w:cs="Noto Sans"/>
              </w:rPr>
            </w:pPr>
            <w:r w:rsidRPr="00505B42">
              <w:rPr>
                <w:rFonts w:cs="Noto Sans"/>
              </w:rPr>
              <w:t>Slope</w:t>
            </w:r>
          </w:p>
        </w:tc>
        <w:tc>
          <w:tcPr>
            <w:tcW w:w="7171" w:type="dxa"/>
          </w:tcPr>
          <w:p w14:paraId="5C2DC71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change in two dependent values of a linear function divided by the change in the corresponding two independent values. This can be thought of rise over run, the rate of change in </w:t>
            </w:r>
            <m:oMath>
              <m:r>
                <w:rPr>
                  <w:rFonts w:ascii="Cambria Math" w:hAnsi="Cambria Math" w:cs="Noto Sans"/>
                </w:rPr>
                <m:t>y</m:t>
              </m:r>
            </m:oMath>
            <w:r w:rsidRPr="00505B42">
              <w:rPr>
                <w:rFonts w:cs="Noto Sans"/>
              </w:rPr>
              <w:t xml:space="preserve"> over the change in </w:t>
            </w:r>
            <m:oMath>
              <m:r>
                <w:rPr>
                  <w:rFonts w:ascii="Cambria Math" w:hAnsi="Cambria Math" w:cs="Noto Sans"/>
                </w:rPr>
                <m:t>x</m:t>
              </m:r>
            </m:oMath>
            <w:r w:rsidRPr="00505B42">
              <w:rPr>
                <w:rFonts w:cs="Noto Sans"/>
              </w:rPr>
              <w:t>, or steepness of a line.</w:t>
            </w:r>
          </w:p>
        </w:tc>
      </w:tr>
      <w:tr w:rsidR="007E21A4" w:rsidRPr="00505B42" w14:paraId="5454145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23AAB11" w14:textId="77777777" w:rsidR="007E21A4" w:rsidRPr="00754567" w:rsidRDefault="00000000" w:rsidP="000C5BCD">
            <w:pPr>
              <w:spacing w:line="276" w:lineRule="auto"/>
              <w:rPr>
                <w:rFonts w:cs="Noto Sans"/>
                <w:lang w:val="es-ES"/>
              </w:rPr>
            </w:pPr>
            <w:r w:rsidRPr="00754567">
              <w:rPr>
                <w:rFonts w:cs="Noto Sans"/>
                <w:lang w:val="es-ES"/>
              </w:rPr>
              <w:t>Pendiente</w:t>
            </w:r>
          </w:p>
        </w:tc>
        <w:tc>
          <w:tcPr>
            <w:tcW w:w="7171" w:type="dxa"/>
          </w:tcPr>
          <w:p w14:paraId="4FC1AE99" w14:textId="77777777" w:rsidR="007E21A4" w:rsidRPr="00754567"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 xml:space="preserve">Relación entre el cambio en las coordenadas </w:t>
            </w:r>
            <m:oMath>
              <m:r>
                <w:rPr>
                  <w:rFonts w:ascii="Cambria Math" w:hAnsi="Cambria Math" w:cs="Noto Sans"/>
                  <w:lang w:val="es-ES"/>
                </w:rPr>
                <m:t>y</m:t>
              </m:r>
            </m:oMath>
            <w:r w:rsidRPr="00754567">
              <w:rPr>
                <w:rFonts w:cs="Noto Sans"/>
                <w:lang w:val="es-ES"/>
              </w:rPr>
              <w:t xml:space="preserve"> (elevación) y el cambio correspondiente en las coordenadas </w:t>
            </w:r>
            <m:oMath>
              <m:r>
                <w:rPr>
                  <w:rFonts w:ascii="Cambria Math" w:hAnsi="Cambria Math" w:cs="Noto Sans"/>
                  <w:lang w:val="es-ES"/>
                </w:rPr>
                <m:t>x</m:t>
              </m:r>
            </m:oMath>
            <w:r w:rsidRPr="00754567">
              <w:rPr>
                <w:rFonts w:cs="Noto Sans"/>
                <w:lang w:val="es-ES"/>
              </w:rPr>
              <w:t xml:space="preserve"> (recorrido) al desplazarse desde un punto hasta otro o lo largo de una recta. (cambio vertical/cambio horizontal)</w:t>
            </w:r>
          </w:p>
        </w:tc>
      </w:tr>
    </w:tbl>
    <w:p w14:paraId="389D825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7"/>
        <w:gridCol w:w="6749"/>
      </w:tblGrid>
      <w:tr w:rsidR="007E21A4" w:rsidRPr="00505B42" w14:paraId="339E16C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D9DD538" w14:textId="77777777" w:rsidR="007E21A4" w:rsidRPr="00505B42" w:rsidRDefault="00000000" w:rsidP="000C5BCD">
            <w:pPr>
              <w:spacing w:line="276" w:lineRule="auto"/>
              <w:rPr>
                <w:rFonts w:cs="Noto Sans"/>
              </w:rPr>
            </w:pPr>
            <w:r w:rsidRPr="00505B42">
              <w:rPr>
                <w:rFonts w:cs="Noto Sans"/>
              </w:rPr>
              <w:t xml:space="preserve">Slope formula </w:t>
            </w:r>
          </w:p>
        </w:tc>
        <w:tc>
          <w:tcPr>
            <w:tcW w:w="7171" w:type="dxa"/>
          </w:tcPr>
          <w:p w14:paraId="7B096CC1" w14:textId="77777777" w:rsidR="007E21A4" w:rsidRPr="00505B42" w:rsidRDefault="004409E4"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
              <m:r>
                <w:rPr>
                  <w:rFonts w:ascii="Cambria Math" w:hAnsi="Cambria Math" w:cs="Noto Sans"/>
                </w:rPr>
                <m:t>m=</m:t>
              </m:r>
              <m:f>
                <m:fPr>
                  <m:ctrlPr>
                    <w:rPr>
                      <w:rFonts w:ascii="Cambria Math" w:hAnsi="Cambria Math" w:cs="Noto Sans"/>
                      <w:i/>
                    </w:rPr>
                  </m:ctrlPr>
                </m:fPr>
                <m:num>
                  <m:r>
                    <m:rPr>
                      <m:sty m:val="p"/>
                    </m:rPr>
                    <w:rPr>
                      <w:rFonts w:ascii="Cambria Math" w:hAnsi="Cambria Math" w:cs="Noto Sans"/>
                    </w:rPr>
                    <m:t>Δ</m:t>
                  </m:r>
                  <m:r>
                    <w:rPr>
                      <w:rFonts w:ascii="Cambria Math" w:hAnsi="Cambria Math" w:cs="Noto Sans"/>
                    </w:rPr>
                    <m:t>y</m:t>
                  </m:r>
                </m:num>
                <m:den>
                  <m:r>
                    <m:rPr>
                      <m:sty m:val="p"/>
                    </m:rPr>
                    <w:rPr>
                      <w:rFonts w:ascii="Cambria Math" w:hAnsi="Cambria Math" w:cs="Noto Sans"/>
                    </w:rPr>
                    <m:t>Δ</m:t>
                  </m:r>
                  <m:r>
                    <w:rPr>
                      <w:rFonts w:ascii="Cambria Math" w:hAnsi="Cambria Math" w:cs="Noto Sans"/>
                    </w:rPr>
                    <m:t>x</m:t>
                  </m:r>
                </m:den>
              </m:f>
              <m:r>
                <w:rPr>
                  <w:rFonts w:ascii="Cambria Math" w:hAnsi="Cambria Math" w:cs="Noto Sans"/>
                </w:rPr>
                <m:t>=</m:t>
              </m:r>
              <m:f>
                <m:fPr>
                  <m:ctrlPr>
                    <w:rPr>
                      <w:rFonts w:ascii="Cambria Math" w:hAnsi="Cambria Math" w:cs="Noto Sans"/>
                      <w:i/>
                    </w:rPr>
                  </m:ctrlPr>
                </m:fPr>
                <m:num>
                  <m:sSub>
                    <m:sSubPr>
                      <m:ctrlPr>
                        <w:rPr>
                          <w:rFonts w:ascii="Cambria Math" w:hAnsi="Cambria Math" w:cs="Noto Sans"/>
                          <w:i/>
                        </w:rPr>
                      </m:ctrlPr>
                    </m:sSubPr>
                    <m:e>
                      <m:r>
                        <w:rPr>
                          <w:rFonts w:ascii="Cambria Math" w:hAnsi="Cambria Math" w:cs="Noto Sans"/>
                        </w:rPr>
                        <m:t>y</m:t>
                      </m:r>
                    </m:e>
                    <m:sub>
                      <m:r>
                        <w:rPr>
                          <w:rFonts w:ascii="Cambria Math" w:hAnsi="Cambria Math" w:cs="Noto Sans"/>
                        </w:rPr>
                        <m:t>2</m:t>
                      </m:r>
                    </m:sub>
                  </m:sSub>
                  <m:r>
                    <w:rPr>
                      <w:rFonts w:ascii="Cambria Math" w:hAnsi="Cambria Math" w:cs="Noto Sans"/>
                    </w:rPr>
                    <m:t>-</m:t>
                  </m:r>
                  <m:sSub>
                    <m:sSubPr>
                      <m:ctrlPr>
                        <w:rPr>
                          <w:rFonts w:ascii="Cambria Math" w:hAnsi="Cambria Math" w:cs="Noto Sans"/>
                          <w:i/>
                        </w:rPr>
                      </m:ctrlPr>
                    </m:sSubPr>
                    <m:e>
                      <m:r>
                        <w:rPr>
                          <w:rFonts w:ascii="Cambria Math" w:hAnsi="Cambria Math" w:cs="Noto Sans"/>
                        </w:rPr>
                        <m:t>y</m:t>
                      </m:r>
                    </m:e>
                    <m:sub>
                      <m:r>
                        <w:rPr>
                          <w:rFonts w:ascii="Cambria Math" w:hAnsi="Cambria Math" w:cs="Noto Sans"/>
                        </w:rPr>
                        <m:t>1</m:t>
                      </m:r>
                    </m:sub>
                  </m:sSub>
                </m:num>
                <m:den>
                  <m:sSub>
                    <m:sSubPr>
                      <m:ctrlPr>
                        <w:rPr>
                          <w:rFonts w:ascii="Cambria Math" w:hAnsi="Cambria Math" w:cs="Noto Sans"/>
                          <w:i/>
                        </w:rPr>
                      </m:ctrlPr>
                    </m:sSubPr>
                    <m:e>
                      <m:r>
                        <w:rPr>
                          <w:rFonts w:ascii="Cambria Math" w:hAnsi="Cambria Math" w:cs="Noto Sans"/>
                        </w:rPr>
                        <m:t>x</m:t>
                      </m:r>
                    </m:e>
                    <m:sub>
                      <m:r>
                        <w:rPr>
                          <w:rFonts w:ascii="Cambria Math" w:hAnsi="Cambria Math" w:cs="Noto Sans"/>
                        </w:rPr>
                        <m:t>2</m:t>
                      </m:r>
                    </m:sub>
                  </m:sSub>
                  <m:r>
                    <w:rPr>
                      <w:rFonts w:ascii="Cambria Math" w:hAnsi="Cambria Math" w:cs="Noto Sans"/>
                    </w:rPr>
                    <m:t>-</m:t>
                  </m:r>
                  <m:sSub>
                    <m:sSubPr>
                      <m:ctrlPr>
                        <w:rPr>
                          <w:rFonts w:ascii="Cambria Math" w:hAnsi="Cambria Math" w:cs="Noto Sans"/>
                          <w:i/>
                        </w:rPr>
                      </m:ctrlPr>
                    </m:sSubPr>
                    <m:e>
                      <m:r>
                        <w:rPr>
                          <w:rFonts w:ascii="Cambria Math" w:hAnsi="Cambria Math" w:cs="Noto Sans"/>
                        </w:rPr>
                        <m:t>x</m:t>
                      </m:r>
                    </m:e>
                    <m:sub>
                      <m:r>
                        <w:rPr>
                          <w:rFonts w:ascii="Cambria Math" w:hAnsi="Cambria Math" w:cs="Noto Sans"/>
                        </w:rPr>
                        <m:t>1</m:t>
                      </m:r>
                    </m:sub>
                  </m:sSub>
                </m:den>
              </m:f>
            </m:oMath>
            <w:r w:rsidRPr="00505B42">
              <w:rPr>
                <w:rFonts w:cs="Noto Sans"/>
              </w:rPr>
              <w:t xml:space="preserve"> </w:t>
            </w:r>
            <w:r w:rsidRPr="00505B42">
              <w:rPr>
                <w:rFonts w:cs="Noto Sans"/>
              </w:rPr>
              <w:br/>
              <w:t xml:space="preserve">The relationship between the difference in the </w:t>
            </w:r>
            <m:oMath>
              <m:r>
                <w:rPr>
                  <w:rFonts w:ascii="Cambria Math" w:hAnsi="Cambria Math" w:cs="Noto Sans"/>
                </w:rPr>
                <m:t>y</m:t>
              </m:r>
            </m:oMath>
            <w:r w:rsidRPr="00505B42">
              <w:rPr>
                <w:rFonts w:cs="Noto Sans"/>
              </w:rPr>
              <w:t xml:space="preserve"> coordinates and the corresponding difference in the </w:t>
            </w:r>
            <m:oMath>
              <m:r>
                <w:rPr>
                  <w:rFonts w:ascii="Cambria Math" w:hAnsi="Cambria Math" w:cs="Noto Sans"/>
                </w:rPr>
                <m:t>x</m:t>
              </m:r>
            </m:oMath>
            <w:r w:rsidRPr="00505B42">
              <w:rPr>
                <w:rFonts w:cs="Noto Sans"/>
              </w:rPr>
              <w:t xml:space="preserve"> coordinates for two points.</w:t>
            </w:r>
          </w:p>
        </w:tc>
      </w:tr>
      <w:tr w:rsidR="007E21A4" w:rsidRPr="00505B42" w14:paraId="590B67A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2DCDB6F" w14:textId="77777777" w:rsidR="007E21A4" w:rsidRPr="00505B42" w:rsidRDefault="00000000" w:rsidP="000C5BCD">
            <w:pPr>
              <w:spacing w:line="276" w:lineRule="auto"/>
              <w:rPr>
                <w:rFonts w:cs="Noto Sans"/>
              </w:rPr>
            </w:pPr>
            <w:r w:rsidRPr="00505B42">
              <w:rPr>
                <w:rFonts w:cs="Noto Sans"/>
              </w:rPr>
              <w:t>Fórmula de pendiente</w:t>
            </w:r>
          </w:p>
        </w:tc>
        <w:tc>
          <w:tcPr>
            <w:tcW w:w="7171" w:type="dxa"/>
          </w:tcPr>
          <w:p w14:paraId="7DDB16EC" w14:textId="77777777" w:rsidR="007E21A4" w:rsidRPr="00505B42" w:rsidRDefault="004409E4"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m:oMathPara>
              <m:oMathParaPr>
                <m:jc m:val="left"/>
              </m:oMathParaPr>
              <m:oMath>
                <m:r>
                  <w:rPr>
                    <w:rFonts w:ascii="Cambria Math" w:hAnsi="Cambria Math" w:cs="Noto Sans"/>
                  </w:rPr>
                  <m:t>m=</m:t>
                </m:r>
                <m:f>
                  <m:fPr>
                    <m:ctrlPr>
                      <w:rPr>
                        <w:rFonts w:ascii="Cambria Math" w:hAnsi="Cambria Math" w:cs="Noto Sans"/>
                        <w:i/>
                      </w:rPr>
                    </m:ctrlPr>
                  </m:fPr>
                  <m:num>
                    <m:r>
                      <m:rPr>
                        <m:sty m:val="p"/>
                      </m:rPr>
                      <w:rPr>
                        <w:rFonts w:ascii="Cambria Math" w:hAnsi="Cambria Math" w:cs="Noto Sans"/>
                      </w:rPr>
                      <m:t>Δ</m:t>
                    </m:r>
                    <m:r>
                      <w:rPr>
                        <w:rFonts w:ascii="Cambria Math" w:hAnsi="Cambria Math" w:cs="Noto Sans"/>
                      </w:rPr>
                      <m:t>y</m:t>
                    </m:r>
                  </m:num>
                  <m:den>
                    <m:r>
                      <m:rPr>
                        <m:sty m:val="p"/>
                      </m:rPr>
                      <w:rPr>
                        <w:rFonts w:ascii="Cambria Math" w:hAnsi="Cambria Math" w:cs="Noto Sans"/>
                      </w:rPr>
                      <m:t>Δ</m:t>
                    </m:r>
                    <m:r>
                      <w:rPr>
                        <w:rFonts w:ascii="Cambria Math" w:hAnsi="Cambria Math" w:cs="Noto Sans"/>
                      </w:rPr>
                      <m:t>x</m:t>
                    </m:r>
                  </m:den>
                </m:f>
                <m:r>
                  <w:rPr>
                    <w:rFonts w:ascii="Cambria Math" w:hAnsi="Cambria Math" w:cs="Noto Sans"/>
                  </w:rPr>
                  <m:t>=</m:t>
                </m:r>
                <m:f>
                  <m:fPr>
                    <m:ctrlPr>
                      <w:rPr>
                        <w:rFonts w:ascii="Cambria Math" w:hAnsi="Cambria Math" w:cs="Noto Sans"/>
                        <w:i/>
                      </w:rPr>
                    </m:ctrlPr>
                  </m:fPr>
                  <m:num>
                    <m:sSub>
                      <m:sSubPr>
                        <m:ctrlPr>
                          <w:rPr>
                            <w:rFonts w:ascii="Cambria Math" w:hAnsi="Cambria Math" w:cs="Noto Sans"/>
                            <w:i/>
                          </w:rPr>
                        </m:ctrlPr>
                      </m:sSubPr>
                      <m:e>
                        <m:r>
                          <w:rPr>
                            <w:rFonts w:ascii="Cambria Math" w:hAnsi="Cambria Math" w:cs="Noto Sans"/>
                          </w:rPr>
                          <m:t>y</m:t>
                        </m:r>
                      </m:e>
                      <m:sub>
                        <m:r>
                          <w:rPr>
                            <w:rFonts w:ascii="Cambria Math" w:hAnsi="Cambria Math" w:cs="Noto Sans"/>
                          </w:rPr>
                          <m:t>2</m:t>
                        </m:r>
                      </m:sub>
                    </m:sSub>
                    <m:r>
                      <w:rPr>
                        <w:rFonts w:ascii="Cambria Math" w:hAnsi="Cambria Math" w:cs="Noto Sans"/>
                      </w:rPr>
                      <m:t>-</m:t>
                    </m:r>
                    <m:sSub>
                      <m:sSubPr>
                        <m:ctrlPr>
                          <w:rPr>
                            <w:rFonts w:ascii="Cambria Math" w:hAnsi="Cambria Math" w:cs="Noto Sans"/>
                            <w:i/>
                          </w:rPr>
                        </m:ctrlPr>
                      </m:sSubPr>
                      <m:e>
                        <m:r>
                          <w:rPr>
                            <w:rFonts w:ascii="Cambria Math" w:hAnsi="Cambria Math" w:cs="Noto Sans"/>
                          </w:rPr>
                          <m:t>y</m:t>
                        </m:r>
                      </m:e>
                      <m:sub>
                        <m:r>
                          <w:rPr>
                            <w:rFonts w:ascii="Cambria Math" w:hAnsi="Cambria Math" w:cs="Noto Sans"/>
                          </w:rPr>
                          <m:t>1</m:t>
                        </m:r>
                      </m:sub>
                    </m:sSub>
                  </m:num>
                  <m:den>
                    <m:sSub>
                      <m:sSubPr>
                        <m:ctrlPr>
                          <w:rPr>
                            <w:rFonts w:ascii="Cambria Math" w:hAnsi="Cambria Math" w:cs="Noto Sans"/>
                            <w:i/>
                          </w:rPr>
                        </m:ctrlPr>
                      </m:sSubPr>
                      <m:e>
                        <m:r>
                          <w:rPr>
                            <w:rFonts w:ascii="Cambria Math" w:hAnsi="Cambria Math" w:cs="Noto Sans"/>
                          </w:rPr>
                          <m:t>x</m:t>
                        </m:r>
                      </m:e>
                      <m:sub>
                        <m:r>
                          <w:rPr>
                            <w:rFonts w:ascii="Cambria Math" w:hAnsi="Cambria Math" w:cs="Noto Sans"/>
                          </w:rPr>
                          <m:t>2</m:t>
                        </m:r>
                      </m:sub>
                    </m:sSub>
                    <m:r>
                      <w:rPr>
                        <w:rFonts w:ascii="Cambria Math" w:hAnsi="Cambria Math" w:cs="Noto Sans"/>
                      </w:rPr>
                      <m:t>-</m:t>
                    </m:r>
                    <m:sSub>
                      <m:sSubPr>
                        <m:ctrlPr>
                          <w:rPr>
                            <w:rFonts w:ascii="Cambria Math" w:hAnsi="Cambria Math" w:cs="Noto Sans"/>
                            <w:i/>
                          </w:rPr>
                        </m:ctrlPr>
                      </m:sSubPr>
                      <m:e>
                        <m:r>
                          <w:rPr>
                            <w:rFonts w:ascii="Cambria Math" w:hAnsi="Cambria Math" w:cs="Noto Sans"/>
                          </w:rPr>
                          <m:t>x</m:t>
                        </m:r>
                      </m:e>
                      <m:sub>
                        <m:r>
                          <w:rPr>
                            <w:rFonts w:ascii="Cambria Math" w:hAnsi="Cambria Math" w:cs="Noto Sans"/>
                          </w:rPr>
                          <m:t>1</m:t>
                        </m:r>
                      </m:sub>
                    </m:sSub>
                  </m:den>
                </m:f>
                <m:r>
                  <m:rPr>
                    <m:sty m:val="p"/>
                  </m:rPr>
                  <w:rPr>
                    <w:rFonts w:cs="Noto Sans"/>
                  </w:rPr>
                  <w:br/>
                </m:r>
              </m:oMath>
            </m:oMathPara>
            <w:r w:rsidRPr="00505B42">
              <w:rPr>
                <w:rFonts w:cs="Noto Sans"/>
              </w:rPr>
              <w:t xml:space="preserve">La relación entre la diferencia en las coordenadas </w:t>
            </w:r>
            <m:oMath>
              <m:r>
                <w:rPr>
                  <w:rFonts w:ascii="Cambria Math" w:hAnsi="Cambria Math" w:cs="Noto Sans"/>
                </w:rPr>
                <m:t>y</m:t>
              </m:r>
            </m:oMath>
            <w:r w:rsidRPr="00505B42">
              <w:rPr>
                <w:rFonts w:cs="Noto Sans"/>
              </w:rPr>
              <w:t xml:space="preserve"> y la diferencia correspondiente en las coordenadas </w:t>
            </w:r>
            <m:oMath>
              <m:r>
                <w:rPr>
                  <w:rFonts w:ascii="Cambria Math" w:hAnsi="Cambria Math" w:cs="Noto Sans"/>
                </w:rPr>
                <m:t>x</m:t>
              </m:r>
            </m:oMath>
            <w:r w:rsidRPr="00505B42">
              <w:rPr>
                <w:rFonts w:cs="Noto Sans"/>
              </w:rPr>
              <w:t xml:space="preserve"> para dos puntos.</w:t>
            </w:r>
          </w:p>
        </w:tc>
      </w:tr>
    </w:tbl>
    <w:p w14:paraId="259343C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7"/>
        <w:gridCol w:w="6729"/>
      </w:tblGrid>
      <w:tr w:rsidR="007E21A4" w:rsidRPr="00505B42" w14:paraId="67E77B6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D9B5321" w14:textId="77777777" w:rsidR="007E21A4" w:rsidRPr="00505B42" w:rsidRDefault="00000000" w:rsidP="000C5BCD">
            <w:pPr>
              <w:keepNext/>
              <w:spacing w:line="276" w:lineRule="auto"/>
              <w:rPr>
                <w:rFonts w:cs="Noto Sans"/>
              </w:rPr>
            </w:pPr>
            <w:r w:rsidRPr="00505B42">
              <w:rPr>
                <w:rFonts w:cs="Noto Sans"/>
              </w:rPr>
              <w:lastRenderedPageBreak/>
              <w:t>Slope-intercept form of a linear equation</w:t>
            </w:r>
          </w:p>
        </w:tc>
        <w:tc>
          <w:tcPr>
            <w:tcW w:w="7171" w:type="dxa"/>
          </w:tcPr>
          <w:p w14:paraId="6AD0D0CF" w14:textId="77777777" w:rsidR="007E21A4" w:rsidRPr="00505B42" w:rsidRDefault="004409E4"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
              <m:r>
                <w:rPr>
                  <w:rFonts w:ascii="Cambria Math" w:hAnsi="Cambria Math" w:cs="Noto Sans"/>
                </w:rPr>
                <m:t>y=mx+b</m:t>
              </m:r>
            </m:oMath>
            <w:r w:rsidRPr="00505B42">
              <w:rPr>
                <w:rFonts w:cs="Noto Sans"/>
              </w:rPr>
              <w:t xml:space="preserve"> where </w:t>
            </w:r>
            <m:oMath>
              <m:r>
                <w:rPr>
                  <w:rFonts w:ascii="Cambria Math" w:hAnsi="Cambria Math" w:cs="Noto Sans"/>
                </w:rPr>
                <m:t>m</m:t>
              </m:r>
            </m:oMath>
            <w:r w:rsidRPr="00505B42">
              <w:rPr>
                <w:rFonts w:cs="Noto Sans"/>
              </w:rPr>
              <w:t xml:space="preserve"> is the slope of the line and </w:t>
            </w:r>
            <m:oMath>
              <m:r>
                <w:rPr>
                  <w:rFonts w:ascii="Cambria Math" w:hAnsi="Cambria Math" w:cs="Noto Sans"/>
                </w:rPr>
                <m:t>b</m:t>
              </m:r>
            </m:oMath>
            <w:r w:rsidRPr="00505B42">
              <w:rPr>
                <w:rFonts w:cs="Noto Sans"/>
              </w:rPr>
              <w:t xml:space="preserve"> is the </w:t>
            </w:r>
            <m:oMath>
              <m:r>
                <w:rPr>
                  <w:rFonts w:ascii="Cambria Math" w:hAnsi="Cambria Math" w:cs="Noto Sans"/>
                </w:rPr>
                <m:t>y</m:t>
              </m:r>
            </m:oMath>
            <w:r w:rsidRPr="00505B42">
              <w:rPr>
                <w:rFonts w:cs="Noto Sans"/>
              </w:rPr>
              <w:t>-intercept.</w:t>
            </w:r>
          </w:p>
        </w:tc>
      </w:tr>
      <w:tr w:rsidR="007E21A4" w:rsidRPr="00505B42" w14:paraId="49DFE84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675EEF7" w14:textId="77777777" w:rsidR="007E21A4" w:rsidRPr="00754567" w:rsidRDefault="00000000" w:rsidP="000C5BCD">
            <w:pPr>
              <w:keepNext/>
              <w:spacing w:line="276" w:lineRule="auto"/>
              <w:rPr>
                <w:rFonts w:cs="Noto Sans"/>
                <w:lang w:val="es-ES"/>
              </w:rPr>
            </w:pPr>
            <w:r w:rsidRPr="00754567">
              <w:rPr>
                <w:rFonts w:cs="Noto Sans"/>
                <w:lang w:val="es-ES"/>
              </w:rPr>
              <w:t>Forma pendiente-intersección de una ecuación lineal</w:t>
            </w:r>
          </w:p>
        </w:tc>
        <w:tc>
          <w:tcPr>
            <w:tcW w:w="7171" w:type="dxa"/>
          </w:tcPr>
          <w:p w14:paraId="655D5DAF" w14:textId="77777777" w:rsidR="007E21A4" w:rsidRPr="00754567"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Ecuación de la forma</w:t>
            </w:r>
            <w:r w:rsidR="004409E4" w:rsidRPr="00754567">
              <w:rPr>
                <w:rFonts w:ascii="Cambria Math" w:hAnsi="Cambria Math" w:cs="Noto Sans"/>
                <w:i/>
                <w:lang w:val="es-ES"/>
              </w:rPr>
              <w:t xml:space="preserve"> </w:t>
            </w:r>
            <m:oMath>
              <m:r>
                <w:rPr>
                  <w:rFonts w:ascii="Cambria Math" w:hAnsi="Cambria Math" w:cs="Noto Sans"/>
                  <w:lang w:val="es-ES"/>
                </w:rPr>
                <m:t>y=mx+b</m:t>
              </m:r>
            </m:oMath>
            <w:r w:rsidRPr="00754567">
              <w:rPr>
                <w:rFonts w:cs="Noto Sans"/>
                <w:lang w:val="es-ES"/>
              </w:rPr>
              <w:t xml:space="preserve">, donde </w:t>
            </w:r>
            <m:oMath>
              <m:r>
                <w:rPr>
                  <w:rFonts w:ascii="Cambria Math" w:hAnsi="Cambria Math" w:cs="Noto Sans"/>
                  <w:lang w:val="es-ES"/>
                </w:rPr>
                <m:t>m</m:t>
              </m:r>
            </m:oMath>
            <w:r w:rsidRPr="00754567">
              <w:rPr>
                <w:rFonts w:cs="Noto Sans"/>
                <w:lang w:val="es-ES"/>
              </w:rPr>
              <w:t xml:space="preserve"> es la pendiente y </w:t>
            </w:r>
            <m:oMath>
              <m:r>
                <w:rPr>
                  <w:rFonts w:ascii="Cambria Math" w:hAnsi="Cambria Math" w:cs="Noto Sans"/>
                  <w:lang w:val="es-ES"/>
                </w:rPr>
                <m:t>b</m:t>
              </m:r>
            </m:oMath>
            <w:r w:rsidRPr="00754567">
              <w:rPr>
                <w:rFonts w:cs="Noto Sans"/>
                <w:lang w:val="es-ES"/>
              </w:rPr>
              <w:t xml:space="preserve"> es la intersección con el eje “</w:t>
            </w:r>
            <m:oMath>
              <m:r>
                <w:rPr>
                  <w:rFonts w:ascii="Cambria Math" w:hAnsi="Cambria Math" w:cs="Noto Sans"/>
                  <w:lang w:val="es-ES"/>
                </w:rPr>
                <m:t>y</m:t>
              </m:r>
            </m:oMath>
            <w:r w:rsidRPr="00754567">
              <w:rPr>
                <w:rFonts w:cs="Noto Sans"/>
                <w:lang w:val="es-ES"/>
              </w:rPr>
              <w:t>.”</w:t>
            </w:r>
          </w:p>
        </w:tc>
      </w:tr>
    </w:tbl>
    <w:p w14:paraId="2DDDCBB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0"/>
        <w:gridCol w:w="6756"/>
      </w:tblGrid>
      <w:tr w:rsidR="007E21A4" w:rsidRPr="00505B42" w14:paraId="4B4AD38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DE38D4" w14:textId="77777777" w:rsidR="007E21A4" w:rsidRPr="00505B42" w:rsidRDefault="00000000" w:rsidP="000C5BCD">
            <w:pPr>
              <w:spacing w:line="276" w:lineRule="auto"/>
              <w:rPr>
                <w:rFonts w:cs="Noto Sans"/>
              </w:rPr>
            </w:pPr>
            <w:r w:rsidRPr="00505B42">
              <w:rPr>
                <w:rFonts w:cs="Noto Sans"/>
              </w:rPr>
              <w:t>Solution</w:t>
            </w:r>
          </w:p>
        </w:tc>
        <w:tc>
          <w:tcPr>
            <w:tcW w:w="7171" w:type="dxa"/>
          </w:tcPr>
          <w:p w14:paraId="5836D9B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Value(s) of a variable that makes a true statement when substituted into the equation.</w:t>
            </w:r>
          </w:p>
        </w:tc>
      </w:tr>
      <w:tr w:rsidR="007E21A4" w:rsidRPr="00505B42" w14:paraId="00FEB1F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A2265C" w14:textId="77777777" w:rsidR="007E21A4" w:rsidRPr="00505B42" w:rsidRDefault="00000000" w:rsidP="000C5BCD">
            <w:pPr>
              <w:spacing w:line="276" w:lineRule="auto"/>
              <w:rPr>
                <w:rFonts w:cs="Noto Sans"/>
              </w:rPr>
            </w:pPr>
            <w:r w:rsidRPr="00505B42">
              <w:rPr>
                <w:rFonts w:cs="Noto Sans"/>
              </w:rPr>
              <w:t>Solución</w:t>
            </w:r>
          </w:p>
        </w:tc>
        <w:tc>
          <w:tcPr>
            <w:tcW w:w="7171" w:type="dxa"/>
          </w:tcPr>
          <w:p w14:paraId="37A6470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Valor de reemplazo de la variable en un enunciado abierto. Valor de la variable que hace que una ecuación sea verdadera.</w:t>
            </w:r>
          </w:p>
        </w:tc>
      </w:tr>
    </w:tbl>
    <w:p w14:paraId="45FDA725"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7E21A4" w:rsidRPr="00505B42" w14:paraId="1C96690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F02178D" w14:textId="77777777" w:rsidR="007E21A4" w:rsidRPr="00505B42" w:rsidRDefault="00000000" w:rsidP="000C5BCD">
            <w:pPr>
              <w:spacing w:line="276" w:lineRule="auto"/>
              <w:rPr>
                <w:rFonts w:cs="Noto Sans"/>
              </w:rPr>
            </w:pPr>
            <w:r w:rsidRPr="00505B42">
              <w:rPr>
                <w:rFonts w:cs="Noto Sans"/>
              </w:rPr>
              <w:t>Solution set</w:t>
            </w:r>
          </w:p>
        </w:tc>
        <w:tc>
          <w:tcPr>
            <w:tcW w:w="7171" w:type="dxa"/>
          </w:tcPr>
          <w:p w14:paraId="7E4E4AB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set of all solution to an equation or inequality.</w:t>
            </w:r>
          </w:p>
        </w:tc>
      </w:tr>
      <w:tr w:rsidR="007E21A4" w:rsidRPr="00505B42" w14:paraId="125062F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1477A05" w14:textId="77777777" w:rsidR="007E21A4" w:rsidRPr="00505B42" w:rsidRDefault="00000000" w:rsidP="000C5BCD">
            <w:pPr>
              <w:spacing w:line="276" w:lineRule="auto"/>
              <w:rPr>
                <w:rFonts w:cs="Noto Sans"/>
              </w:rPr>
            </w:pPr>
            <w:r w:rsidRPr="00505B42">
              <w:rPr>
                <w:rFonts w:cs="Noto Sans"/>
              </w:rPr>
              <w:t>Conjunto de soluciones</w:t>
            </w:r>
          </w:p>
        </w:tc>
        <w:tc>
          <w:tcPr>
            <w:tcW w:w="7171" w:type="dxa"/>
          </w:tcPr>
          <w:p w14:paraId="3E20FB2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El conjunto de todas las soluciones de una ecuación o desigualdad.</w:t>
            </w:r>
          </w:p>
        </w:tc>
      </w:tr>
    </w:tbl>
    <w:p w14:paraId="30F03B2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6"/>
        <w:gridCol w:w="6730"/>
      </w:tblGrid>
      <w:tr w:rsidR="007E21A4" w:rsidRPr="00505B42" w14:paraId="6DC5992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19EFDC" w14:textId="77777777" w:rsidR="007E21A4" w:rsidRPr="00505B42" w:rsidRDefault="00000000" w:rsidP="000C5BCD">
            <w:pPr>
              <w:spacing w:line="276" w:lineRule="auto"/>
              <w:rPr>
                <w:rFonts w:cs="Noto Sans"/>
              </w:rPr>
            </w:pPr>
            <w:r w:rsidRPr="00505B42">
              <w:rPr>
                <w:rFonts w:cs="Noto Sans"/>
              </w:rPr>
              <w:t>Solution to a linear inequality (in one variable)</w:t>
            </w:r>
          </w:p>
        </w:tc>
        <w:tc>
          <w:tcPr>
            <w:tcW w:w="7171" w:type="dxa"/>
          </w:tcPr>
          <w:p w14:paraId="7D13703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value(s) that makes an inequality true when they are substituted for the variable.</w:t>
            </w:r>
          </w:p>
        </w:tc>
      </w:tr>
      <w:tr w:rsidR="007E21A4" w:rsidRPr="00505B42" w14:paraId="2E63D2F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091EBB3" w14:textId="77777777" w:rsidR="007E21A4" w:rsidRPr="00505B42" w:rsidRDefault="00000000" w:rsidP="000C5BCD">
            <w:pPr>
              <w:spacing w:line="276" w:lineRule="auto"/>
              <w:rPr>
                <w:rFonts w:cs="Noto Sans"/>
              </w:rPr>
            </w:pPr>
            <w:r w:rsidRPr="00505B42">
              <w:rPr>
                <w:rFonts w:cs="Noto Sans"/>
              </w:rPr>
              <w:t>Solución a una desigualdad lineal (en una variable)</w:t>
            </w:r>
          </w:p>
        </w:tc>
        <w:tc>
          <w:tcPr>
            <w:tcW w:w="7171" w:type="dxa"/>
          </w:tcPr>
          <w:p w14:paraId="090C0D3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Los valores que hacen que una desigualdad sea verdadera cuando se sustituye por la variable.</w:t>
            </w:r>
          </w:p>
        </w:tc>
      </w:tr>
    </w:tbl>
    <w:p w14:paraId="46A23636"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1C4EADD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8068A96" w14:textId="77777777" w:rsidR="007E21A4" w:rsidRPr="00505B42" w:rsidRDefault="00000000" w:rsidP="000C5BCD">
            <w:pPr>
              <w:keepNext/>
              <w:spacing w:line="276" w:lineRule="auto"/>
              <w:rPr>
                <w:rFonts w:cs="Noto Sans"/>
              </w:rPr>
            </w:pPr>
            <w:r w:rsidRPr="00505B42">
              <w:rPr>
                <w:rFonts w:cs="Noto Sans"/>
              </w:rPr>
              <w:lastRenderedPageBreak/>
              <w:t>Solution to a system of equations</w:t>
            </w:r>
          </w:p>
        </w:tc>
        <w:tc>
          <w:tcPr>
            <w:tcW w:w="7171" w:type="dxa"/>
          </w:tcPr>
          <w:p w14:paraId="0DFF7596"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coordinate pair that makes all equations in the system true. On the graph, it is the point where the equations intersect.</w:t>
            </w:r>
          </w:p>
        </w:tc>
      </w:tr>
      <w:tr w:rsidR="007E21A4" w:rsidRPr="00505B42" w14:paraId="0157B36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17013B5" w14:textId="77777777" w:rsidR="007E21A4" w:rsidRPr="00505B42" w:rsidRDefault="00000000" w:rsidP="000C5BCD">
            <w:pPr>
              <w:keepNext/>
              <w:spacing w:line="276" w:lineRule="auto"/>
              <w:rPr>
                <w:rFonts w:cs="Noto Sans"/>
              </w:rPr>
            </w:pPr>
            <w:r w:rsidRPr="00505B42">
              <w:rPr>
                <w:rFonts w:cs="Noto Sans"/>
              </w:rPr>
              <w:t>Solución a un sistema de ecuaciones</w:t>
            </w:r>
          </w:p>
        </w:tc>
        <w:tc>
          <w:tcPr>
            <w:tcW w:w="7171" w:type="dxa"/>
          </w:tcPr>
          <w:p w14:paraId="13B0D13C"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par de coordenadas que hace que ambas ecuaciones del sistema sean verdaderas. En la gráfica, es el punto donde se cruzan las gráficas.</w:t>
            </w:r>
          </w:p>
        </w:tc>
      </w:tr>
    </w:tbl>
    <w:p w14:paraId="1C8A50A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44312A0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1442502" w14:textId="77777777" w:rsidR="007E21A4" w:rsidRPr="00505B42" w:rsidRDefault="00000000" w:rsidP="000C5BCD">
            <w:pPr>
              <w:spacing w:line="276" w:lineRule="auto"/>
              <w:rPr>
                <w:rFonts w:cs="Noto Sans"/>
              </w:rPr>
            </w:pPr>
            <w:r w:rsidRPr="00505B42">
              <w:rPr>
                <w:rFonts w:cs="Noto Sans"/>
              </w:rPr>
              <w:t>Solutions to a system of inequalities</w:t>
            </w:r>
          </w:p>
        </w:tc>
        <w:tc>
          <w:tcPr>
            <w:tcW w:w="7171" w:type="dxa"/>
          </w:tcPr>
          <w:p w14:paraId="2E4C67A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All pairs of values that make the inequalities in a system true. It can be represented by the points in the region where the graphs of the two inequalities overlap.</w:t>
            </w:r>
          </w:p>
        </w:tc>
      </w:tr>
      <w:tr w:rsidR="007E21A4" w:rsidRPr="00505B42" w14:paraId="20E5E0D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D272125" w14:textId="77777777" w:rsidR="007E21A4" w:rsidRPr="00505B42" w:rsidRDefault="00000000" w:rsidP="000C5BCD">
            <w:pPr>
              <w:spacing w:line="276" w:lineRule="auto"/>
              <w:rPr>
                <w:rFonts w:cs="Noto Sans"/>
              </w:rPr>
            </w:pPr>
            <w:r w:rsidRPr="00505B42">
              <w:rPr>
                <w:rFonts w:cs="Noto Sans"/>
              </w:rPr>
              <w:t>Solución a un sistema de inecuaciones</w:t>
            </w:r>
          </w:p>
        </w:tc>
        <w:tc>
          <w:tcPr>
            <w:tcW w:w="7171" w:type="dxa"/>
          </w:tcPr>
          <w:p w14:paraId="512F5BE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Todos los pares de valores que hacen verdaderas las desigualdades en un sistema. Puede representarse por los puntos de la región donde se superponen las gráficas de las dos desigualdades.</w:t>
            </w:r>
          </w:p>
        </w:tc>
      </w:tr>
    </w:tbl>
    <w:p w14:paraId="2DEEB6B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9"/>
        <w:gridCol w:w="6747"/>
      </w:tblGrid>
      <w:tr w:rsidR="007E21A4" w:rsidRPr="00505B42" w14:paraId="5D629A9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9E3C5C6" w14:textId="77777777" w:rsidR="007E21A4" w:rsidRPr="00505B42" w:rsidRDefault="00000000" w:rsidP="000C5BCD">
            <w:pPr>
              <w:spacing w:line="276" w:lineRule="auto"/>
              <w:rPr>
                <w:rFonts w:cs="Noto Sans"/>
              </w:rPr>
            </w:pPr>
            <w:r w:rsidRPr="00505B42">
              <w:rPr>
                <w:rFonts w:cs="Noto Sans"/>
              </w:rPr>
              <w:t>Square root</w:t>
            </w:r>
          </w:p>
        </w:tc>
        <w:tc>
          <w:tcPr>
            <w:tcW w:w="7171" w:type="dxa"/>
          </w:tcPr>
          <w:p w14:paraId="7227011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If </w:t>
            </w:r>
            <m:oMath>
              <m:r>
                <w:rPr>
                  <w:rFonts w:ascii="Cambria Math" w:hAnsi="Cambria Math" w:cs="Noto Sans"/>
                </w:rPr>
                <m:t>n²=m</m:t>
              </m:r>
            </m:oMath>
            <w:r w:rsidRPr="00505B42">
              <w:rPr>
                <w:rFonts w:cs="Noto Sans"/>
              </w:rPr>
              <w:t xml:space="preserve"> then this value equals </w:t>
            </w:r>
            <m:oMath>
              <m:r>
                <w:rPr>
                  <w:rFonts w:ascii="Cambria Math" w:hAnsi="Cambria Math" w:cs="Noto Sans"/>
                </w:rPr>
                <m:t>n</m:t>
              </m:r>
            </m:oMath>
            <w:r w:rsidRPr="00505B42">
              <w:rPr>
                <w:rFonts w:cs="Noto Sans"/>
              </w:rPr>
              <w:t>.</w:t>
            </w:r>
          </w:p>
        </w:tc>
      </w:tr>
      <w:tr w:rsidR="007E21A4" w:rsidRPr="00505B42" w14:paraId="323A70C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D25439" w14:textId="77777777" w:rsidR="007E21A4" w:rsidRPr="00505B42" w:rsidRDefault="00000000" w:rsidP="000C5BCD">
            <w:pPr>
              <w:spacing w:line="276" w:lineRule="auto"/>
              <w:rPr>
                <w:rFonts w:cs="Noto Sans"/>
              </w:rPr>
            </w:pPr>
            <w:r w:rsidRPr="00505B42">
              <w:rPr>
                <w:rFonts w:cs="Noto Sans"/>
              </w:rPr>
              <w:t>Raíz cuadrada</w:t>
            </w:r>
          </w:p>
        </w:tc>
        <w:tc>
          <w:tcPr>
            <w:tcW w:w="7171" w:type="dxa"/>
          </w:tcPr>
          <w:p w14:paraId="61F5EAB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Si </w:t>
            </w:r>
            <m:oMath>
              <m:r>
                <w:rPr>
                  <w:rFonts w:ascii="Cambria Math" w:hAnsi="Cambria Math" w:cs="Noto Sans"/>
                </w:rPr>
                <m:t>n²=m</m:t>
              </m:r>
            </m:oMath>
            <w:r w:rsidRPr="00505B42">
              <w:rPr>
                <w:rFonts w:cs="Noto Sans"/>
              </w:rPr>
              <w:t xml:space="preserve"> entonces este valor es igual a </w:t>
            </w:r>
            <m:oMath>
              <m:r>
                <w:rPr>
                  <w:rFonts w:ascii="Cambria Math" w:hAnsi="Cambria Math" w:cs="Noto Sans"/>
                </w:rPr>
                <m:t>n</m:t>
              </m:r>
            </m:oMath>
            <w:r w:rsidRPr="00505B42">
              <w:rPr>
                <w:rFonts w:cs="Noto Sans"/>
              </w:rPr>
              <w:t>.</w:t>
            </w:r>
          </w:p>
        </w:tc>
      </w:tr>
    </w:tbl>
    <w:p w14:paraId="07057DA1"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4"/>
        <w:gridCol w:w="6742"/>
      </w:tblGrid>
      <w:tr w:rsidR="007E21A4" w:rsidRPr="00505B42" w14:paraId="7388A2E6"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B13C36" w14:textId="77777777" w:rsidR="007E21A4" w:rsidRPr="00505B42" w:rsidRDefault="00000000" w:rsidP="008E472A">
            <w:pPr>
              <w:keepNext/>
              <w:spacing w:line="276" w:lineRule="auto"/>
              <w:rPr>
                <w:rFonts w:cs="Noto Sans"/>
              </w:rPr>
            </w:pPr>
            <w:r w:rsidRPr="00505B42">
              <w:rPr>
                <w:rFonts w:cs="Noto Sans"/>
              </w:rPr>
              <w:t>Square root property</w:t>
            </w:r>
          </w:p>
        </w:tc>
        <w:tc>
          <w:tcPr>
            <w:tcW w:w="7171" w:type="dxa"/>
          </w:tcPr>
          <w:p w14:paraId="425FE2B2"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If </w:t>
            </w:r>
            <m:oMath>
              <m:r>
                <w:rPr>
                  <w:rFonts w:ascii="Cambria Math" w:hAnsi="Cambria Math" w:cs="Noto Sans"/>
                </w:rPr>
                <m:t>x² = k</m:t>
              </m:r>
            </m:oMath>
            <w:r w:rsidRPr="00505B42">
              <w:rPr>
                <w:rFonts w:cs="Noto Sans"/>
              </w:rPr>
              <w:t xml:space="preserve">, then </w:t>
            </w:r>
            <m:oMath>
              <m:r>
                <w:rPr>
                  <w:rFonts w:ascii="Cambria Math" w:hAnsi="Cambria Math" w:cs="Noto Sans"/>
                </w:rPr>
                <m:t>x = √k</m:t>
              </m:r>
            </m:oMath>
            <w:r w:rsidRPr="00505B42">
              <w:rPr>
                <w:rFonts w:cs="Noto Sans"/>
              </w:rPr>
              <w:t xml:space="preserve"> and </w:t>
            </w:r>
            <m:oMath>
              <m:r>
                <w:rPr>
                  <w:rFonts w:ascii="Cambria Math" w:hAnsi="Cambria Math" w:cs="Noto Sans"/>
                </w:rPr>
                <m:t xml:space="preserve">x = - </m:t>
              </m:r>
              <m:r>
                <w:rPr>
                  <w:rFonts w:ascii="Cambria Math" w:hAnsi="Cambria Math" w:cs="Cambria Math"/>
                </w:rPr>
                <m:t>√</m:t>
              </m:r>
              <m:r>
                <w:rPr>
                  <w:rFonts w:ascii="Cambria Math" w:hAnsi="Cambria Math" w:cs="Noto Sans"/>
                </w:rPr>
                <m:t>k</m:t>
              </m:r>
            </m:oMath>
            <w:r w:rsidRPr="00505B42">
              <w:rPr>
                <w:rFonts w:cs="Noto Sans"/>
              </w:rPr>
              <w:t>.</w:t>
            </w:r>
          </w:p>
        </w:tc>
      </w:tr>
      <w:tr w:rsidR="007E21A4" w:rsidRPr="00505B42" w14:paraId="151A2C9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BDE4265" w14:textId="77777777" w:rsidR="007E21A4" w:rsidRPr="00505B42" w:rsidRDefault="00000000" w:rsidP="008E472A">
            <w:pPr>
              <w:keepNext/>
              <w:spacing w:line="276" w:lineRule="auto"/>
              <w:rPr>
                <w:rFonts w:cs="Noto Sans"/>
              </w:rPr>
            </w:pPr>
            <w:r w:rsidRPr="00505B42">
              <w:rPr>
                <w:rFonts w:cs="Noto Sans"/>
              </w:rPr>
              <w:t>Propiedad de la raíz cuadrada</w:t>
            </w:r>
          </w:p>
        </w:tc>
        <w:tc>
          <w:tcPr>
            <w:tcW w:w="7171" w:type="dxa"/>
          </w:tcPr>
          <w:p w14:paraId="78A60BA8"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Si </w:t>
            </w:r>
            <m:oMath>
              <m:r>
                <w:rPr>
                  <w:rFonts w:ascii="Cambria Math" w:hAnsi="Cambria Math" w:cs="Noto Sans"/>
                </w:rPr>
                <m:t>x² = k</m:t>
              </m:r>
            </m:oMath>
            <w:r w:rsidRPr="00505B42">
              <w:rPr>
                <w:rFonts w:cs="Noto Sans"/>
              </w:rPr>
              <w:t xml:space="preserve">, entonces </w:t>
            </w:r>
            <m:oMath>
              <m:r>
                <w:rPr>
                  <w:rFonts w:ascii="Cambria Math" w:hAnsi="Cambria Math" w:cs="Noto Sans"/>
                </w:rPr>
                <m:t xml:space="preserve">x = </m:t>
              </m:r>
              <m:r>
                <w:rPr>
                  <w:rFonts w:ascii="Cambria Math" w:hAnsi="Cambria Math" w:cs="Cambria Math"/>
                </w:rPr>
                <m:t>√</m:t>
              </m:r>
              <m:r>
                <w:rPr>
                  <w:rFonts w:ascii="Cambria Math" w:hAnsi="Cambria Math" w:cs="Noto Sans"/>
                </w:rPr>
                <m:t>k</m:t>
              </m:r>
            </m:oMath>
            <w:r w:rsidRPr="00505B42">
              <w:rPr>
                <w:rFonts w:cs="Noto Sans"/>
              </w:rPr>
              <w:t xml:space="preserve"> y </w:t>
            </w:r>
            <m:oMath>
              <m:r>
                <w:rPr>
                  <w:rFonts w:ascii="Cambria Math" w:hAnsi="Cambria Math" w:cs="Noto Sans"/>
                </w:rPr>
                <m:t xml:space="preserve">x = - </m:t>
              </m:r>
              <m:r>
                <w:rPr>
                  <w:rFonts w:ascii="Cambria Math" w:hAnsi="Cambria Math" w:cs="Cambria Math"/>
                </w:rPr>
                <m:t>√</m:t>
              </m:r>
              <m:r>
                <w:rPr>
                  <w:rFonts w:ascii="Cambria Math" w:hAnsi="Cambria Math" w:cs="Noto Sans"/>
                </w:rPr>
                <m:t>k</m:t>
              </m:r>
            </m:oMath>
            <w:r w:rsidRPr="00505B42">
              <w:rPr>
                <w:rFonts w:cs="Noto Sans"/>
              </w:rPr>
              <w:t>.</w:t>
            </w:r>
          </w:p>
        </w:tc>
      </w:tr>
    </w:tbl>
    <w:p w14:paraId="282E2AD3"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7"/>
        <w:gridCol w:w="6749"/>
      </w:tblGrid>
      <w:tr w:rsidR="007E21A4" w:rsidRPr="00505B42" w14:paraId="4922C48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E2DA571" w14:textId="77777777" w:rsidR="007E21A4" w:rsidRPr="00505B42" w:rsidRDefault="00000000" w:rsidP="000C5BCD">
            <w:pPr>
              <w:spacing w:line="276" w:lineRule="auto"/>
              <w:rPr>
                <w:rFonts w:cs="Noto Sans"/>
              </w:rPr>
            </w:pPr>
            <w:r w:rsidRPr="00505B42">
              <w:rPr>
                <w:rFonts w:cs="Noto Sans"/>
              </w:rPr>
              <w:t>Standard form of a linear equation</w:t>
            </w:r>
          </w:p>
        </w:tc>
        <w:tc>
          <w:tcPr>
            <w:tcW w:w="7171" w:type="dxa"/>
          </w:tcPr>
          <w:p w14:paraId="083089CA" w14:textId="77777777" w:rsidR="007E21A4" w:rsidRPr="00505B42" w:rsidRDefault="004409E4"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
              <m:r>
                <w:rPr>
                  <w:rFonts w:ascii="Cambria Math" w:hAnsi="Cambria Math" w:cs="Noto Sans"/>
                </w:rPr>
                <m:t>Ax + By = C</m:t>
              </m:r>
            </m:oMath>
            <w:r w:rsidRPr="00505B42">
              <w:rPr>
                <w:rFonts w:cs="Noto Sans"/>
              </w:rPr>
              <w:t xml:space="preserve">, where </w:t>
            </w:r>
            <m:oMath>
              <m:r>
                <w:rPr>
                  <w:rFonts w:ascii="Cambria Math" w:hAnsi="Cambria Math" w:cs="Noto Sans"/>
                </w:rPr>
                <m:t>A</m:t>
              </m:r>
            </m:oMath>
            <w:r w:rsidRPr="00505B42">
              <w:rPr>
                <w:rFonts w:cs="Noto Sans"/>
              </w:rPr>
              <w:t>,</w:t>
            </w:r>
            <w:r>
              <w:rPr>
                <w:rFonts w:cs="Noto Sans"/>
              </w:rPr>
              <w:t xml:space="preserve"> </w:t>
            </w:r>
            <m:oMath>
              <m:r>
                <w:rPr>
                  <w:rFonts w:ascii="Cambria Math" w:hAnsi="Cambria Math" w:cs="Noto Sans"/>
                </w:rPr>
                <m:t>B</m:t>
              </m:r>
            </m:oMath>
            <w:r w:rsidRPr="00505B42">
              <w:rPr>
                <w:rFonts w:cs="Noto Sans"/>
              </w:rPr>
              <w:t xml:space="preserve">, and </w:t>
            </w:r>
            <m:oMath>
              <m:r>
                <w:rPr>
                  <w:rFonts w:ascii="Cambria Math" w:hAnsi="Cambria Math" w:cs="Noto Sans"/>
                </w:rPr>
                <m:t>C</m:t>
              </m:r>
            </m:oMath>
            <w:r w:rsidRPr="00505B42">
              <w:rPr>
                <w:rFonts w:cs="Noto Sans"/>
              </w:rPr>
              <w:t xml:space="preserve"> are real numbers, and </w:t>
            </w:r>
            <m:oMath>
              <m:r>
                <w:rPr>
                  <w:rFonts w:ascii="Cambria Math" w:hAnsi="Cambria Math" w:cs="Noto Sans"/>
                </w:rPr>
                <m:t>A</m:t>
              </m:r>
            </m:oMath>
            <w:r w:rsidRPr="00505B42">
              <w:rPr>
                <w:rFonts w:cs="Noto Sans"/>
              </w:rPr>
              <w:t xml:space="preserve"> and </w:t>
            </w:r>
            <m:oMath>
              <m:r>
                <w:rPr>
                  <w:rFonts w:ascii="Cambria Math" w:hAnsi="Cambria Math" w:cs="Noto Sans"/>
                </w:rPr>
                <m:t>B</m:t>
              </m:r>
            </m:oMath>
            <w:r w:rsidRPr="00505B42">
              <w:rPr>
                <w:rFonts w:cs="Noto Sans"/>
              </w:rPr>
              <w:t xml:space="preserve"> are not both zero.</w:t>
            </w:r>
          </w:p>
        </w:tc>
      </w:tr>
      <w:tr w:rsidR="007E21A4" w:rsidRPr="00505B42" w14:paraId="5A0AB2F1"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5DA4715" w14:textId="77777777" w:rsidR="007E21A4" w:rsidRPr="00505B42" w:rsidRDefault="00000000" w:rsidP="000C5BCD">
            <w:pPr>
              <w:spacing w:line="276" w:lineRule="auto"/>
              <w:rPr>
                <w:rFonts w:cs="Noto Sans"/>
              </w:rPr>
            </w:pPr>
            <w:r w:rsidRPr="00505B42">
              <w:rPr>
                <w:rFonts w:cs="Noto Sans"/>
              </w:rPr>
              <w:t>Forma estándar de una ecuación lineal</w:t>
            </w:r>
          </w:p>
        </w:tc>
        <w:tc>
          <w:tcPr>
            <w:tcW w:w="7171" w:type="dxa"/>
          </w:tcPr>
          <w:p w14:paraId="31E5DAE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Ecuación en la forma de </w:t>
            </w:r>
            <m:oMath>
              <m:r>
                <w:rPr>
                  <w:rFonts w:ascii="Cambria Math" w:hAnsi="Cambria Math" w:cs="Noto Sans"/>
                </w:rPr>
                <m:t>Ax + By = C</m:t>
              </m:r>
            </m:oMath>
            <w:r w:rsidRPr="00505B42">
              <w:rPr>
                <w:rFonts w:cs="Noto Sans"/>
              </w:rPr>
              <w:t xml:space="preserve">, donde </w:t>
            </w:r>
            <m:oMath>
              <m:r>
                <w:rPr>
                  <w:rFonts w:ascii="Cambria Math" w:hAnsi="Cambria Math" w:cs="Noto Sans"/>
                </w:rPr>
                <m:t xml:space="preserve">A </m:t>
              </m:r>
              <m:r>
                <w:rPr>
                  <w:rFonts w:ascii="Cambria Math" w:hAnsi="Cambria Math" w:cs="Cambria Math"/>
                </w:rPr>
                <m:t>≠</m:t>
              </m:r>
              <m:r>
                <w:rPr>
                  <w:rFonts w:ascii="Cambria Math" w:hAnsi="Cambria Math" w:cs="Noto Sans"/>
                </w:rPr>
                <m:t xml:space="preserve"> 0</m:t>
              </m:r>
            </m:oMath>
            <w:r w:rsidRPr="00505B42">
              <w:rPr>
                <w:rFonts w:cs="Noto Sans"/>
              </w:rPr>
              <w:t xml:space="preserve"> y </w:t>
            </w:r>
            <m:oMath>
              <m:r>
                <w:rPr>
                  <w:rFonts w:ascii="Cambria Math" w:hAnsi="Cambria Math" w:cs="Noto Sans"/>
                </w:rPr>
                <m:t xml:space="preserve">B </m:t>
              </m:r>
              <m:r>
                <w:rPr>
                  <w:rFonts w:ascii="Cambria Math" w:hAnsi="Cambria Math" w:cs="Cambria Math"/>
                </w:rPr>
                <m:t>≠</m:t>
              </m:r>
              <m:r>
                <w:rPr>
                  <w:rFonts w:ascii="Cambria Math" w:hAnsi="Cambria Math" w:cs="Noto Sans"/>
                </w:rPr>
                <m:t xml:space="preserve"> 0</m:t>
              </m:r>
            </m:oMath>
            <w:r w:rsidRPr="00505B42">
              <w:rPr>
                <w:rFonts w:cs="Noto Sans"/>
              </w:rPr>
              <w:t>, cuyo gráfico es una linea recta.</w:t>
            </w:r>
          </w:p>
        </w:tc>
      </w:tr>
    </w:tbl>
    <w:p w14:paraId="677FB325"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54D3C29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9088C5A" w14:textId="77777777" w:rsidR="007E21A4" w:rsidRPr="00505B42" w:rsidRDefault="00000000" w:rsidP="000C5BCD">
            <w:pPr>
              <w:spacing w:line="276" w:lineRule="auto"/>
              <w:rPr>
                <w:rFonts w:cs="Noto Sans"/>
              </w:rPr>
            </w:pPr>
            <w:r w:rsidRPr="00505B42">
              <w:rPr>
                <w:rFonts w:cs="Noto Sans"/>
              </w:rPr>
              <w:t>Standard form of a quadratic expression</w:t>
            </w:r>
          </w:p>
        </w:tc>
        <w:tc>
          <w:tcPr>
            <w:tcW w:w="7171" w:type="dxa"/>
          </w:tcPr>
          <w:p w14:paraId="47FD207A"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When a quadratic expression is written as </w:t>
            </w:r>
            <m:oMath>
              <m:r>
                <w:rPr>
                  <w:rFonts w:ascii="Cambria Math" w:hAnsi="Cambria Math" w:cs="Noto Sans"/>
                </w:rPr>
                <m:t>f(x) = ax² + bx + c</m:t>
              </m:r>
            </m:oMath>
            <w:r w:rsidRPr="00505B42">
              <w:rPr>
                <w:rFonts w:cs="Noto Sans"/>
              </w:rPr>
              <w:t>.</w:t>
            </w:r>
          </w:p>
        </w:tc>
      </w:tr>
      <w:tr w:rsidR="007E21A4" w:rsidRPr="00505B42" w14:paraId="7594EF9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ADDAFCA" w14:textId="77777777" w:rsidR="007E21A4" w:rsidRPr="00505B42" w:rsidRDefault="00000000" w:rsidP="000C5BCD">
            <w:pPr>
              <w:spacing w:line="276" w:lineRule="auto"/>
              <w:rPr>
                <w:rFonts w:cs="Noto Sans"/>
              </w:rPr>
            </w:pPr>
            <w:r w:rsidRPr="00505B42">
              <w:rPr>
                <w:rFonts w:cs="Noto Sans"/>
              </w:rPr>
              <w:t>Forma estándar de una expresión cuadrática</w:t>
            </w:r>
          </w:p>
        </w:tc>
        <w:tc>
          <w:tcPr>
            <w:tcW w:w="7171" w:type="dxa"/>
          </w:tcPr>
          <w:p w14:paraId="05ADBF6A"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Cuando una expresión cuadrática se escribe como </w:t>
            </w:r>
            <m:oMath>
              <m:r>
                <w:rPr>
                  <w:rFonts w:ascii="Cambria Math" w:hAnsi="Cambria Math" w:cs="Noto Sans"/>
                </w:rPr>
                <m:t>f(x) = ax² + bx + c</m:t>
              </m:r>
            </m:oMath>
            <w:r w:rsidRPr="00505B42">
              <w:rPr>
                <w:rFonts w:cs="Noto Sans"/>
              </w:rPr>
              <w:t>.</w:t>
            </w:r>
          </w:p>
        </w:tc>
      </w:tr>
    </w:tbl>
    <w:p w14:paraId="6DB95D6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3"/>
        <w:gridCol w:w="6733"/>
      </w:tblGrid>
      <w:tr w:rsidR="007E21A4" w:rsidRPr="00505B42" w14:paraId="7E61192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B406279" w14:textId="77777777" w:rsidR="007E21A4" w:rsidRPr="00505B42" w:rsidRDefault="00000000" w:rsidP="000C5BCD">
            <w:pPr>
              <w:spacing w:line="276" w:lineRule="auto"/>
              <w:rPr>
                <w:rFonts w:cs="Noto Sans"/>
              </w:rPr>
            </w:pPr>
            <w:r w:rsidRPr="00505B42">
              <w:rPr>
                <w:rFonts w:cs="Noto Sans"/>
              </w:rPr>
              <w:t>Strong relationship</w:t>
            </w:r>
          </w:p>
        </w:tc>
        <w:tc>
          <w:tcPr>
            <w:tcW w:w="7171" w:type="dxa"/>
          </w:tcPr>
          <w:p w14:paraId="700EAF1F"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relationship between two numerical variables where the data is tightly clustered around the best fit line.</w:t>
            </w:r>
          </w:p>
        </w:tc>
      </w:tr>
      <w:tr w:rsidR="007E21A4" w:rsidRPr="00505B42" w14:paraId="6BF3A30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E0E7508" w14:textId="77777777" w:rsidR="007E21A4" w:rsidRPr="00505B42" w:rsidRDefault="00000000" w:rsidP="000C5BCD">
            <w:pPr>
              <w:spacing w:line="276" w:lineRule="auto"/>
              <w:rPr>
                <w:rFonts w:cs="Noto Sans"/>
              </w:rPr>
            </w:pPr>
            <w:r w:rsidRPr="00505B42">
              <w:rPr>
                <w:rFonts w:cs="Noto Sans"/>
              </w:rPr>
              <w:t>Relación fuerte</w:t>
            </w:r>
          </w:p>
        </w:tc>
        <w:tc>
          <w:tcPr>
            <w:tcW w:w="7171" w:type="dxa"/>
          </w:tcPr>
          <w:p w14:paraId="3BACB6F5"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relación entre dos variables numéricas donde los datos están estrechamente agrupados alrededor de la línea de mejor ajuste.</w:t>
            </w:r>
          </w:p>
        </w:tc>
      </w:tr>
    </w:tbl>
    <w:p w14:paraId="7CC13A9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9"/>
        <w:gridCol w:w="6727"/>
      </w:tblGrid>
      <w:tr w:rsidR="007E21A4" w:rsidRPr="00505B42" w14:paraId="3D5CE89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BF0F1BF" w14:textId="77777777" w:rsidR="007E21A4" w:rsidRPr="00505B42" w:rsidRDefault="00000000" w:rsidP="000C5BCD">
            <w:pPr>
              <w:spacing w:line="276" w:lineRule="auto"/>
              <w:rPr>
                <w:rFonts w:cs="Noto Sans"/>
              </w:rPr>
            </w:pPr>
            <w:r w:rsidRPr="00505B42">
              <w:rPr>
                <w:rFonts w:cs="Noto Sans"/>
              </w:rPr>
              <w:t>Substitution method</w:t>
            </w:r>
          </w:p>
        </w:tc>
        <w:tc>
          <w:tcPr>
            <w:tcW w:w="7171" w:type="dxa"/>
          </w:tcPr>
          <w:p w14:paraId="0576E5D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method replacing a variable with an expression it is equal to.</w:t>
            </w:r>
          </w:p>
        </w:tc>
      </w:tr>
      <w:tr w:rsidR="007E21A4" w:rsidRPr="00505B42" w14:paraId="1ED64AA5"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05491A6" w14:textId="77777777" w:rsidR="007E21A4" w:rsidRPr="00505B42" w:rsidRDefault="00000000" w:rsidP="000C5BCD">
            <w:pPr>
              <w:spacing w:line="276" w:lineRule="auto"/>
              <w:rPr>
                <w:rFonts w:cs="Noto Sans"/>
              </w:rPr>
            </w:pPr>
            <w:r w:rsidRPr="00505B42">
              <w:rPr>
                <w:rFonts w:cs="Noto Sans"/>
              </w:rPr>
              <w:t>Método de sustitución</w:t>
            </w:r>
          </w:p>
        </w:tc>
        <w:tc>
          <w:tcPr>
            <w:tcW w:w="7171" w:type="dxa"/>
          </w:tcPr>
          <w:p w14:paraId="3764532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método que reemplaza una variable con una expresión a la que es igual.</w:t>
            </w:r>
          </w:p>
        </w:tc>
      </w:tr>
    </w:tbl>
    <w:p w14:paraId="1DFA691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7"/>
        <w:gridCol w:w="6749"/>
      </w:tblGrid>
      <w:tr w:rsidR="007E21A4" w:rsidRPr="00505B42" w14:paraId="5E8CD63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A9F8130" w14:textId="77777777" w:rsidR="007E21A4" w:rsidRPr="00505B42" w:rsidRDefault="00000000" w:rsidP="000C5BCD">
            <w:pPr>
              <w:spacing w:line="276" w:lineRule="auto"/>
              <w:rPr>
                <w:rFonts w:cs="Noto Sans"/>
              </w:rPr>
            </w:pPr>
            <w:r w:rsidRPr="00505B42">
              <w:rPr>
                <w:rFonts w:cs="Noto Sans"/>
              </w:rPr>
              <w:t>Synthetic division</w:t>
            </w:r>
          </w:p>
        </w:tc>
        <w:tc>
          <w:tcPr>
            <w:tcW w:w="7171" w:type="dxa"/>
          </w:tcPr>
          <w:p w14:paraId="442BC76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Method used to divide a polynomial by a binomial.</w:t>
            </w:r>
          </w:p>
        </w:tc>
      </w:tr>
      <w:tr w:rsidR="007E21A4" w:rsidRPr="00505B42" w14:paraId="69302EA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C03C19E" w14:textId="77777777" w:rsidR="007E21A4" w:rsidRPr="00505B42" w:rsidRDefault="00000000" w:rsidP="000C5BCD">
            <w:pPr>
              <w:spacing w:line="276" w:lineRule="auto"/>
              <w:rPr>
                <w:rFonts w:cs="Noto Sans"/>
              </w:rPr>
            </w:pPr>
            <w:r w:rsidRPr="00505B42">
              <w:rPr>
                <w:rFonts w:cs="Noto Sans"/>
              </w:rPr>
              <w:t>División sintética</w:t>
            </w:r>
          </w:p>
        </w:tc>
        <w:tc>
          <w:tcPr>
            <w:tcW w:w="7171" w:type="dxa"/>
          </w:tcPr>
          <w:p w14:paraId="1727B3FA"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Método empleado para dividir un polinomio por un binomio.</w:t>
            </w:r>
          </w:p>
        </w:tc>
      </w:tr>
    </w:tbl>
    <w:p w14:paraId="787B66C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6C04AFD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123E360" w14:textId="77777777" w:rsidR="007E21A4" w:rsidRPr="00505B42" w:rsidRDefault="00000000" w:rsidP="000C5BCD">
            <w:pPr>
              <w:keepNext/>
              <w:spacing w:line="276" w:lineRule="auto"/>
              <w:rPr>
                <w:rFonts w:cs="Noto Sans"/>
              </w:rPr>
            </w:pPr>
            <w:r w:rsidRPr="00505B42">
              <w:rPr>
                <w:rFonts w:cs="Noto Sans"/>
              </w:rPr>
              <w:lastRenderedPageBreak/>
              <w:t>System of (linear) equations</w:t>
            </w:r>
          </w:p>
        </w:tc>
        <w:tc>
          <w:tcPr>
            <w:tcW w:w="7171" w:type="dxa"/>
          </w:tcPr>
          <w:p w14:paraId="48D69AFD"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Two or more equations that represent the constraints in the same situation.</w:t>
            </w:r>
          </w:p>
        </w:tc>
      </w:tr>
      <w:tr w:rsidR="007E21A4" w:rsidRPr="00505B42" w14:paraId="68F8E83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ADA42A4" w14:textId="77777777" w:rsidR="007E21A4" w:rsidRPr="00505B42" w:rsidRDefault="00000000" w:rsidP="000C5BCD">
            <w:pPr>
              <w:keepNext/>
              <w:spacing w:line="276" w:lineRule="auto"/>
              <w:rPr>
                <w:rFonts w:cs="Noto Sans"/>
              </w:rPr>
            </w:pPr>
            <w:r w:rsidRPr="00505B42">
              <w:rPr>
                <w:rFonts w:cs="Noto Sans"/>
              </w:rPr>
              <w:t>Sistema de ecuaciones (lineales)</w:t>
            </w:r>
          </w:p>
        </w:tc>
        <w:tc>
          <w:tcPr>
            <w:tcW w:w="7171" w:type="dxa"/>
          </w:tcPr>
          <w:p w14:paraId="723B5355"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Dos o más ecuaciones que representan las restricciones en la misma situación.</w:t>
            </w:r>
          </w:p>
        </w:tc>
      </w:tr>
    </w:tbl>
    <w:p w14:paraId="2FF0E43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68F93C2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76EE259" w14:textId="77777777" w:rsidR="007E21A4" w:rsidRPr="00505B42" w:rsidRDefault="00000000" w:rsidP="000C5BCD">
            <w:pPr>
              <w:spacing w:line="276" w:lineRule="auto"/>
              <w:rPr>
                <w:rFonts w:cs="Noto Sans"/>
              </w:rPr>
            </w:pPr>
            <w:r w:rsidRPr="00505B42">
              <w:rPr>
                <w:rFonts w:cs="Noto Sans"/>
              </w:rPr>
              <w:t>System of inequalities</w:t>
            </w:r>
          </w:p>
        </w:tc>
        <w:tc>
          <w:tcPr>
            <w:tcW w:w="7171" w:type="dxa"/>
          </w:tcPr>
          <w:p w14:paraId="03EE532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Two or more inequalities that represent the constraints in the same situation.</w:t>
            </w:r>
          </w:p>
        </w:tc>
      </w:tr>
      <w:tr w:rsidR="007E21A4" w:rsidRPr="00505B42" w14:paraId="4C9B84E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84E84D" w14:textId="77777777" w:rsidR="007E21A4" w:rsidRPr="00505B42" w:rsidRDefault="00000000" w:rsidP="000C5BCD">
            <w:pPr>
              <w:spacing w:line="276" w:lineRule="auto"/>
              <w:rPr>
                <w:rFonts w:cs="Noto Sans"/>
              </w:rPr>
            </w:pPr>
            <w:r w:rsidRPr="00505B42">
              <w:rPr>
                <w:rFonts w:cs="Noto Sans"/>
              </w:rPr>
              <w:t>Sistema de inecuaciones</w:t>
            </w:r>
          </w:p>
        </w:tc>
        <w:tc>
          <w:tcPr>
            <w:tcW w:w="7171" w:type="dxa"/>
          </w:tcPr>
          <w:p w14:paraId="51D0A6CA"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Dos o más desigualdades que representan las restricciones en la misma situación.</w:t>
            </w:r>
          </w:p>
        </w:tc>
      </w:tr>
    </w:tbl>
    <w:p w14:paraId="05464C84"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74F21913" w14:textId="77777777" w:rsidR="007E21A4" w:rsidRPr="00505B42" w:rsidRDefault="00000000" w:rsidP="00F719CF">
      <w:pPr>
        <w:pStyle w:val="Heading2"/>
      </w:pPr>
      <w:bookmarkStart w:id="16" w:name="_Toc162956998"/>
      <w:r w:rsidRPr="00505B42">
        <w:t>T</w:t>
      </w:r>
      <w:bookmarkEnd w:id="16"/>
    </w:p>
    <w:tbl>
      <w:tblPr>
        <w:tblStyle w:val="GlossaryTerm-Standard"/>
        <w:tblW w:w="0" w:type="auto"/>
        <w:tblLook w:val="0480" w:firstRow="0" w:lastRow="0" w:firstColumn="1" w:lastColumn="0" w:noHBand="0" w:noVBand="1"/>
      </w:tblPr>
      <w:tblGrid>
        <w:gridCol w:w="2100"/>
        <w:gridCol w:w="6756"/>
      </w:tblGrid>
      <w:tr w:rsidR="007E21A4" w:rsidRPr="00505B42" w14:paraId="016E853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6B8E5CB" w14:textId="77777777" w:rsidR="007E21A4" w:rsidRPr="00505B42" w:rsidRDefault="00000000" w:rsidP="000C5BCD">
            <w:pPr>
              <w:spacing w:line="276" w:lineRule="auto"/>
              <w:rPr>
                <w:rFonts w:cs="Noto Sans"/>
              </w:rPr>
            </w:pPr>
            <w:r w:rsidRPr="00505B42">
              <w:rPr>
                <w:rFonts w:cs="Noto Sans"/>
              </w:rPr>
              <w:t>Term</w:t>
            </w:r>
          </w:p>
        </w:tc>
        <w:tc>
          <w:tcPr>
            <w:tcW w:w="7171" w:type="dxa"/>
          </w:tcPr>
          <w:p w14:paraId="7E5441D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Part of an expression that can be a single number, a variable, or a number and a variable that are multiplied together.</w:t>
            </w:r>
          </w:p>
        </w:tc>
      </w:tr>
      <w:tr w:rsidR="007E21A4" w:rsidRPr="00505B42" w14:paraId="326F40E3"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7F933A0" w14:textId="77777777" w:rsidR="007E21A4" w:rsidRPr="00505B42" w:rsidRDefault="00000000" w:rsidP="000C5BCD">
            <w:pPr>
              <w:spacing w:line="276" w:lineRule="auto"/>
              <w:rPr>
                <w:rFonts w:cs="Noto Sans"/>
              </w:rPr>
            </w:pPr>
            <w:r w:rsidRPr="00505B42">
              <w:rPr>
                <w:rFonts w:cs="Noto Sans"/>
              </w:rPr>
              <w:t>Término</w:t>
            </w:r>
          </w:p>
        </w:tc>
        <w:tc>
          <w:tcPr>
            <w:tcW w:w="7171" w:type="dxa"/>
          </w:tcPr>
          <w:p w14:paraId="7E3E2DC8"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Parte de una expresión que puede ser un solo número, una variable o un número y una variable que se multiplican entre sí.</w:t>
            </w:r>
          </w:p>
        </w:tc>
      </w:tr>
    </w:tbl>
    <w:p w14:paraId="711923D9"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1"/>
        <w:gridCol w:w="6745"/>
      </w:tblGrid>
      <w:tr w:rsidR="007E21A4" w:rsidRPr="00505B42" w14:paraId="41B0F23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C811E6F" w14:textId="77777777" w:rsidR="007E21A4" w:rsidRPr="00505B42" w:rsidRDefault="00000000" w:rsidP="008E472A">
            <w:pPr>
              <w:keepNext/>
              <w:spacing w:line="276" w:lineRule="auto"/>
              <w:rPr>
                <w:rFonts w:cs="Noto Sans"/>
              </w:rPr>
            </w:pPr>
            <w:r w:rsidRPr="00505B42">
              <w:rPr>
                <w:rFonts w:cs="Noto Sans"/>
              </w:rPr>
              <w:t>Term of a sequence</w:t>
            </w:r>
          </w:p>
        </w:tc>
        <w:tc>
          <w:tcPr>
            <w:tcW w:w="7171" w:type="dxa"/>
          </w:tcPr>
          <w:p w14:paraId="30798A07"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Each number in a sequence</w:t>
            </w:r>
            <w:r w:rsidR="002E0641">
              <w:rPr>
                <w:rFonts w:cs="Noto Sans"/>
              </w:rPr>
              <w:t>.</w:t>
            </w:r>
          </w:p>
        </w:tc>
      </w:tr>
      <w:tr w:rsidR="007E21A4" w:rsidRPr="00505B42" w14:paraId="1DB8397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488F8E" w14:textId="77777777" w:rsidR="007E21A4" w:rsidRPr="00505B42" w:rsidRDefault="00000000" w:rsidP="008E472A">
            <w:pPr>
              <w:keepNext/>
              <w:spacing w:line="276" w:lineRule="auto"/>
              <w:rPr>
                <w:rFonts w:cs="Noto Sans"/>
              </w:rPr>
            </w:pPr>
            <w:r w:rsidRPr="00505B42">
              <w:rPr>
                <w:rFonts w:cs="Noto Sans"/>
              </w:rPr>
              <w:t>Término de una secuencia</w:t>
            </w:r>
          </w:p>
        </w:tc>
        <w:tc>
          <w:tcPr>
            <w:tcW w:w="7171" w:type="dxa"/>
          </w:tcPr>
          <w:p w14:paraId="46B80C2F"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Cada número en una secuencia.</w:t>
            </w:r>
          </w:p>
        </w:tc>
      </w:tr>
    </w:tbl>
    <w:p w14:paraId="3F828F7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56"/>
        <w:gridCol w:w="6700"/>
      </w:tblGrid>
      <w:tr w:rsidR="007E21A4" w:rsidRPr="00505B42" w14:paraId="77EC2A34"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EC7536E" w14:textId="77777777" w:rsidR="007E21A4" w:rsidRPr="00505B42" w:rsidRDefault="00000000" w:rsidP="000C5BCD">
            <w:pPr>
              <w:keepNext/>
              <w:spacing w:line="276" w:lineRule="auto"/>
              <w:rPr>
                <w:rFonts w:cs="Noto Sans"/>
              </w:rPr>
            </w:pPr>
            <w:r w:rsidRPr="00505B42">
              <w:rPr>
                <w:rFonts w:cs="Noto Sans"/>
              </w:rPr>
              <w:lastRenderedPageBreak/>
              <w:t>Transformation</w:t>
            </w:r>
          </w:p>
        </w:tc>
        <w:tc>
          <w:tcPr>
            <w:tcW w:w="7171" w:type="dxa"/>
          </w:tcPr>
          <w:p w14:paraId="0FD84C1A"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The movement of a parent function vertically, horizontally, through shifts, reflections, stretches, and compressions.</w:t>
            </w:r>
          </w:p>
        </w:tc>
      </w:tr>
      <w:tr w:rsidR="007E21A4" w:rsidRPr="00505B42" w14:paraId="0E08B717"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1C05E7" w14:textId="77777777" w:rsidR="007E21A4" w:rsidRPr="00754567" w:rsidRDefault="00000000" w:rsidP="000C5BCD">
            <w:pPr>
              <w:keepNext/>
              <w:spacing w:line="276" w:lineRule="auto"/>
              <w:rPr>
                <w:rFonts w:cs="Noto Sans"/>
                <w:lang w:val="es-ES"/>
              </w:rPr>
            </w:pPr>
            <w:r w:rsidRPr="00754567">
              <w:rPr>
                <w:rFonts w:cs="Noto Sans"/>
                <w:lang w:val="es-ES"/>
              </w:rPr>
              <w:t>Transformación</w:t>
            </w:r>
          </w:p>
        </w:tc>
        <w:tc>
          <w:tcPr>
            <w:tcW w:w="7171" w:type="dxa"/>
          </w:tcPr>
          <w:p w14:paraId="601B2FE1" w14:textId="77777777" w:rsidR="007E21A4" w:rsidRPr="00754567"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 xml:space="preserve">El movimiento de una función </w:t>
            </w:r>
            <w:r w:rsidR="002E0641" w:rsidRPr="00754567">
              <w:rPr>
                <w:rFonts w:cs="Noto Sans"/>
                <w:lang w:val="es-ES"/>
              </w:rPr>
              <w:t>principal</w:t>
            </w:r>
            <w:r w:rsidRPr="00754567">
              <w:rPr>
                <w:rFonts w:cs="Noto Sans"/>
                <w:lang w:val="es-ES"/>
              </w:rPr>
              <w:t xml:space="preserve"> vertical, horizontal, a través de cambios, reflejos, estiramientos y compresiones.</w:t>
            </w:r>
          </w:p>
        </w:tc>
      </w:tr>
    </w:tbl>
    <w:p w14:paraId="7F64937E"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9"/>
        <w:gridCol w:w="6747"/>
      </w:tblGrid>
      <w:tr w:rsidR="007E21A4" w:rsidRPr="00505B42" w14:paraId="314A03A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07B3412" w14:textId="77777777" w:rsidR="007E21A4" w:rsidRPr="00505B42" w:rsidRDefault="00000000" w:rsidP="000C5BCD">
            <w:pPr>
              <w:spacing w:line="276" w:lineRule="auto"/>
              <w:rPr>
                <w:rFonts w:cs="Noto Sans"/>
              </w:rPr>
            </w:pPr>
            <w:r w:rsidRPr="00505B42">
              <w:rPr>
                <w:rFonts w:cs="Noto Sans"/>
              </w:rPr>
              <w:t>Trinomial</w:t>
            </w:r>
          </w:p>
        </w:tc>
        <w:tc>
          <w:tcPr>
            <w:tcW w:w="7171" w:type="dxa"/>
          </w:tcPr>
          <w:p w14:paraId="21897494"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An algebraic expression with three terms. </w:t>
            </w:r>
          </w:p>
        </w:tc>
      </w:tr>
      <w:tr w:rsidR="007E21A4" w:rsidRPr="00505B42" w14:paraId="158F318E"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F7B8FE8" w14:textId="77777777" w:rsidR="007E21A4" w:rsidRPr="00505B42" w:rsidRDefault="00000000" w:rsidP="000C5BCD">
            <w:pPr>
              <w:spacing w:line="276" w:lineRule="auto"/>
              <w:rPr>
                <w:rFonts w:cs="Noto Sans"/>
              </w:rPr>
            </w:pPr>
            <w:r w:rsidRPr="00505B42">
              <w:rPr>
                <w:rFonts w:cs="Noto Sans"/>
              </w:rPr>
              <w:t>Trinomio</w:t>
            </w:r>
          </w:p>
        </w:tc>
        <w:tc>
          <w:tcPr>
            <w:tcW w:w="7171" w:type="dxa"/>
          </w:tcPr>
          <w:p w14:paraId="424CC0DA"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expresión algebraica con tres términos.</w:t>
            </w:r>
          </w:p>
        </w:tc>
      </w:tr>
    </w:tbl>
    <w:p w14:paraId="316CDD91"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387CDA5E" w14:textId="77777777" w:rsidR="007E21A4" w:rsidRPr="00505B42" w:rsidRDefault="00000000" w:rsidP="00F719CF">
      <w:pPr>
        <w:pStyle w:val="Heading2"/>
      </w:pPr>
      <w:bookmarkStart w:id="17" w:name="_Toc162956999"/>
      <w:r w:rsidRPr="00505B42">
        <w:t>U</w:t>
      </w:r>
      <w:bookmarkEnd w:id="17"/>
    </w:p>
    <w:tbl>
      <w:tblPr>
        <w:tblStyle w:val="GlossaryTerm-Standard"/>
        <w:tblW w:w="0" w:type="auto"/>
        <w:tblLook w:val="0480" w:firstRow="0" w:lastRow="0" w:firstColumn="1" w:lastColumn="0" w:noHBand="0" w:noVBand="1"/>
      </w:tblPr>
      <w:tblGrid>
        <w:gridCol w:w="2115"/>
        <w:gridCol w:w="6741"/>
      </w:tblGrid>
      <w:tr w:rsidR="007E21A4" w:rsidRPr="00505B42" w14:paraId="36F386AA"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D2280F" w14:textId="77777777" w:rsidR="007E21A4" w:rsidRPr="00505B42" w:rsidRDefault="00000000" w:rsidP="000C5BCD">
            <w:pPr>
              <w:spacing w:line="276" w:lineRule="auto"/>
              <w:rPr>
                <w:rFonts w:cs="Noto Sans"/>
              </w:rPr>
            </w:pPr>
            <w:r w:rsidRPr="00505B42">
              <w:rPr>
                <w:rFonts w:cs="Noto Sans"/>
              </w:rPr>
              <w:t>Undefined slope</w:t>
            </w:r>
          </w:p>
        </w:tc>
        <w:tc>
          <w:tcPr>
            <w:tcW w:w="7171" w:type="dxa"/>
          </w:tcPr>
          <w:p w14:paraId="21578E1C"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slope of a vertical line because the line does not have a change in </w:t>
            </w:r>
            <m:oMath>
              <m:r>
                <w:rPr>
                  <w:rFonts w:ascii="Cambria Math" w:hAnsi="Cambria Math" w:cs="Noto Sans"/>
                </w:rPr>
                <m:t>x</m:t>
              </m:r>
            </m:oMath>
            <w:r w:rsidRPr="00505B42">
              <w:rPr>
                <w:rFonts w:cs="Noto Sans"/>
              </w:rPr>
              <w:t xml:space="preserve">-values. (The </w:t>
            </w:r>
            <m:oMath>
              <m:r>
                <w:rPr>
                  <w:rFonts w:ascii="Cambria Math" w:hAnsi="Cambria Math" w:cs="Noto Sans"/>
                </w:rPr>
                <m:t>x</m:t>
              </m:r>
            </m:oMath>
            <w:r w:rsidRPr="00505B42">
              <w:rPr>
                <w:rFonts w:cs="Noto Sans"/>
              </w:rPr>
              <w:t>-values remain the same.)</w:t>
            </w:r>
          </w:p>
        </w:tc>
      </w:tr>
      <w:tr w:rsidR="007E21A4" w:rsidRPr="00505B42" w14:paraId="382C63A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781EDF7" w14:textId="77777777" w:rsidR="007E21A4" w:rsidRPr="00505B42" w:rsidRDefault="00000000" w:rsidP="000C5BCD">
            <w:pPr>
              <w:spacing w:line="276" w:lineRule="auto"/>
              <w:rPr>
                <w:rFonts w:cs="Noto Sans"/>
              </w:rPr>
            </w:pPr>
            <w:r w:rsidRPr="00505B42">
              <w:rPr>
                <w:rFonts w:cs="Noto Sans"/>
              </w:rPr>
              <w:t>Pendiente indefinida</w:t>
            </w:r>
          </w:p>
        </w:tc>
        <w:tc>
          <w:tcPr>
            <w:tcW w:w="7171" w:type="dxa"/>
          </w:tcPr>
          <w:p w14:paraId="0E92FE24"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La pendiente de una línea vertical porque la línea no tiene un cambio en los valores de </w:t>
            </w:r>
            <m:oMath>
              <m:r>
                <w:rPr>
                  <w:rFonts w:ascii="Cambria Math" w:hAnsi="Cambria Math" w:cs="Noto Sans"/>
                </w:rPr>
                <m:t>x</m:t>
              </m:r>
            </m:oMath>
            <w:r w:rsidRPr="00505B42">
              <w:rPr>
                <w:rFonts w:cs="Noto Sans"/>
              </w:rPr>
              <w:t xml:space="preserve">. (Los valores de </w:t>
            </w:r>
            <m:oMath>
              <m:r>
                <w:rPr>
                  <w:rFonts w:ascii="Cambria Math" w:hAnsi="Cambria Math" w:cs="Noto Sans"/>
                </w:rPr>
                <m:t>x</m:t>
              </m:r>
            </m:oMath>
            <w:r w:rsidRPr="00505B42">
              <w:rPr>
                <w:rFonts w:cs="Noto Sans"/>
              </w:rPr>
              <w:t xml:space="preserve"> siguen siendo los mismos).</w:t>
            </w:r>
          </w:p>
        </w:tc>
      </w:tr>
    </w:tbl>
    <w:p w14:paraId="19F7B677"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4F1FC0EE" w14:textId="77777777" w:rsidR="007E21A4" w:rsidRPr="00505B42" w:rsidRDefault="00000000" w:rsidP="00F719CF">
      <w:pPr>
        <w:pStyle w:val="Heading2"/>
      </w:pPr>
      <w:bookmarkStart w:id="18" w:name="_Toc162957000"/>
      <w:r w:rsidRPr="00505B42">
        <w:t>V</w:t>
      </w:r>
      <w:bookmarkEnd w:id="18"/>
    </w:p>
    <w:tbl>
      <w:tblPr>
        <w:tblStyle w:val="GlossaryTerm-Standard"/>
        <w:tblW w:w="0" w:type="auto"/>
        <w:tblLook w:val="0480" w:firstRow="0" w:lastRow="0" w:firstColumn="1" w:lastColumn="0" w:noHBand="0" w:noVBand="1"/>
      </w:tblPr>
      <w:tblGrid>
        <w:gridCol w:w="2079"/>
        <w:gridCol w:w="6777"/>
      </w:tblGrid>
      <w:tr w:rsidR="007E21A4" w:rsidRPr="00505B42" w14:paraId="018D8C1C"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039522A" w14:textId="77777777" w:rsidR="007E21A4" w:rsidRPr="00505B42" w:rsidRDefault="00000000" w:rsidP="000C5BCD">
            <w:pPr>
              <w:spacing w:line="276" w:lineRule="auto"/>
              <w:rPr>
                <w:rFonts w:cs="Noto Sans"/>
              </w:rPr>
            </w:pPr>
            <w:r w:rsidRPr="00505B42">
              <w:rPr>
                <w:rFonts w:cs="Noto Sans"/>
              </w:rPr>
              <w:t>Value</w:t>
            </w:r>
          </w:p>
        </w:tc>
        <w:tc>
          <w:tcPr>
            <w:tcW w:w="7171" w:type="dxa"/>
          </w:tcPr>
          <w:p w14:paraId="0211D7B9"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An amount, quantity, or measure. Represented by a number.</w:t>
            </w:r>
          </w:p>
        </w:tc>
      </w:tr>
      <w:tr w:rsidR="007E21A4" w:rsidRPr="00505B42" w14:paraId="3F3754CF"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E44AE9F" w14:textId="77777777" w:rsidR="007E21A4" w:rsidRPr="00505B42" w:rsidRDefault="00000000" w:rsidP="000C5BCD">
            <w:pPr>
              <w:spacing w:line="276" w:lineRule="auto"/>
              <w:rPr>
                <w:rFonts w:cs="Noto Sans"/>
              </w:rPr>
            </w:pPr>
            <w:r w:rsidRPr="00505B42">
              <w:rPr>
                <w:rFonts w:cs="Noto Sans"/>
              </w:rPr>
              <w:t>Valor</w:t>
            </w:r>
          </w:p>
        </w:tc>
        <w:tc>
          <w:tcPr>
            <w:tcW w:w="7171" w:type="dxa"/>
          </w:tcPr>
          <w:p w14:paraId="1BEBC6D3"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cantidad o medida representada por un número.</w:t>
            </w:r>
          </w:p>
        </w:tc>
      </w:tr>
    </w:tbl>
    <w:p w14:paraId="48BD5FF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7"/>
        <w:gridCol w:w="6759"/>
      </w:tblGrid>
      <w:tr w:rsidR="007E21A4" w:rsidRPr="00505B42" w14:paraId="4945227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4176D9C" w14:textId="77777777" w:rsidR="007E21A4" w:rsidRPr="00505B42" w:rsidRDefault="00000000" w:rsidP="000C5BCD">
            <w:pPr>
              <w:spacing w:line="276" w:lineRule="auto"/>
              <w:rPr>
                <w:rFonts w:cs="Noto Sans"/>
              </w:rPr>
            </w:pPr>
            <w:r w:rsidRPr="00505B42">
              <w:rPr>
                <w:rFonts w:cs="Noto Sans"/>
              </w:rPr>
              <w:t>Variable</w:t>
            </w:r>
          </w:p>
        </w:tc>
        <w:tc>
          <w:tcPr>
            <w:tcW w:w="7171" w:type="dxa"/>
          </w:tcPr>
          <w:p w14:paraId="31D4BC36"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quantity that can take on different values. Often represented by a letter such as </w:t>
            </w:r>
            <m:oMath>
              <m:r>
                <w:rPr>
                  <w:rFonts w:ascii="Cambria Math" w:hAnsi="Cambria Math" w:cs="Noto Sans"/>
                </w:rPr>
                <m:t>x</m:t>
              </m:r>
            </m:oMath>
            <w:r w:rsidRPr="00505B42">
              <w:rPr>
                <w:rFonts w:cs="Noto Sans"/>
              </w:rPr>
              <w:t xml:space="preserve">, </w:t>
            </w:r>
            <m:oMath>
              <m:r>
                <w:rPr>
                  <w:rFonts w:ascii="Cambria Math" w:hAnsi="Cambria Math" w:cs="Noto Sans"/>
                </w:rPr>
                <m:t>y</m:t>
              </m:r>
            </m:oMath>
            <w:r w:rsidRPr="00505B42">
              <w:rPr>
                <w:rFonts w:cs="Noto Sans"/>
              </w:rPr>
              <w:t xml:space="preserve">, </w:t>
            </w:r>
            <m:oMath>
              <m:r>
                <w:rPr>
                  <w:rFonts w:ascii="Cambria Math" w:hAnsi="Cambria Math" w:cs="Noto Sans"/>
                </w:rPr>
                <m:t>a</m:t>
              </m:r>
            </m:oMath>
            <w:r w:rsidRPr="00505B42">
              <w:rPr>
                <w:rFonts w:cs="Noto Sans"/>
              </w:rPr>
              <w:t xml:space="preserve">, </w:t>
            </w:r>
            <m:oMath>
              <m:r>
                <w:rPr>
                  <w:rFonts w:ascii="Cambria Math" w:hAnsi="Cambria Math" w:cs="Noto Sans"/>
                </w:rPr>
                <m:t>b</m:t>
              </m:r>
            </m:oMath>
            <w:r w:rsidRPr="00505B42">
              <w:rPr>
                <w:rFonts w:cs="Noto Sans"/>
              </w:rPr>
              <w:t xml:space="preserve">, </w:t>
            </w:r>
            <m:oMath>
              <m:r>
                <w:rPr>
                  <w:rFonts w:ascii="Cambria Math" w:hAnsi="Cambria Math" w:cs="Noto Sans"/>
                </w:rPr>
                <m:t>m</m:t>
              </m:r>
            </m:oMath>
            <w:r w:rsidRPr="00505B42">
              <w:rPr>
                <w:rFonts w:cs="Noto Sans"/>
              </w:rPr>
              <w:t xml:space="preserve">, etc. </w:t>
            </w:r>
          </w:p>
        </w:tc>
      </w:tr>
      <w:tr w:rsidR="007E21A4" w:rsidRPr="00505B42" w14:paraId="5CA90DF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C48B1BB" w14:textId="77777777" w:rsidR="007E21A4" w:rsidRPr="00505B42" w:rsidRDefault="00000000" w:rsidP="000C5BCD">
            <w:pPr>
              <w:spacing w:line="276" w:lineRule="auto"/>
              <w:rPr>
                <w:rFonts w:cs="Noto Sans"/>
              </w:rPr>
            </w:pPr>
            <w:r w:rsidRPr="00505B42">
              <w:rPr>
                <w:rFonts w:cs="Noto Sans"/>
              </w:rPr>
              <w:t>Variable</w:t>
            </w:r>
          </w:p>
        </w:tc>
        <w:tc>
          <w:tcPr>
            <w:tcW w:w="7171" w:type="dxa"/>
          </w:tcPr>
          <w:p w14:paraId="0BD7461A"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Letra u otro símbolo que se emplea para representar un número or valor no especificado.</w:t>
            </w:r>
          </w:p>
        </w:tc>
      </w:tr>
    </w:tbl>
    <w:p w14:paraId="5C89914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5"/>
        <w:gridCol w:w="6761"/>
      </w:tblGrid>
      <w:tr w:rsidR="007E21A4" w:rsidRPr="00505B42" w14:paraId="2AAAFE0F"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49619E5" w14:textId="77777777" w:rsidR="007E21A4" w:rsidRPr="00505B42" w:rsidRDefault="00000000" w:rsidP="000C5BCD">
            <w:pPr>
              <w:spacing w:line="276" w:lineRule="auto"/>
              <w:rPr>
                <w:rFonts w:cs="Noto Sans"/>
              </w:rPr>
            </w:pPr>
            <w:r w:rsidRPr="00505B42">
              <w:rPr>
                <w:rFonts w:cs="Noto Sans"/>
              </w:rPr>
              <w:lastRenderedPageBreak/>
              <w:t>Vertex (of a graph)</w:t>
            </w:r>
          </w:p>
        </w:tc>
        <w:tc>
          <w:tcPr>
            <w:tcW w:w="7171" w:type="dxa"/>
          </w:tcPr>
          <w:p w14:paraId="2D6C314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On a parabola, it is the point where the graph changes from increasing to decreasing or vice versa. It is the highest or lowest point on the graph.</w:t>
            </w:r>
          </w:p>
        </w:tc>
      </w:tr>
      <w:tr w:rsidR="007E21A4" w:rsidRPr="00505B42" w14:paraId="6EB2119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CE13EB1" w14:textId="77777777" w:rsidR="007E21A4" w:rsidRPr="00505B42" w:rsidRDefault="00000000" w:rsidP="000C5BCD">
            <w:pPr>
              <w:spacing w:line="276" w:lineRule="auto"/>
              <w:rPr>
                <w:rFonts w:cs="Noto Sans"/>
              </w:rPr>
            </w:pPr>
            <w:r w:rsidRPr="00505B42">
              <w:rPr>
                <w:rFonts w:cs="Noto Sans"/>
              </w:rPr>
              <w:t>Vértice (de un gráfico)</w:t>
            </w:r>
          </w:p>
        </w:tc>
        <w:tc>
          <w:tcPr>
            <w:tcW w:w="7171" w:type="dxa"/>
          </w:tcPr>
          <w:p w14:paraId="682F03C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En una parábola, es el punto donde la gráfica cambia de creciente a decreciente o viceversa. Es el punto más alto o más bajo del gráfico.</w:t>
            </w:r>
          </w:p>
        </w:tc>
      </w:tr>
    </w:tbl>
    <w:p w14:paraId="405A7FB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7"/>
        <w:gridCol w:w="6739"/>
      </w:tblGrid>
      <w:tr w:rsidR="007E21A4" w:rsidRPr="00505B42" w14:paraId="5711CAA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AE2547D" w14:textId="77777777" w:rsidR="007E21A4" w:rsidRPr="00505B42" w:rsidRDefault="00000000" w:rsidP="000C5BCD">
            <w:pPr>
              <w:spacing w:line="276" w:lineRule="auto"/>
              <w:rPr>
                <w:rFonts w:cs="Noto Sans"/>
              </w:rPr>
            </w:pPr>
            <w:r w:rsidRPr="00505B42">
              <w:rPr>
                <w:rFonts w:cs="Noto Sans"/>
              </w:rPr>
              <w:t>Vertex form of a quadratic expression</w:t>
            </w:r>
          </w:p>
        </w:tc>
        <w:tc>
          <w:tcPr>
            <w:tcW w:w="7171" w:type="dxa"/>
          </w:tcPr>
          <w:p w14:paraId="07D0246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An expression in the form </w:t>
            </w:r>
            <m:oMath>
              <m:r>
                <w:rPr>
                  <w:rFonts w:ascii="Cambria Math" w:hAnsi="Cambria Math" w:cs="Noto Sans"/>
                </w:rPr>
                <m:t>a(x-h)² + k</m:t>
              </m:r>
            </m:oMath>
            <w:r w:rsidRPr="00505B42">
              <w:rPr>
                <w:rFonts w:cs="Noto Sans"/>
              </w:rPr>
              <w:t xml:space="preserve"> where </w:t>
            </w:r>
            <m:oMath>
              <m:r>
                <w:rPr>
                  <w:rFonts w:ascii="Cambria Math" w:hAnsi="Cambria Math" w:cs="Noto Sans"/>
                </w:rPr>
                <m:t>a</m:t>
              </m:r>
            </m:oMath>
            <w:r w:rsidRPr="00505B42">
              <w:rPr>
                <w:rFonts w:cs="Noto Sans"/>
              </w:rPr>
              <w:t xml:space="preserve">, </w:t>
            </w:r>
            <m:oMath>
              <m:r>
                <w:rPr>
                  <w:rFonts w:ascii="Cambria Math" w:hAnsi="Cambria Math" w:cs="Noto Sans"/>
                </w:rPr>
                <m:t>h</m:t>
              </m:r>
            </m:oMath>
            <w:r w:rsidRPr="00505B42">
              <w:rPr>
                <w:rFonts w:cs="Noto Sans"/>
              </w:rPr>
              <w:t xml:space="preserve">, and </w:t>
            </w:r>
            <m:oMath>
              <m:r>
                <w:rPr>
                  <w:rFonts w:ascii="Cambria Math" w:hAnsi="Cambria Math" w:cs="Noto Sans"/>
                </w:rPr>
                <m:t>k</m:t>
              </m:r>
            </m:oMath>
            <w:r w:rsidRPr="00505B42">
              <w:rPr>
                <w:rFonts w:cs="Noto Sans"/>
              </w:rPr>
              <w:t xml:space="preserve"> are constants, and </w:t>
            </w:r>
            <m:oMath>
              <m:r>
                <w:rPr>
                  <w:rFonts w:ascii="Cambria Math" w:hAnsi="Cambria Math" w:cs="Noto Sans"/>
                </w:rPr>
                <m:t xml:space="preserve">a </m:t>
              </m:r>
              <m:r>
                <w:rPr>
                  <w:rFonts w:ascii="Cambria Math" w:hAnsi="Cambria Math" w:cs="Cambria Math"/>
                </w:rPr>
                <m:t>≠</m:t>
              </m:r>
              <m:r>
                <w:rPr>
                  <w:rFonts w:ascii="Cambria Math" w:hAnsi="Cambria Math" w:cs="Noto Sans"/>
                </w:rPr>
                <m:t xml:space="preserve"> 0</m:t>
              </m:r>
            </m:oMath>
            <w:r w:rsidRPr="00505B42">
              <w:rPr>
                <w:rFonts w:cs="Noto Sans"/>
              </w:rPr>
              <w:t>.</w:t>
            </w:r>
          </w:p>
        </w:tc>
      </w:tr>
      <w:tr w:rsidR="007E21A4" w:rsidRPr="00505B42" w14:paraId="5EFF05ED"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09841D5" w14:textId="77777777" w:rsidR="007E21A4" w:rsidRPr="00754567" w:rsidRDefault="00000000" w:rsidP="000C5BCD">
            <w:pPr>
              <w:spacing w:line="276" w:lineRule="auto"/>
              <w:rPr>
                <w:rFonts w:cs="Noto Sans"/>
                <w:lang w:val="es-ES"/>
              </w:rPr>
            </w:pPr>
            <w:r w:rsidRPr="00754567">
              <w:rPr>
                <w:rFonts w:cs="Noto Sans"/>
                <w:lang w:val="es-ES"/>
              </w:rPr>
              <w:t>Forma de vértice de una expresión cuadrática</w:t>
            </w:r>
          </w:p>
        </w:tc>
        <w:tc>
          <w:tcPr>
            <w:tcW w:w="7171" w:type="dxa"/>
          </w:tcPr>
          <w:p w14:paraId="4C226810" w14:textId="77777777" w:rsidR="007E21A4" w:rsidRPr="00754567"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lang w:val="es-ES"/>
              </w:rPr>
            </w:pPr>
            <w:r w:rsidRPr="00754567">
              <w:rPr>
                <w:rFonts w:cs="Noto Sans"/>
                <w:lang w:val="es-ES"/>
              </w:rPr>
              <w:t xml:space="preserve">Una expresión en la forma </w:t>
            </w:r>
            <m:oMath>
              <m:r>
                <w:rPr>
                  <w:rFonts w:ascii="Cambria Math" w:hAnsi="Cambria Math" w:cs="Noto Sans"/>
                  <w:lang w:val="es-ES"/>
                </w:rPr>
                <m:t>a(x-h)² + k</m:t>
              </m:r>
            </m:oMath>
            <w:r w:rsidRPr="00754567">
              <w:rPr>
                <w:rFonts w:cs="Noto Sans"/>
                <w:lang w:val="es-ES"/>
              </w:rPr>
              <w:t xml:space="preserve"> donde </w:t>
            </w:r>
            <m:oMath>
              <m:r>
                <w:rPr>
                  <w:rFonts w:ascii="Cambria Math" w:hAnsi="Cambria Math" w:cs="Noto Sans"/>
                  <w:lang w:val="es-ES"/>
                </w:rPr>
                <m:t>a</m:t>
              </m:r>
            </m:oMath>
            <w:r w:rsidR="004409E4" w:rsidRPr="00754567">
              <w:rPr>
                <w:rFonts w:cs="Noto Sans"/>
                <w:lang w:val="es-ES"/>
              </w:rPr>
              <w:t xml:space="preserve">, </w:t>
            </w:r>
            <m:oMath>
              <m:r>
                <w:rPr>
                  <w:rFonts w:ascii="Cambria Math" w:hAnsi="Cambria Math" w:cs="Noto Sans"/>
                  <w:lang w:val="es-ES"/>
                </w:rPr>
                <m:t>h</m:t>
              </m:r>
            </m:oMath>
            <w:r w:rsidR="004409E4" w:rsidRPr="00754567">
              <w:rPr>
                <w:rFonts w:cs="Noto Sans"/>
                <w:lang w:val="es-ES"/>
              </w:rPr>
              <w:t xml:space="preserve">, y </w:t>
            </w:r>
            <m:oMath>
              <m:r>
                <w:rPr>
                  <w:rFonts w:ascii="Cambria Math" w:hAnsi="Cambria Math" w:cs="Noto Sans"/>
                  <w:lang w:val="es-ES"/>
                </w:rPr>
                <m:t>k</m:t>
              </m:r>
            </m:oMath>
            <w:r w:rsidRPr="00754567">
              <w:rPr>
                <w:rFonts w:cs="Noto Sans"/>
                <w:lang w:val="es-ES"/>
              </w:rPr>
              <w:t xml:space="preserve"> son constantes y </w:t>
            </w:r>
            <m:oMath>
              <m:r>
                <w:rPr>
                  <w:rFonts w:ascii="Cambria Math" w:hAnsi="Cambria Math" w:cs="Noto Sans"/>
                  <w:lang w:val="es-ES"/>
                </w:rPr>
                <m:t xml:space="preserve">a </m:t>
              </m:r>
              <m:r>
                <w:rPr>
                  <w:rFonts w:ascii="Cambria Math" w:hAnsi="Cambria Math" w:cs="Cambria Math"/>
                  <w:lang w:val="es-ES"/>
                </w:rPr>
                <m:t>≠</m:t>
              </m:r>
              <m:r>
                <w:rPr>
                  <w:rFonts w:ascii="Cambria Math" w:hAnsi="Cambria Math" w:cs="Noto Sans"/>
                  <w:lang w:val="es-ES"/>
                </w:rPr>
                <m:t xml:space="preserve"> 0</m:t>
              </m:r>
            </m:oMath>
            <w:r w:rsidRPr="00754567">
              <w:rPr>
                <w:rFonts w:cs="Noto Sans"/>
                <w:lang w:val="es-ES"/>
              </w:rPr>
              <w:t>.</w:t>
            </w:r>
          </w:p>
        </w:tc>
      </w:tr>
    </w:tbl>
    <w:p w14:paraId="7893465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8"/>
        <w:gridCol w:w="6728"/>
      </w:tblGrid>
      <w:tr w:rsidR="007E21A4" w:rsidRPr="00505B42" w14:paraId="228A658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4FD5682" w14:textId="77777777" w:rsidR="007E21A4" w:rsidRPr="00505B42" w:rsidRDefault="00000000" w:rsidP="000C5BCD">
            <w:pPr>
              <w:spacing w:line="276" w:lineRule="auto"/>
              <w:rPr>
                <w:rFonts w:cs="Noto Sans"/>
              </w:rPr>
            </w:pPr>
            <w:r w:rsidRPr="00505B42">
              <w:rPr>
                <w:rFonts w:cs="Noto Sans"/>
              </w:rPr>
              <w:t>Vertical compression</w:t>
            </w:r>
          </w:p>
        </w:tc>
        <w:tc>
          <w:tcPr>
            <w:tcW w:w="7171" w:type="dxa"/>
          </w:tcPr>
          <w:p w14:paraId="45ECA53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transformation that occurs when a parent function is multiplied by a constant less than one.</w:t>
            </w:r>
          </w:p>
        </w:tc>
      </w:tr>
      <w:tr w:rsidR="007E21A4" w:rsidRPr="00505B42" w14:paraId="2C4FCDE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266ABC3" w14:textId="77777777" w:rsidR="007E21A4" w:rsidRPr="00505B42" w:rsidRDefault="00000000" w:rsidP="000C5BCD">
            <w:pPr>
              <w:spacing w:line="276" w:lineRule="auto"/>
              <w:rPr>
                <w:rFonts w:cs="Noto Sans"/>
              </w:rPr>
            </w:pPr>
            <w:r w:rsidRPr="00505B42">
              <w:rPr>
                <w:rFonts w:cs="Noto Sans"/>
              </w:rPr>
              <w:t>Compresión vertical</w:t>
            </w:r>
          </w:p>
        </w:tc>
        <w:tc>
          <w:tcPr>
            <w:tcW w:w="7171" w:type="dxa"/>
          </w:tcPr>
          <w:p w14:paraId="27D8340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transformación que ocurre cuando una función principal se multiplica por una constante mayor que 0 pero menor que uno.</w:t>
            </w:r>
          </w:p>
        </w:tc>
      </w:tr>
    </w:tbl>
    <w:p w14:paraId="0C99D71B"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31"/>
        <w:gridCol w:w="6725"/>
      </w:tblGrid>
      <w:tr w:rsidR="007E21A4" w:rsidRPr="00505B42" w14:paraId="3BA3D531"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4DDDA4A" w14:textId="77777777" w:rsidR="007E21A4" w:rsidRPr="00505B42" w:rsidRDefault="00000000" w:rsidP="008E472A">
            <w:pPr>
              <w:keepNext/>
              <w:spacing w:line="276" w:lineRule="auto"/>
              <w:rPr>
                <w:rFonts w:cs="Noto Sans"/>
              </w:rPr>
            </w:pPr>
            <w:r w:rsidRPr="00505B42">
              <w:rPr>
                <w:rFonts w:cs="Noto Sans"/>
              </w:rPr>
              <w:t>Vertical intercept</w:t>
            </w:r>
          </w:p>
        </w:tc>
        <w:tc>
          <w:tcPr>
            <w:tcW w:w="7171" w:type="dxa"/>
          </w:tcPr>
          <w:p w14:paraId="4E0BF431" w14:textId="77777777" w:rsidR="007E21A4" w:rsidRPr="00505B42" w:rsidRDefault="00000000" w:rsidP="008E472A">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point of the graph of a function where the </w:t>
            </w:r>
            <m:oMath>
              <m:r>
                <w:rPr>
                  <w:rFonts w:ascii="Cambria Math" w:hAnsi="Cambria Math" w:cs="Noto Sans"/>
                </w:rPr>
                <m:t>x</m:t>
              </m:r>
            </m:oMath>
            <w:r w:rsidRPr="00505B42">
              <w:rPr>
                <w:rFonts w:cs="Noto Sans"/>
              </w:rPr>
              <w:t xml:space="preserve">-value is 0. This is where the graph of the function crosses the </w:t>
            </w:r>
            <m:oMath>
              <m:r>
                <w:rPr>
                  <w:rFonts w:ascii="Cambria Math" w:hAnsi="Cambria Math" w:cs="Noto Sans"/>
                </w:rPr>
                <m:t>y</m:t>
              </m:r>
            </m:oMath>
            <w:r w:rsidRPr="00505B42">
              <w:rPr>
                <w:rFonts w:cs="Noto Sans"/>
              </w:rPr>
              <w:t xml:space="preserve">-axis. </w:t>
            </w:r>
            <m:oMath>
              <m:r>
                <w:rPr>
                  <w:rFonts w:ascii="Cambria Math" w:hAnsi="Cambria Math" w:cs="Noto Sans"/>
                </w:rPr>
                <m:t>(0, y)</m:t>
              </m:r>
            </m:oMath>
          </w:p>
        </w:tc>
      </w:tr>
      <w:tr w:rsidR="007E21A4" w:rsidRPr="00505B42" w14:paraId="31AAA69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7368707" w14:textId="77777777" w:rsidR="007E21A4" w:rsidRPr="00505B42" w:rsidRDefault="00000000" w:rsidP="008E472A">
            <w:pPr>
              <w:keepNext/>
              <w:spacing w:line="276" w:lineRule="auto"/>
              <w:rPr>
                <w:rFonts w:cs="Noto Sans"/>
              </w:rPr>
            </w:pPr>
            <w:r w:rsidRPr="00505B42">
              <w:rPr>
                <w:rFonts w:cs="Noto Sans"/>
              </w:rPr>
              <w:t>Intersección vertical</w:t>
            </w:r>
          </w:p>
        </w:tc>
        <w:tc>
          <w:tcPr>
            <w:tcW w:w="7171" w:type="dxa"/>
          </w:tcPr>
          <w:p w14:paraId="21E6E34C" w14:textId="77777777" w:rsidR="007E21A4" w:rsidRPr="00505B42" w:rsidRDefault="00000000" w:rsidP="008E472A">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punto de la gráfica de una función donde el valor de </w:t>
            </w:r>
            <m:oMath>
              <m:r>
                <w:rPr>
                  <w:rFonts w:ascii="Cambria Math" w:hAnsi="Cambria Math" w:cs="Noto Sans"/>
                </w:rPr>
                <m:t>x</m:t>
              </m:r>
            </m:oMath>
            <w:r w:rsidRPr="00505B42">
              <w:rPr>
                <w:rFonts w:cs="Noto Sans"/>
              </w:rPr>
              <w:t xml:space="preserve"> es 0. Aquí es donde la gráfica de la función cruza el eje </w:t>
            </w:r>
            <m:oMath>
              <m:r>
                <w:rPr>
                  <w:rFonts w:ascii="Cambria Math" w:hAnsi="Cambria Math" w:cs="Noto Sans"/>
                </w:rPr>
                <m:t>y</m:t>
              </m:r>
            </m:oMath>
            <w:r w:rsidRPr="00505B42">
              <w:rPr>
                <w:rFonts w:cs="Noto Sans"/>
              </w:rPr>
              <w:t xml:space="preserve">. </w:t>
            </w:r>
            <m:oMath>
              <m:r>
                <w:rPr>
                  <w:rFonts w:ascii="Cambria Math" w:hAnsi="Cambria Math" w:cs="Noto Sans"/>
                </w:rPr>
                <m:t>(0, y)</m:t>
              </m:r>
            </m:oMath>
          </w:p>
        </w:tc>
      </w:tr>
    </w:tbl>
    <w:p w14:paraId="7AC5A95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20F0425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BFF9C66" w14:textId="77777777" w:rsidR="007E21A4" w:rsidRPr="00505B42" w:rsidRDefault="00000000" w:rsidP="000C5BCD">
            <w:pPr>
              <w:keepNext/>
              <w:spacing w:line="276" w:lineRule="auto"/>
              <w:rPr>
                <w:rFonts w:cs="Noto Sans"/>
              </w:rPr>
            </w:pPr>
            <w:r w:rsidRPr="00505B42">
              <w:rPr>
                <w:rFonts w:cs="Noto Sans"/>
              </w:rPr>
              <w:lastRenderedPageBreak/>
              <w:t>Vertical lines</w:t>
            </w:r>
          </w:p>
        </w:tc>
        <w:tc>
          <w:tcPr>
            <w:tcW w:w="7171" w:type="dxa"/>
          </w:tcPr>
          <w:p w14:paraId="681FA455" w14:textId="77777777" w:rsidR="007E21A4" w:rsidRPr="00505B42" w:rsidRDefault="00000000" w:rsidP="000C5BCD">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Lines that extend infinitely "up and down" and have an undefined slope. These lines are perpendicular to the </w:t>
            </w:r>
            <m:oMath>
              <m:r>
                <w:rPr>
                  <w:rFonts w:ascii="Cambria Math" w:hAnsi="Cambria Math" w:cs="Noto Sans"/>
                </w:rPr>
                <m:t>x</m:t>
              </m:r>
            </m:oMath>
            <w:r w:rsidRPr="00505B42">
              <w:rPr>
                <w:rFonts w:cs="Noto Sans"/>
              </w:rPr>
              <w:t>-axis.</w:t>
            </w:r>
          </w:p>
        </w:tc>
      </w:tr>
      <w:tr w:rsidR="007E21A4" w:rsidRPr="00505B42" w14:paraId="00CC811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C2D1DC7" w14:textId="77777777" w:rsidR="007E21A4" w:rsidRPr="00505B42" w:rsidRDefault="00000000" w:rsidP="000C5BCD">
            <w:pPr>
              <w:keepNext/>
              <w:spacing w:line="276" w:lineRule="auto"/>
              <w:rPr>
                <w:rFonts w:cs="Noto Sans"/>
              </w:rPr>
            </w:pPr>
            <w:r w:rsidRPr="00505B42">
              <w:rPr>
                <w:rFonts w:cs="Noto Sans"/>
              </w:rPr>
              <w:t>Líneas verticales</w:t>
            </w:r>
          </w:p>
        </w:tc>
        <w:tc>
          <w:tcPr>
            <w:tcW w:w="7171" w:type="dxa"/>
          </w:tcPr>
          <w:p w14:paraId="29DC3AE7" w14:textId="77777777" w:rsidR="007E21A4" w:rsidRPr="00505B42" w:rsidRDefault="00000000" w:rsidP="000C5BCD">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Líneas que se extienden infinitamente "arriba y abajo" y tienen una pendiente indefinida. Estas líneas son perpendiculares al eje </w:t>
            </w:r>
            <m:oMath>
              <m:r>
                <w:rPr>
                  <w:rFonts w:ascii="Cambria Math" w:hAnsi="Cambria Math" w:cs="Noto Sans"/>
                </w:rPr>
                <m:t>x</m:t>
              </m:r>
            </m:oMath>
            <w:r w:rsidRPr="00505B42">
              <w:rPr>
                <w:rFonts w:cs="Noto Sans"/>
              </w:rPr>
              <w:t>.</w:t>
            </w:r>
          </w:p>
        </w:tc>
      </w:tr>
    </w:tbl>
    <w:p w14:paraId="4080382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095"/>
        <w:gridCol w:w="6761"/>
      </w:tblGrid>
      <w:tr w:rsidR="007E21A4" w:rsidRPr="00505B42" w14:paraId="5CD4097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1F6F4E2" w14:textId="77777777" w:rsidR="007E21A4" w:rsidRPr="00505B42" w:rsidRDefault="00000000" w:rsidP="000C5BCD">
            <w:pPr>
              <w:spacing w:line="276" w:lineRule="auto"/>
              <w:rPr>
                <w:rFonts w:cs="Noto Sans"/>
              </w:rPr>
            </w:pPr>
            <w:r w:rsidRPr="00505B42">
              <w:rPr>
                <w:rFonts w:cs="Noto Sans"/>
              </w:rPr>
              <w:t>Vertical line test</w:t>
            </w:r>
          </w:p>
        </w:tc>
        <w:tc>
          <w:tcPr>
            <w:tcW w:w="7171" w:type="dxa"/>
          </w:tcPr>
          <w:p w14:paraId="4A1D3055"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visual way to determine if a graph is a function.</w:t>
            </w:r>
          </w:p>
        </w:tc>
      </w:tr>
      <w:tr w:rsidR="007E21A4" w:rsidRPr="00505B42" w14:paraId="6F40B4B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D7CEDBB" w14:textId="77777777" w:rsidR="007E21A4" w:rsidRPr="00505B42" w:rsidRDefault="00000000" w:rsidP="000C5BCD">
            <w:pPr>
              <w:spacing w:line="276" w:lineRule="auto"/>
              <w:rPr>
                <w:rFonts w:cs="Noto Sans"/>
              </w:rPr>
            </w:pPr>
            <w:r w:rsidRPr="00505B42">
              <w:rPr>
                <w:rFonts w:cs="Noto Sans"/>
              </w:rPr>
              <w:t>Prueba de línea vertical</w:t>
            </w:r>
          </w:p>
        </w:tc>
        <w:tc>
          <w:tcPr>
            <w:tcW w:w="7171" w:type="dxa"/>
          </w:tcPr>
          <w:p w14:paraId="4CB8F94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Prueba utilizada para determinar si una relación es una función.</w:t>
            </w:r>
          </w:p>
        </w:tc>
      </w:tr>
    </w:tbl>
    <w:p w14:paraId="2060F392"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04"/>
        <w:gridCol w:w="6752"/>
      </w:tblGrid>
      <w:tr w:rsidR="007E21A4" w:rsidRPr="00505B42" w14:paraId="12AB80A8"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426CF8E3" w14:textId="77777777" w:rsidR="007E21A4" w:rsidRPr="00505B42" w:rsidRDefault="00000000" w:rsidP="000C5BCD">
            <w:pPr>
              <w:spacing w:line="276" w:lineRule="auto"/>
              <w:rPr>
                <w:rFonts w:cs="Noto Sans"/>
              </w:rPr>
            </w:pPr>
            <w:r w:rsidRPr="00505B42">
              <w:rPr>
                <w:rFonts w:cs="Noto Sans"/>
              </w:rPr>
              <w:t>Vertical reflection</w:t>
            </w:r>
          </w:p>
        </w:tc>
        <w:tc>
          <w:tcPr>
            <w:tcW w:w="7171" w:type="dxa"/>
          </w:tcPr>
          <w:p w14:paraId="6994F5E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A transformation that occurs when a parent function is multiplied by -1. It causes the the graph to appear to "flip" over the </w:t>
            </w:r>
            <m:oMath>
              <m:r>
                <w:rPr>
                  <w:rFonts w:ascii="Cambria Math" w:hAnsi="Cambria Math" w:cs="Noto Sans"/>
                </w:rPr>
                <m:t>x</m:t>
              </m:r>
            </m:oMath>
            <w:r w:rsidRPr="00505B42">
              <w:rPr>
                <w:rFonts w:cs="Noto Sans"/>
              </w:rPr>
              <w:t>-axis.</w:t>
            </w:r>
          </w:p>
        </w:tc>
      </w:tr>
      <w:tr w:rsidR="007E21A4" w:rsidRPr="00505B42" w14:paraId="61A69188"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587374A9" w14:textId="77777777" w:rsidR="007E21A4" w:rsidRPr="00505B42" w:rsidRDefault="00000000" w:rsidP="000C5BCD">
            <w:pPr>
              <w:spacing w:line="276" w:lineRule="auto"/>
              <w:rPr>
                <w:rFonts w:cs="Noto Sans"/>
              </w:rPr>
            </w:pPr>
            <w:r w:rsidRPr="00505B42">
              <w:rPr>
                <w:rFonts w:cs="Noto Sans"/>
              </w:rPr>
              <w:t>Reflexión vertical</w:t>
            </w:r>
          </w:p>
        </w:tc>
        <w:tc>
          <w:tcPr>
            <w:tcW w:w="7171" w:type="dxa"/>
          </w:tcPr>
          <w:p w14:paraId="604F6A1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Una transformación que ocurre cuando una función principal se multiplica por -1. Hace que el gráfico parezca "voltear" sobre el eje </w:t>
            </w:r>
            <m:oMath>
              <m:r>
                <w:rPr>
                  <w:rFonts w:ascii="Cambria Math" w:hAnsi="Cambria Math" w:cs="Noto Sans"/>
                </w:rPr>
                <m:t>x</m:t>
              </m:r>
            </m:oMath>
            <w:r w:rsidRPr="00505B42">
              <w:rPr>
                <w:rFonts w:cs="Noto Sans"/>
              </w:rPr>
              <w:t>.</w:t>
            </w:r>
          </w:p>
        </w:tc>
      </w:tr>
    </w:tbl>
    <w:p w14:paraId="4E29F4AF"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58"/>
        <w:gridCol w:w="6698"/>
      </w:tblGrid>
      <w:tr w:rsidR="007E21A4" w:rsidRPr="00505B42" w14:paraId="1DD8FE7E"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A9CB517" w14:textId="77777777" w:rsidR="007E21A4" w:rsidRPr="00505B42" w:rsidRDefault="00000000" w:rsidP="000C5BCD">
            <w:pPr>
              <w:spacing w:line="276" w:lineRule="auto"/>
              <w:rPr>
                <w:rFonts w:cs="Noto Sans"/>
              </w:rPr>
            </w:pPr>
            <w:r w:rsidRPr="00505B42">
              <w:rPr>
                <w:rFonts w:cs="Noto Sans"/>
              </w:rPr>
              <w:t>Vertical shift</w:t>
            </w:r>
          </w:p>
        </w:tc>
        <w:tc>
          <w:tcPr>
            <w:tcW w:w="7171" w:type="dxa"/>
          </w:tcPr>
          <w:p w14:paraId="28DC1331"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type of transformation that moves a parent function up or down.</w:t>
            </w:r>
          </w:p>
        </w:tc>
      </w:tr>
      <w:tr w:rsidR="007E21A4" w:rsidRPr="00505B42" w14:paraId="06CD800B"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8A7EA63" w14:textId="77777777" w:rsidR="007E21A4" w:rsidRPr="00505B42" w:rsidRDefault="00000000" w:rsidP="000C5BCD">
            <w:pPr>
              <w:spacing w:line="276" w:lineRule="auto"/>
              <w:rPr>
                <w:rFonts w:cs="Noto Sans"/>
              </w:rPr>
            </w:pPr>
            <w:r w:rsidRPr="00505B42">
              <w:rPr>
                <w:rFonts w:cs="Noto Sans"/>
              </w:rPr>
              <w:t>Desplazamiento vertical</w:t>
            </w:r>
          </w:p>
        </w:tc>
        <w:tc>
          <w:tcPr>
            <w:tcW w:w="7171" w:type="dxa"/>
          </w:tcPr>
          <w:p w14:paraId="4CD79DCC"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 tipo de transformación que mueve una función principal hacia arriba o hacia abajo.</w:t>
            </w:r>
          </w:p>
        </w:tc>
      </w:tr>
    </w:tbl>
    <w:p w14:paraId="14B5CCD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29"/>
        <w:gridCol w:w="6727"/>
      </w:tblGrid>
      <w:tr w:rsidR="007E21A4" w:rsidRPr="00505B42" w14:paraId="0CFB10B3"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D7EFE7D" w14:textId="77777777" w:rsidR="007E21A4" w:rsidRPr="00505B42" w:rsidRDefault="00000000" w:rsidP="000C5BCD">
            <w:pPr>
              <w:spacing w:line="276" w:lineRule="auto"/>
              <w:rPr>
                <w:rFonts w:cs="Noto Sans"/>
              </w:rPr>
            </w:pPr>
            <w:r w:rsidRPr="00505B42">
              <w:rPr>
                <w:rFonts w:cs="Noto Sans"/>
              </w:rPr>
              <w:t>Vertical stretch</w:t>
            </w:r>
          </w:p>
        </w:tc>
        <w:tc>
          <w:tcPr>
            <w:tcW w:w="7171" w:type="dxa"/>
          </w:tcPr>
          <w:p w14:paraId="2BF5BA5B"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transformation that occurs when a parent function is multiplied by a constant greater than one. It causes the graph to appear to become "skinnier."</w:t>
            </w:r>
          </w:p>
        </w:tc>
      </w:tr>
      <w:tr w:rsidR="007E21A4" w:rsidRPr="00505B42" w14:paraId="1971BAF6"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16BC5C20" w14:textId="77777777" w:rsidR="007E21A4" w:rsidRPr="00505B42" w:rsidRDefault="00000000" w:rsidP="000C5BCD">
            <w:pPr>
              <w:spacing w:line="276" w:lineRule="auto"/>
              <w:rPr>
                <w:rFonts w:cs="Noto Sans"/>
              </w:rPr>
            </w:pPr>
            <w:r w:rsidRPr="00505B42">
              <w:rPr>
                <w:rFonts w:cs="Noto Sans"/>
              </w:rPr>
              <w:t>Estiramiento vertical</w:t>
            </w:r>
          </w:p>
        </w:tc>
        <w:tc>
          <w:tcPr>
            <w:tcW w:w="7171" w:type="dxa"/>
          </w:tcPr>
          <w:p w14:paraId="5326FAD6"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transformación que ocurre cuando una función principal se multiplica por una constante mayor que uno. Hace que el gráfico parezca "más delgado."</w:t>
            </w:r>
          </w:p>
        </w:tc>
      </w:tr>
    </w:tbl>
    <w:p w14:paraId="3B1E3354" w14:textId="77777777" w:rsidR="007E21A4" w:rsidRPr="00505B42" w:rsidRDefault="00000000" w:rsidP="000C5BCD">
      <w:pPr>
        <w:rPr>
          <w:rFonts w:ascii="Noto Sans" w:hAnsi="Noto Sans" w:cs="Noto Sans"/>
        </w:rPr>
      </w:pPr>
      <w:r w:rsidRPr="00505B42">
        <w:rPr>
          <w:rFonts w:ascii="Noto Sans" w:hAnsi="Noto Sans" w:cs="Noto Sans"/>
        </w:rPr>
        <w:lastRenderedPageBreak/>
        <w:t xml:space="preserve"> </w:t>
      </w:r>
    </w:p>
    <w:p w14:paraId="10A3EDB1" w14:textId="77777777" w:rsidR="007E21A4" w:rsidRPr="00505B42" w:rsidRDefault="00000000" w:rsidP="00F719CF">
      <w:pPr>
        <w:pStyle w:val="Heading2"/>
      </w:pPr>
      <w:bookmarkStart w:id="19" w:name="_Toc162957001"/>
      <w:r w:rsidRPr="00505B42">
        <w:t>W</w:t>
      </w:r>
      <w:bookmarkEnd w:id="19"/>
    </w:p>
    <w:tbl>
      <w:tblPr>
        <w:tblStyle w:val="GlossaryTerm-Standard"/>
        <w:tblW w:w="0" w:type="auto"/>
        <w:tblLook w:val="0480" w:firstRow="0" w:lastRow="0" w:firstColumn="1" w:lastColumn="0" w:noHBand="0" w:noVBand="1"/>
      </w:tblPr>
      <w:tblGrid>
        <w:gridCol w:w="2126"/>
        <w:gridCol w:w="6730"/>
      </w:tblGrid>
      <w:tr w:rsidR="007E21A4" w:rsidRPr="00505B42" w14:paraId="3D2CBE39"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BE26069" w14:textId="77777777" w:rsidR="007E21A4" w:rsidRPr="00505B42" w:rsidRDefault="00000000" w:rsidP="000C5BCD">
            <w:pPr>
              <w:spacing w:line="276" w:lineRule="auto"/>
              <w:rPr>
                <w:rFonts w:cs="Noto Sans"/>
              </w:rPr>
            </w:pPr>
            <w:r w:rsidRPr="00505B42">
              <w:rPr>
                <w:rFonts w:cs="Noto Sans"/>
              </w:rPr>
              <w:t>Weak relationship</w:t>
            </w:r>
          </w:p>
        </w:tc>
        <w:tc>
          <w:tcPr>
            <w:tcW w:w="7171" w:type="dxa"/>
          </w:tcPr>
          <w:p w14:paraId="3699966E"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A relationship between two numerical variables where the data is loosely spread around the best fit line.</w:t>
            </w:r>
          </w:p>
        </w:tc>
      </w:tr>
      <w:tr w:rsidR="007E21A4" w:rsidRPr="00505B42" w14:paraId="05A24C49"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88A5663" w14:textId="77777777" w:rsidR="007E21A4" w:rsidRPr="00505B42" w:rsidRDefault="00000000" w:rsidP="000C5BCD">
            <w:pPr>
              <w:spacing w:line="276" w:lineRule="auto"/>
              <w:rPr>
                <w:rFonts w:cs="Noto Sans"/>
              </w:rPr>
            </w:pPr>
            <w:r w:rsidRPr="00505B42">
              <w:rPr>
                <w:rFonts w:cs="Noto Sans"/>
              </w:rPr>
              <w:t>Relación débil</w:t>
            </w:r>
          </w:p>
        </w:tc>
        <w:tc>
          <w:tcPr>
            <w:tcW w:w="7171" w:type="dxa"/>
          </w:tcPr>
          <w:p w14:paraId="6E211151"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Una relación entre dos variables numéricas donde los datos se distribuyen libremente alrededor de la línea de mejor ajuste.</w:t>
            </w:r>
          </w:p>
        </w:tc>
      </w:tr>
    </w:tbl>
    <w:p w14:paraId="3E5549BD"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68FA9A7E" w14:textId="77777777" w:rsidR="007E21A4" w:rsidRPr="00505B42" w:rsidRDefault="00505B42" w:rsidP="00F719CF">
      <w:pPr>
        <w:pStyle w:val="Heading2"/>
      </w:pPr>
      <w:bookmarkStart w:id="20" w:name="_Toc162957002"/>
      <w:r w:rsidRPr="00505B42">
        <w:t>X</w:t>
      </w:r>
      <w:bookmarkEnd w:id="20"/>
    </w:p>
    <w:tbl>
      <w:tblPr>
        <w:tblStyle w:val="GlossaryTerm-Standard"/>
        <w:tblW w:w="0" w:type="auto"/>
        <w:tblLook w:val="0480" w:firstRow="0" w:lastRow="0" w:firstColumn="1" w:lastColumn="0" w:noHBand="0" w:noVBand="1"/>
      </w:tblPr>
      <w:tblGrid>
        <w:gridCol w:w="2131"/>
        <w:gridCol w:w="6725"/>
      </w:tblGrid>
      <w:tr w:rsidR="007E21A4" w:rsidRPr="00505B42" w14:paraId="15BA84D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7105D4DF" w14:textId="77777777" w:rsidR="007E21A4" w:rsidRPr="00505B42" w:rsidRDefault="004409E4" w:rsidP="000C5BCD">
            <w:pPr>
              <w:spacing w:line="276" w:lineRule="auto"/>
              <w:rPr>
                <w:rFonts w:cs="Noto Sans"/>
              </w:rPr>
            </w:pPr>
            <m:oMath>
              <m:r>
                <m:rPr>
                  <m:sty m:val="bi"/>
                </m:rPr>
                <w:rPr>
                  <w:rFonts w:ascii="Cambria Math" w:hAnsi="Cambria Math" w:cs="Noto Sans"/>
                </w:rPr>
                <m:t>x</m:t>
              </m:r>
            </m:oMath>
            <w:r w:rsidRPr="00505B42">
              <w:rPr>
                <w:rFonts w:cs="Noto Sans"/>
              </w:rPr>
              <w:t>-intercept</w:t>
            </w:r>
          </w:p>
        </w:tc>
        <w:tc>
          <w:tcPr>
            <w:tcW w:w="7171" w:type="dxa"/>
          </w:tcPr>
          <w:p w14:paraId="07C46DF2"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point of the graph of a function where the </w:t>
            </w:r>
            <m:oMath>
              <m:r>
                <w:rPr>
                  <w:rFonts w:ascii="Cambria Math" w:hAnsi="Cambria Math" w:cs="Noto Sans"/>
                </w:rPr>
                <m:t>y</m:t>
              </m:r>
            </m:oMath>
            <w:r w:rsidRPr="00505B42">
              <w:rPr>
                <w:rFonts w:cs="Noto Sans"/>
              </w:rPr>
              <w:t xml:space="preserve">-value is 0. This is where the graph of the function crosses the </w:t>
            </w:r>
            <m:oMath>
              <m:r>
                <w:rPr>
                  <w:rFonts w:ascii="Cambria Math" w:hAnsi="Cambria Math" w:cs="Noto Sans"/>
                </w:rPr>
                <m:t>x</m:t>
              </m:r>
            </m:oMath>
            <w:r w:rsidRPr="00505B42">
              <w:rPr>
                <w:rFonts w:cs="Noto Sans"/>
              </w:rPr>
              <w:t xml:space="preserve">-axis. </w:t>
            </w:r>
            <m:oMath>
              <m:r>
                <w:rPr>
                  <w:rFonts w:ascii="Cambria Math" w:hAnsi="Cambria Math" w:cs="Noto Sans"/>
                </w:rPr>
                <m:t>(x, 0)</m:t>
              </m:r>
            </m:oMath>
          </w:p>
        </w:tc>
      </w:tr>
      <w:tr w:rsidR="007E21A4" w:rsidRPr="00505B42" w14:paraId="3A23EE54"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F8771EB" w14:textId="77777777" w:rsidR="007E21A4" w:rsidRPr="00505B42" w:rsidRDefault="00000000" w:rsidP="000C5BCD">
            <w:pPr>
              <w:spacing w:line="276" w:lineRule="auto"/>
              <w:rPr>
                <w:rFonts w:cs="Noto Sans"/>
              </w:rPr>
            </w:pPr>
            <w:r w:rsidRPr="00505B42">
              <w:rPr>
                <w:rFonts w:cs="Noto Sans"/>
              </w:rPr>
              <w:t>Intersección con el eje “</w:t>
            </w:r>
            <m:oMath>
              <m:r>
                <m:rPr>
                  <m:sty m:val="bi"/>
                </m:rPr>
                <w:rPr>
                  <w:rFonts w:ascii="Cambria Math" w:hAnsi="Cambria Math" w:cs="Noto Sans"/>
                </w:rPr>
                <m:t>x</m:t>
              </m:r>
            </m:oMath>
            <w:r w:rsidRPr="00505B42">
              <w:rPr>
                <w:rFonts w:cs="Noto Sans"/>
              </w:rPr>
              <w:t>”</w:t>
            </w:r>
          </w:p>
        </w:tc>
        <w:tc>
          <w:tcPr>
            <w:tcW w:w="7171" w:type="dxa"/>
          </w:tcPr>
          <w:p w14:paraId="7A2A0C39"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punto de la gráfica de una función donde el valor de </w:t>
            </w:r>
            <m:oMath>
              <m:r>
                <w:rPr>
                  <w:rFonts w:ascii="Cambria Math" w:hAnsi="Cambria Math" w:cs="Noto Sans"/>
                </w:rPr>
                <m:t>y</m:t>
              </m:r>
            </m:oMath>
            <w:r w:rsidRPr="00505B42">
              <w:rPr>
                <w:rFonts w:cs="Noto Sans"/>
              </w:rPr>
              <w:t xml:space="preserve"> es 0. Aquí es donde la gráfica de la función cruza el eje </w:t>
            </w:r>
            <m:oMath>
              <m:r>
                <w:rPr>
                  <w:rFonts w:ascii="Cambria Math" w:hAnsi="Cambria Math" w:cs="Noto Sans"/>
                </w:rPr>
                <m:t>x</m:t>
              </m:r>
            </m:oMath>
            <w:r w:rsidRPr="00505B42">
              <w:rPr>
                <w:rFonts w:cs="Noto Sans"/>
              </w:rPr>
              <w:t xml:space="preserve">. </w:t>
            </w:r>
            <m:oMath>
              <m:r>
                <w:rPr>
                  <w:rFonts w:ascii="Cambria Math" w:hAnsi="Cambria Math" w:cs="Noto Sans"/>
                </w:rPr>
                <m:t>(x, 0)</m:t>
              </m:r>
            </m:oMath>
          </w:p>
        </w:tc>
      </w:tr>
    </w:tbl>
    <w:p w14:paraId="0F7ADD84"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7790D1FD" w14:textId="77777777" w:rsidR="007E21A4" w:rsidRPr="00505B42" w:rsidRDefault="00505B42" w:rsidP="00F719CF">
      <w:pPr>
        <w:pStyle w:val="Heading2"/>
      </w:pPr>
      <w:bookmarkStart w:id="21" w:name="_Toc162957003"/>
      <w:r w:rsidRPr="00505B42">
        <w:t>Y</w:t>
      </w:r>
      <w:bookmarkEnd w:id="21"/>
    </w:p>
    <w:tbl>
      <w:tblPr>
        <w:tblStyle w:val="GlossaryTerm-Standard"/>
        <w:tblW w:w="0" w:type="auto"/>
        <w:tblLook w:val="0480" w:firstRow="0" w:lastRow="0" w:firstColumn="1" w:lastColumn="0" w:noHBand="0" w:noVBand="1"/>
      </w:tblPr>
      <w:tblGrid>
        <w:gridCol w:w="2131"/>
        <w:gridCol w:w="6725"/>
      </w:tblGrid>
      <w:tr w:rsidR="007E21A4" w:rsidRPr="00505B42" w14:paraId="29189652"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09D4CA3A" w14:textId="77777777" w:rsidR="007E21A4" w:rsidRPr="00505B42" w:rsidRDefault="004409E4" w:rsidP="000C5BCD">
            <w:pPr>
              <w:spacing w:line="276" w:lineRule="auto"/>
              <w:rPr>
                <w:rFonts w:cs="Noto Sans"/>
              </w:rPr>
            </w:pPr>
            <m:oMath>
              <m:r>
                <m:rPr>
                  <m:sty m:val="bi"/>
                </m:rPr>
                <w:rPr>
                  <w:rFonts w:ascii="Cambria Math" w:hAnsi="Cambria Math" w:cs="Noto Sans"/>
                </w:rPr>
                <m:t>y</m:t>
              </m:r>
            </m:oMath>
            <w:r w:rsidRPr="00505B42">
              <w:rPr>
                <w:rFonts w:cs="Noto Sans"/>
              </w:rPr>
              <w:t>-intercept</w:t>
            </w:r>
          </w:p>
        </w:tc>
        <w:tc>
          <w:tcPr>
            <w:tcW w:w="7171" w:type="dxa"/>
          </w:tcPr>
          <w:p w14:paraId="435EDB87"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point of the graph of a function where the </w:t>
            </w:r>
            <m:oMath>
              <m:r>
                <w:rPr>
                  <w:rFonts w:ascii="Cambria Math" w:hAnsi="Cambria Math" w:cs="Noto Sans"/>
                </w:rPr>
                <m:t>x</m:t>
              </m:r>
            </m:oMath>
            <w:r w:rsidRPr="00505B42">
              <w:rPr>
                <w:rFonts w:cs="Noto Sans"/>
              </w:rPr>
              <w:t xml:space="preserve">-value is 0. This is where the graph of the function crosses the </w:t>
            </w:r>
            <m:oMath>
              <m:r>
                <w:rPr>
                  <w:rFonts w:ascii="Cambria Math" w:hAnsi="Cambria Math" w:cs="Noto Sans"/>
                </w:rPr>
                <m:t>y</m:t>
              </m:r>
            </m:oMath>
            <w:r w:rsidRPr="00505B42">
              <w:rPr>
                <w:rFonts w:cs="Noto Sans"/>
              </w:rPr>
              <w:t xml:space="preserve"> axis. </w:t>
            </w:r>
            <m:oMath>
              <m:r>
                <w:rPr>
                  <w:rFonts w:ascii="Cambria Math" w:hAnsi="Cambria Math" w:cs="Noto Sans"/>
                </w:rPr>
                <m:t>(0, y)</m:t>
              </m:r>
            </m:oMath>
          </w:p>
        </w:tc>
      </w:tr>
      <w:tr w:rsidR="007E21A4" w:rsidRPr="00505B42" w14:paraId="3A024A50"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2F4B9E2F" w14:textId="77777777" w:rsidR="007E21A4" w:rsidRPr="00505B42" w:rsidRDefault="00000000" w:rsidP="000C5BCD">
            <w:pPr>
              <w:spacing w:line="276" w:lineRule="auto"/>
              <w:rPr>
                <w:rFonts w:cs="Noto Sans"/>
              </w:rPr>
            </w:pPr>
            <w:r w:rsidRPr="00505B42">
              <w:rPr>
                <w:rFonts w:cs="Noto Sans"/>
              </w:rPr>
              <w:t>Intersección con el eje “</w:t>
            </w:r>
            <m:oMath>
              <m:r>
                <m:rPr>
                  <m:sty m:val="bi"/>
                </m:rPr>
                <w:rPr>
                  <w:rFonts w:ascii="Cambria Math" w:hAnsi="Cambria Math" w:cs="Noto Sans"/>
                </w:rPr>
                <m:t>y</m:t>
              </m:r>
            </m:oMath>
            <w:r w:rsidRPr="00505B42">
              <w:rPr>
                <w:rFonts w:cs="Noto Sans"/>
              </w:rPr>
              <w:t>”</w:t>
            </w:r>
          </w:p>
        </w:tc>
        <w:tc>
          <w:tcPr>
            <w:tcW w:w="7171" w:type="dxa"/>
          </w:tcPr>
          <w:p w14:paraId="0300351D"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El punto de la gráfica de una función donde el valor de </w:t>
            </w:r>
            <m:oMath>
              <m:r>
                <w:rPr>
                  <w:rFonts w:ascii="Cambria Math" w:hAnsi="Cambria Math" w:cs="Noto Sans"/>
                </w:rPr>
                <m:t>x</m:t>
              </m:r>
            </m:oMath>
            <w:r w:rsidRPr="00505B42">
              <w:rPr>
                <w:rFonts w:cs="Noto Sans"/>
              </w:rPr>
              <w:t xml:space="preserve"> es 0. Aquí es donde la gráfica de la función cruza el eje de </w:t>
            </w:r>
            <m:oMath>
              <m:r>
                <w:rPr>
                  <w:rFonts w:ascii="Cambria Math" w:hAnsi="Cambria Math" w:cs="Noto Sans"/>
                </w:rPr>
                <m:t>y</m:t>
              </m:r>
            </m:oMath>
            <w:r w:rsidRPr="00505B42">
              <w:rPr>
                <w:rFonts w:cs="Noto Sans"/>
              </w:rPr>
              <w:t xml:space="preserve">. </w:t>
            </w:r>
            <m:oMath>
              <m:r>
                <w:rPr>
                  <w:rFonts w:ascii="Cambria Math" w:hAnsi="Cambria Math" w:cs="Noto Sans"/>
                </w:rPr>
                <m:t>(0, y)</m:t>
              </m:r>
            </m:oMath>
          </w:p>
        </w:tc>
      </w:tr>
    </w:tbl>
    <w:p w14:paraId="04E9C26C" w14:textId="77777777" w:rsidR="007E21A4" w:rsidRPr="00505B42" w:rsidRDefault="00000000" w:rsidP="000C5BCD">
      <w:pPr>
        <w:rPr>
          <w:rFonts w:ascii="Noto Sans" w:hAnsi="Noto Sans" w:cs="Noto Sans"/>
        </w:rPr>
      </w:pPr>
      <w:r w:rsidRPr="00505B42">
        <w:rPr>
          <w:rFonts w:ascii="Noto Sans" w:hAnsi="Noto Sans" w:cs="Noto Sans"/>
        </w:rPr>
        <w:t xml:space="preserve"> </w:t>
      </w:r>
    </w:p>
    <w:p w14:paraId="16D46E2C" w14:textId="77777777" w:rsidR="007E21A4" w:rsidRPr="00505B42" w:rsidRDefault="00000000" w:rsidP="002E0641">
      <w:pPr>
        <w:pStyle w:val="Heading2"/>
        <w:keepNext/>
      </w:pPr>
      <w:bookmarkStart w:id="22" w:name="_Toc162957004"/>
      <w:r w:rsidRPr="00505B42">
        <w:lastRenderedPageBreak/>
        <w:t>Z</w:t>
      </w:r>
      <w:bookmarkEnd w:id="22"/>
    </w:p>
    <w:tbl>
      <w:tblPr>
        <w:tblStyle w:val="GlossaryTerm-Standard"/>
        <w:tblW w:w="0" w:type="auto"/>
        <w:tblLook w:val="0480" w:firstRow="0" w:lastRow="0" w:firstColumn="1" w:lastColumn="0" w:noHBand="0" w:noVBand="1"/>
      </w:tblPr>
      <w:tblGrid>
        <w:gridCol w:w="2107"/>
        <w:gridCol w:w="6749"/>
      </w:tblGrid>
      <w:tr w:rsidR="007E21A4" w:rsidRPr="00505B42" w14:paraId="23383A67"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E9345A7" w14:textId="77777777" w:rsidR="007E21A4" w:rsidRPr="00505B42" w:rsidRDefault="00000000" w:rsidP="002E0641">
            <w:pPr>
              <w:keepNext/>
              <w:spacing w:line="276" w:lineRule="auto"/>
              <w:rPr>
                <w:rFonts w:cs="Noto Sans"/>
              </w:rPr>
            </w:pPr>
            <w:r w:rsidRPr="00505B42">
              <w:rPr>
                <w:rFonts w:cs="Noto Sans"/>
              </w:rPr>
              <w:t>Zero (of a function)</w:t>
            </w:r>
          </w:p>
        </w:tc>
        <w:tc>
          <w:tcPr>
            <w:tcW w:w="7171" w:type="dxa"/>
          </w:tcPr>
          <w:p w14:paraId="22E4164D" w14:textId="77777777" w:rsidR="007E21A4" w:rsidRPr="00505B42" w:rsidRDefault="00000000" w:rsidP="002E0641">
            <w:pPr>
              <w:keepNext/>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When the input value of a function yields an output of zero (where </w:t>
            </w:r>
            <m:oMath>
              <m:r>
                <w:rPr>
                  <w:rFonts w:ascii="Cambria Math" w:hAnsi="Cambria Math" w:cs="Noto Sans"/>
                </w:rPr>
                <m:t>f(x) = 0</m:t>
              </m:r>
            </m:oMath>
            <w:r w:rsidRPr="00505B42">
              <w:rPr>
                <w:rFonts w:cs="Noto Sans"/>
              </w:rPr>
              <w:t xml:space="preserve">). On the graph, this is where the function intersects the </w:t>
            </w:r>
            <m:oMath>
              <m:r>
                <w:rPr>
                  <w:rFonts w:ascii="Cambria Math" w:hAnsi="Cambria Math" w:cs="Noto Sans"/>
                </w:rPr>
                <m:t>x</m:t>
              </m:r>
            </m:oMath>
            <w:r w:rsidRPr="00505B42">
              <w:rPr>
                <w:rFonts w:cs="Noto Sans"/>
              </w:rPr>
              <w:t>-axis.</w:t>
            </w:r>
          </w:p>
        </w:tc>
      </w:tr>
      <w:tr w:rsidR="007E21A4" w:rsidRPr="00505B42" w14:paraId="2A54DA02"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F253E43" w14:textId="77777777" w:rsidR="007E21A4" w:rsidRPr="00505B42" w:rsidRDefault="00000000" w:rsidP="002E0641">
            <w:pPr>
              <w:keepNext/>
              <w:spacing w:line="276" w:lineRule="auto"/>
              <w:rPr>
                <w:rFonts w:cs="Noto Sans"/>
              </w:rPr>
            </w:pPr>
            <w:r w:rsidRPr="00505B42">
              <w:rPr>
                <w:rFonts w:cs="Noto Sans"/>
              </w:rPr>
              <w:t>Cero (de una función)</w:t>
            </w:r>
          </w:p>
        </w:tc>
        <w:tc>
          <w:tcPr>
            <w:tcW w:w="7171" w:type="dxa"/>
          </w:tcPr>
          <w:p w14:paraId="12D256B3" w14:textId="77777777" w:rsidR="007E21A4" w:rsidRPr="00505B42" w:rsidRDefault="00000000" w:rsidP="002E0641">
            <w:pPr>
              <w:keepNext/>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Cuando el valor de entrada de una función produce una salida de cero (donde </w:t>
            </w:r>
            <m:oMath>
              <m:r>
                <w:rPr>
                  <w:rFonts w:ascii="Cambria Math" w:hAnsi="Cambria Math" w:cs="Noto Sans"/>
                </w:rPr>
                <m:t>f(x) = 0</m:t>
              </m:r>
            </m:oMath>
            <w:r w:rsidRPr="00505B42">
              <w:rPr>
                <w:rFonts w:cs="Noto Sans"/>
              </w:rPr>
              <w:t xml:space="preserve">). En la gráfica, aquí es donde la función se cruza con el eje </w:t>
            </w:r>
            <m:oMath>
              <m:r>
                <w:rPr>
                  <w:rFonts w:ascii="Cambria Math" w:hAnsi="Cambria Math" w:cs="Noto Sans"/>
                </w:rPr>
                <m:t>x</m:t>
              </m:r>
            </m:oMath>
            <w:r w:rsidRPr="00505B42">
              <w:rPr>
                <w:rFonts w:cs="Noto Sans"/>
              </w:rPr>
              <w:t>.</w:t>
            </w:r>
          </w:p>
        </w:tc>
      </w:tr>
    </w:tbl>
    <w:p w14:paraId="143C556C"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8"/>
        <w:gridCol w:w="6738"/>
      </w:tblGrid>
      <w:tr w:rsidR="007E21A4" w:rsidRPr="00505B42" w14:paraId="218A15EB"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69A5C9C7" w14:textId="77777777" w:rsidR="007E21A4" w:rsidRPr="00505B42" w:rsidRDefault="00000000" w:rsidP="000C5BCD">
            <w:pPr>
              <w:spacing w:line="276" w:lineRule="auto"/>
              <w:rPr>
                <w:rFonts w:cs="Noto Sans"/>
              </w:rPr>
            </w:pPr>
            <w:r w:rsidRPr="00505B42">
              <w:rPr>
                <w:rFonts w:cs="Noto Sans"/>
              </w:rPr>
              <w:t>Zero exponent property</w:t>
            </w:r>
          </w:p>
        </w:tc>
        <w:tc>
          <w:tcPr>
            <w:tcW w:w="6738" w:type="dxa"/>
          </w:tcPr>
          <w:p w14:paraId="183AC451" w14:textId="77777777" w:rsidR="007E21A4" w:rsidRPr="00E373CD"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m:oMathPara>
              <m:oMathParaPr>
                <m:jc m:val="left"/>
              </m:oMathParaPr>
              <m:oMath>
                <m:sSup>
                  <m:sSupPr>
                    <m:ctrlPr>
                      <w:rPr>
                        <w:rFonts w:ascii="Cambria Math" w:hAnsi="Cambria Math" w:cs="Noto Sans"/>
                        <w:i/>
                      </w:rPr>
                    </m:ctrlPr>
                  </m:sSupPr>
                  <m:e>
                    <m:r>
                      <w:rPr>
                        <w:rFonts w:ascii="Cambria Math" w:hAnsi="Cambria Math" w:cs="Noto Sans"/>
                      </w:rPr>
                      <m:t>a</m:t>
                    </m:r>
                  </m:e>
                  <m:sup>
                    <m:r>
                      <w:rPr>
                        <w:rFonts w:ascii="Cambria Math" w:hAnsi="Cambria Math" w:cs="Noto Sans"/>
                      </w:rPr>
                      <m:t>0</m:t>
                    </m:r>
                  </m:sup>
                </m:sSup>
                <m:r>
                  <w:rPr>
                    <w:rFonts w:ascii="Cambria Math" w:hAnsi="Cambria Math" w:cs="Noto Sans"/>
                  </w:rPr>
                  <m:t>=1</m:t>
                </m:r>
              </m:oMath>
            </m:oMathPara>
          </w:p>
        </w:tc>
      </w:tr>
      <w:tr w:rsidR="00E373CD" w:rsidRPr="00505B42" w14:paraId="0B9AF7E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49779E94" w14:textId="77777777" w:rsidR="00E373CD" w:rsidRPr="00754567" w:rsidRDefault="00E373CD" w:rsidP="00E373CD">
            <w:pPr>
              <w:spacing w:line="276" w:lineRule="auto"/>
              <w:rPr>
                <w:rFonts w:cs="Noto Sans"/>
                <w:lang w:val="es-ES"/>
              </w:rPr>
            </w:pPr>
            <w:r w:rsidRPr="00754567">
              <w:rPr>
                <w:rFonts w:cs="Noto Sans"/>
                <w:lang w:val="es-ES"/>
              </w:rPr>
              <w:t>Propiedad del exponente cero</w:t>
            </w:r>
          </w:p>
        </w:tc>
        <w:tc>
          <w:tcPr>
            <w:tcW w:w="6738" w:type="dxa"/>
          </w:tcPr>
          <w:p w14:paraId="0D0B752D" w14:textId="77777777" w:rsidR="00E373CD" w:rsidRPr="00E373CD" w:rsidRDefault="00000000" w:rsidP="00E373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m:oMathPara>
              <m:oMathParaPr>
                <m:jc m:val="left"/>
              </m:oMathParaPr>
              <m:oMath>
                <m:sSup>
                  <m:sSupPr>
                    <m:ctrlPr>
                      <w:rPr>
                        <w:rFonts w:ascii="Cambria Math" w:hAnsi="Cambria Math" w:cs="Noto Sans"/>
                        <w:i/>
                      </w:rPr>
                    </m:ctrlPr>
                  </m:sSupPr>
                  <m:e>
                    <m:r>
                      <w:rPr>
                        <w:rFonts w:ascii="Cambria Math" w:hAnsi="Cambria Math" w:cs="Noto Sans"/>
                      </w:rPr>
                      <m:t>a</m:t>
                    </m:r>
                  </m:e>
                  <m:sup>
                    <m:r>
                      <w:rPr>
                        <w:rFonts w:ascii="Cambria Math" w:hAnsi="Cambria Math" w:cs="Noto Sans"/>
                      </w:rPr>
                      <m:t>0</m:t>
                    </m:r>
                  </m:sup>
                </m:sSup>
                <m:r>
                  <w:rPr>
                    <w:rFonts w:ascii="Cambria Math" w:hAnsi="Cambria Math" w:cs="Noto Sans"/>
                  </w:rPr>
                  <m:t>=1</m:t>
                </m:r>
              </m:oMath>
            </m:oMathPara>
          </w:p>
        </w:tc>
      </w:tr>
    </w:tbl>
    <w:p w14:paraId="5325D187"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7E21A4" w:rsidRPr="00505B42" w14:paraId="4020A70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CE41C1B" w14:textId="77777777" w:rsidR="007E21A4" w:rsidRPr="00505B42" w:rsidRDefault="00000000" w:rsidP="000C5BCD">
            <w:pPr>
              <w:spacing w:line="276" w:lineRule="auto"/>
              <w:rPr>
                <w:rFonts w:cs="Noto Sans"/>
              </w:rPr>
            </w:pPr>
            <w:r w:rsidRPr="00505B42">
              <w:rPr>
                <w:rFonts w:cs="Noto Sans"/>
              </w:rPr>
              <w:t>Zero product property</w:t>
            </w:r>
          </w:p>
        </w:tc>
        <w:tc>
          <w:tcPr>
            <w:tcW w:w="7171" w:type="dxa"/>
          </w:tcPr>
          <w:p w14:paraId="06171F83"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If the product of two quantities is zero, then at least one of the quantities is zero. If </w:t>
            </w:r>
            <m:oMath>
              <m:r>
                <w:rPr>
                  <w:rFonts w:ascii="Cambria Math" w:hAnsi="Cambria Math" w:cs="Noto Sans"/>
                </w:rPr>
                <m:t>(a)(b) = 0</m:t>
              </m:r>
            </m:oMath>
            <w:r w:rsidRPr="00505B42">
              <w:rPr>
                <w:rFonts w:cs="Noto Sans"/>
              </w:rPr>
              <w:t xml:space="preserve">, then either </w:t>
            </w:r>
            <m:oMath>
              <m:r>
                <w:rPr>
                  <w:rFonts w:ascii="Cambria Math" w:hAnsi="Cambria Math" w:cs="Noto Sans"/>
                </w:rPr>
                <m:t>a = 0</m:t>
              </m:r>
            </m:oMath>
            <w:r w:rsidRPr="00505B42">
              <w:rPr>
                <w:rFonts w:cs="Noto Sans"/>
              </w:rPr>
              <w:t xml:space="preserve"> or </w:t>
            </w:r>
            <m:oMath>
              <m:r>
                <w:rPr>
                  <w:rFonts w:ascii="Cambria Math" w:hAnsi="Cambria Math" w:cs="Noto Sans"/>
                </w:rPr>
                <m:t>b = 0</m:t>
              </m:r>
            </m:oMath>
            <w:r w:rsidRPr="00505B42">
              <w:rPr>
                <w:rFonts w:cs="Noto Sans"/>
              </w:rPr>
              <w:t>.</w:t>
            </w:r>
          </w:p>
        </w:tc>
      </w:tr>
      <w:tr w:rsidR="007E21A4" w:rsidRPr="00505B42" w14:paraId="433F247C"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FB57BFC" w14:textId="77777777" w:rsidR="007E21A4" w:rsidRPr="00505B42" w:rsidRDefault="00000000" w:rsidP="000C5BCD">
            <w:pPr>
              <w:spacing w:line="276" w:lineRule="auto"/>
              <w:rPr>
                <w:rFonts w:cs="Noto Sans"/>
              </w:rPr>
            </w:pPr>
            <w:r w:rsidRPr="00505B42">
              <w:rPr>
                <w:rFonts w:cs="Noto Sans"/>
              </w:rPr>
              <w:t>Propiedad de producto cero</w:t>
            </w:r>
          </w:p>
        </w:tc>
        <w:tc>
          <w:tcPr>
            <w:tcW w:w="7171" w:type="dxa"/>
          </w:tcPr>
          <w:p w14:paraId="3062395B"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Si el producto de dos cantidades es cero, entonces al menos una de las cantidades es cero. Si </w:t>
            </w:r>
            <m:oMath>
              <m:r>
                <w:rPr>
                  <w:rFonts w:ascii="Cambria Math" w:hAnsi="Cambria Math" w:cs="Noto Sans"/>
                </w:rPr>
                <m:t>(a)(b) = 0</m:t>
              </m:r>
            </m:oMath>
            <w:r w:rsidRPr="00505B42">
              <w:rPr>
                <w:rFonts w:cs="Noto Sans"/>
              </w:rPr>
              <w:t xml:space="preserve">, entonces </w:t>
            </w:r>
            <m:oMath>
              <m:r>
                <w:rPr>
                  <w:rFonts w:ascii="Cambria Math" w:hAnsi="Cambria Math" w:cs="Noto Sans"/>
                </w:rPr>
                <m:t>a = 0</m:t>
              </m:r>
            </m:oMath>
            <w:r w:rsidRPr="00505B42">
              <w:rPr>
                <w:rFonts w:cs="Noto Sans"/>
              </w:rPr>
              <w:t xml:space="preserve"> o </w:t>
            </w:r>
            <m:oMath>
              <m:r>
                <w:rPr>
                  <w:rFonts w:ascii="Cambria Math" w:hAnsi="Cambria Math" w:cs="Noto Sans"/>
                </w:rPr>
                <m:t>b = 0</m:t>
              </m:r>
            </m:oMath>
            <w:r w:rsidRPr="00505B42">
              <w:rPr>
                <w:rFonts w:cs="Noto Sans"/>
              </w:rPr>
              <w:t>.</w:t>
            </w:r>
          </w:p>
        </w:tc>
      </w:tr>
    </w:tbl>
    <w:p w14:paraId="68678D60" w14:textId="77777777" w:rsidR="007E21A4" w:rsidRPr="00505B42" w:rsidRDefault="00000000" w:rsidP="000C5BCD">
      <w:pPr>
        <w:rPr>
          <w:rFonts w:ascii="Noto Sans" w:hAnsi="Noto Sans" w:cs="Noto Sans"/>
        </w:rPr>
      </w:pPr>
      <w:r w:rsidRPr="00505B42">
        <w:rPr>
          <w:rFonts w:ascii="Noto Sans" w:hAnsi="Noto Sans" w:cs="Noto Sans"/>
        </w:rPr>
        <w:t xml:space="preserve"> </w:t>
      </w:r>
    </w:p>
    <w:tbl>
      <w:tblPr>
        <w:tblStyle w:val="GlossaryTerm-Standard"/>
        <w:tblW w:w="0" w:type="auto"/>
        <w:tblLook w:val="0480" w:firstRow="0" w:lastRow="0" w:firstColumn="1" w:lastColumn="0" w:noHBand="0" w:noVBand="1"/>
      </w:tblPr>
      <w:tblGrid>
        <w:gridCol w:w="2113"/>
        <w:gridCol w:w="6743"/>
      </w:tblGrid>
      <w:tr w:rsidR="007E21A4" w:rsidRPr="00505B42" w14:paraId="1148FE6D" w14:textId="77777777" w:rsidTr="00754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67A77E07" w14:textId="77777777" w:rsidR="007E21A4" w:rsidRPr="00505B42" w:rsidRDefault="00000000" w:rsidP="000C5BCD">
            <w:pPr>
              <w:spacing w:line="276" w:lineRule="auto"/>
              <w:rPr>
                <w:rFonts w:cs="Noto Sans"/>
              </w:rPr>
            </w:pPr>
            <w:r w:rsidRPr="00505B42">
              <w:rPr>
                <w:rFonts w:cs="Noto Sans"/>
              </w:rPr>
              <w:t>Zero slope</w:t>
            </w:r>
          </w:p>
        </w:tc>
        <w:tc>
          <w:tcPr>
            <w:tcW w:w="7171" w:type="dxa"/>
          </w:tcPr>
          <w:p w14:paraId="1F9AD0CD" w14:textId="77777777" w:rsidR="007E21A4" w:rsidRPr="00505B42" w:rsidRDefault="00000000" w:rsidP="000C5BCD">
            <w:pPr>
              <w:spacing w:line="276" w:lineRule="auto"/>
              <w:cnfStyle w:val="000000100000" w:firstRow="0" w:lastRow="0" w:firstColumn="0" w:lastColumn="0" w:oddVBand="0" w:evenVBand="0" w:oddHBand="1" w:evenHBand="0" w:firstRowFirstColumn="0" w:firstRowLastColumn="0" w:lastRowFirstColumn="0" w:lastRowLastColumn="0"/>
              <w:rPr>
                <w:rFonts w:cs="Noto Sans"/>
              </w:rPr>
            </w:pPr>
            <w:r w:rsidRPr="00505B42">
              <w:rPr>
                <w:rFonts w:cs="Noto Sans"/>
              </w:rPr>
              <w:t xml:space="preserve">The slope of a horizontal line because the line does not have a change in </w:t>
            </w:r>
            <m:oMath>
              <m:r>
                <w:rPr>
                  <w:rFonts w:ascii="Cambria Math" w:hAnsi="Cambria Math" w:cs="Noto Sans"/>
                </w:rPr>
                <m:t>y</m:t>
              </m:r>
            </m:oMath>
            <w:r w:rsidRPr="00505B42">
              <w:rPr>
                <w:rFonts w:cs="Noto Sans"/>
              </w:rPr>
              <w:t xml:space="preserve">-values. (The </w:t>
            </w:r>
            <m:oMath>
              <m:r>
                <w:rPr>
                  <w:rFonts w:ascii="Cambria Math" w:hAnsi="Cambria Math" w:cs="Noto Sans"/>
                </w:rPr>
                <m:t>y</m:t>
              </m:r>
            </m:oMath>
            <w:r w:rsidRPr="00505B42">
              <w:rPr>
                <w:rFonts w:cs="Noto Sans"/>
              </w:rPr>
              <w:t>-values remain the same.)</w:t>
            </w:r>
          </w:p>
        </w:tc>
      </w:tr>
      <w:tr w:rsidR="007E21A4" w:rsidRPr="00505B42" w14:paraId="2B8F560A" w14:textId="77777777" w:rsidTr="00754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Pr>
          <w:p w14:paraId="385546AF" w14:textId="77777777" w:rsidR="007E21A4" w:rsidRPr="00505B42" w:rsidRDefault="00000000" w:rsidP="000C5BCD">
            <w:pPr>
              <w:spacing w:line="276" w:lineRule="auto"/>
              <w:rPr>
                <w:rFonts w:cs="Noto Sans"/>
              </w:rPr>
            </w:pPr>
            <w:r w:rsidRPr="00505B42">
              <w:rPr>
                <w:rFonts w:cs="Noto Sans"/>
              </w:rPr>
              <w:t>Pendiente cero</w:t>
            </w:r>
          </w:p>
        </w:tc>
        <w:tc>
          <w:tcPr>
            <w:tcW w:w="7171" w:type="dxa"/>
          </w:tcPr>
          <w:p w14:paraId="3A856C0F" w14:textId="77777777" w:rsidR="007E21A4" w:rsidRPr="00505B42" w:rsidRDefault="00000000" w:rsidP="000C5BCD">
            <w:pPr>
              <w:spacing w:line="276" w:lineRule="auto"/>
              <w:cnfStyle w:val="000000010000" w:firstRow="0" w:lastRow="0" w:firstColumn="0" w:lastColumn="0" w:oddVBand="0" w:evenVBand="0" w:oddHBand="0" w:evenHBand="1" w:firstRowFirstColumn="0" w:firstRowLastColumn="0" w:lastRowFirstColumn="0" w:lastRowLastColumn="0"/>
              <w:rPr>
                <w:rFonts w:cs="Noto Sans"/>
              </w:rPr>
            </w:pPr>
            <w:r w:rsidRPr="00505B42">
              <w:rPr>
                <w:rFonts w:cs="Noto Sans"/>
              </w:rPr>
              <w:t xml:space="preserve">La pendiente de una línea horizontal porque la línea no tiene un cambio en los valores de </w:t>
            </w:r>
            <m:oMath>
              <m:r>
                <w:rPr>
                  <w:rFonts w:ascii="Cambria Math" w:hAnsi="Cambria Math" w:cs="Noto Sans"/>
                </w:rPr>
                <m:t>y</m:t>
              </m:r>
            </m:oMath>
            <w:r w:rsidRPr="00505B42">
              <w:rPr>
                <w:rFonts w:cs="Noto Sans"/>
              </w:rPr>
              <w:t xml:space="preserve">. (Los valores de </w:t>
            </w:r>
            <m:oMath>
              <m:r>
                <w:rPr>
                  <w:rFonts w:ascii="Cambria Math" w:hAnsi="Cambria Math" w:cs="Noto Sans"/>
                </w:rPr>
                <m:t>y</m:t>
              </m:r>
            </m:oMath>
            <w:r w:rsidRPr="00505B42">
              <w:rPr>
                <w:rFonts w:cs="Noto Sans"/>
              </w:rPr>
              <w:t xml:space="preserve"> siguen siendo los mismos).</w:t>
            </w:r>
          </w:p>
        </w:tc>
      </w:tr>
    </w:tbl>
    <w:p w14:paraId="34E48843" w14:textId="77777777" w:rsidR="007E21A4" w:rsidRPr="00505B42" w:rsidRDefault="00000000" w:rsidP="000C5BCD">
      <w:pPr>
        <w:rPr>
          <w:rFonts w:ascii="Noto Sans" w:hAnsi="Noto Sans" w:cs="Noto Sans"/>
        </w:rPr>
      </w:pPr>
      <w:r w:rsidRPr="00505B42">
        <w:rPr>
          <w:rFonts w:ascii="Noto Sans" w:hAnsi="Noto Sans" w:cs="Noto Sans"/>
        </w:rPr>
        <w:t xml:space="preserve"> </w:t>
      </w:r>
    </w:p>
    <w:sectPr w:rsidR="007E21A4" w:rsidRPr="00505B42" w:rsidSect="00DC087D">
      <w:footerReference w:type="even" r:id="rId26"/>
      <w:footerReference w:type="default" r:id="rId27"/>
      <w:headerReference w:type="first" r:id="rId28"/>
      <w:footerReference w:type="first" r:id="rId2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0614E" w14:textId="77777777" w:rsidR="00B453E6" w:rsidRDefault="00B453E6" w:rsidP="00E373CD">
      <w:pPr>
        <w:spacing w:after="0" w:line="240" w:lineRule="auto"/>
      </w:pPr>
      <w:r>
        <w:separator/>
      </w:r>
    </w:p>
  </w:endnote>
  <w:endnote w:type="continuationSeparator" w:id="0">
    <w:p w14:paraId="79771B38" w14:textId="77777777" w:rsidR="00B453E6" w:rsidRDefault="00B453E6" w:rsidP="00E37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w:panose1 w:val="020B0502040504020204"/>
    <w:charset w:val="00"/>
    <w:family w:val="swiss"/>
    <w:pitch w:val="variable"/>
    <w:sig w:usb0="E00082FF" w:usb1="400078FF" w:usb2="08000029"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4852254"/>
      <w:docPartObj>
        <w:docPartGallery w:val="Page Numbers (Bottom of Page)"/>
        <w:docPartUnique/>
      </w:docPartObj>
    </w:sdtPr>
    <w:sdtContent>
      <w:p w14:paraId="3BA6B03B" w14:textId="77777777" w:rsidR="00E373CD" w:rsidRDefault="00E373CD" w:rsidP="00C35E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C3927A" w14:textId="77777777" w:rsidR="00E373CD" w:rsidRDefault="00E373CD" w:rsidP="00E373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338925"/>
      <w:docPartObj>
        <w:docPartGallery w:val="Page Numbers (Bottom of Page)"/>
        <w:docPartUnique/>
      </w:docPartObj>
    </w:sdtPr>
    <w:sdtContent>
      <w:p w14:paraId="1F67995E" w14:textId="77777777" w:rsidR="00E373CD" w:rsidRDefault="00E373CD" w:rsidP="00C35E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7366DD" w14:textId="77777777" w:rsidR="006F4AAB" w:rsidRPr="006F4AAB" w:rsidRDefault="006F4AAB" w:rsidP="006F4AAB">
    <w:pPr>
      <w:pStyle w:val="Footer"/>
      <w:rPr>
        <w:rFonts w:ascii="Noto Sans" w:hAnsi="Noto Sans" w:cs="Noto Sans"/>
      </w:rPr>
    </w:pPr>
    <w:r w:rsidRPr="006F4AAB">
      <w:rPr>
        <w:rFonts w:ascii="Noto Sans" w:hAnsi="Noto Sans" w:cs="Noto Sans"/>
      </w:rPr>
      <w:t>Openstax CC BY</w:t>
    </w:r>
    <w:r w:rsidR="00181D60">
      <w:rPr>
        <w:rFonts w:ascii="Noto Sans" w:hAnsi="Noto Sans" w:cs="Noto Sans"/>
      </w:rPr>
      <w:t xml:space="preserve"> </w:t>
    </w:r>
    <w:r w:rsidRPr="006F4AAB">
      <w:rPr>
        <w:rFonts w:ascii="Noto Sans" w:hAnsi="Noto Sans" w:cs="Noto Sans"/>
      </w:rPr>
      <w:t>NC</w:t>
    </w:r>
    <w:r w:rsidR="00181D60">
      <w:rPr>
        <w:rFonts w:ascii="Noto Sans" w:hAnsi="Noto Sans" w:cs="Noto Sans"/>
      </w:rPr>
      <w:t xml:space="preserve"> SA</w:t>
    </w:r>
  </w:p>
  <w:p w14:paraId="3A3E2392" w14:textId="77777777" w:rsidR="00E373CD" w:rsidRPr="006F4AAB" w:rsidRDefault="006F4AAB" w:rsidP="006F4AAB">
    <w:pPr>
      <w:pStyle w:val="Footer"/>
      <w:rPr>
        <w:rFonts w:ascii="Noto Sans" w:hAnsi="Noto Sans" w:cs="Noto Sans"/>
        <w:i/>
        <w:iCs/>
      </w:rPr>
    </w:pPr>
    <w:r w:rsidRPr="006F4AAB">
      <w:rPr>
        <w:rFonts w:ascii="Noto Sans" w:hAnsi="Noto Sans" w:cs="Noto Sans"/>
        <w:i/>
        <w:iCs/>
      </w:rPr>
      <w:t xml:space="preserve">Algebra </w:t>
    </w:r>
    <w:r w:rsidR="00743648">
      <w:rPr>
        <w:rFonts w:ascii="Noto Sans" w:hAnsi="Noto Sans" w:cs="Noto Sans"/>
        <w:i/>
        <w:iCs/>
      </w:rPr>
      <w:t>1</w:t>
    </w:r>
    <w:r w:rsidRPr="006F4AAB">
      <w:rPr>
        <w:rFonts w:ascii="Noto Sans" w:hAnsi="Noto Sans" w:cs="Noto Sans"/>
        <w:i/>
        <w:iCs/>
      </w:rPr>
      <w:t>, brought to you by Openstax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6518" w14:textId="77777777" w:rsidR="006F4AAB" w:rsidRPr="006F4AAB" w:rsidRDefault="006F4AAB" w:rsidP="006F4AAB">
    <w:pPr>
      <w:pStyle w:val="Footer"/>
      <w:rPr>
        <w:rFonts w:ascii="Noto Sans" w:hAnsi="Noto Sans" w:cs="Noto Sans"/>
      </w:rPr>
    </w:pPr>
    <w:r w:rsidRPr="006F4AAB">
      <w:rPr>
        <w:rFonts w:ascii="Noto Sans" w:hAnsi="Noto Sans" w:cs="Noto Sans"/>
      </w:rPr>
      <w:t>Openstax CC BY</w:t>
    </w:r>
    <w:r w:rsidR="003A22EA">
      <w:rPr>
        <w:rFonts w:ascii="Noto Sans" w:hAnsi="Noto Sans" w:cs="Noto Sans"/>
      </w:rPr>
      <w:t xml:space="preserve"> </w:t>
    </w:r>
    <w:r w:rsidRPr="006F4AAB">
      <w:rPr>
        <w:rFonts w:ascii="Noto Sans" w:hAnsi="Noto Sans" w:cs="Noto Sans"/>
      </w:rPr>
      <w:t>NC</w:t>
    </w:r>
    <w:r w:rsidR="003A22EA">
      <w:rPr>
        <w:rFonts w:ascii="Noto Sans" w:hAnsi="Noto Sans" w:cs="Noto Sans"/>
      </w:rPr>
      <w:t xml:space="preserve"> SA</w:t>
    </w:r>
  </w:p>
  <w:p w14:paraId="79D73922" w14:textId="77777777" w:rsidR="006F4AAB" w:rsidRPr="006F4AAB" w:rsidRDefault="006F4AAB">
    <w:pPr>
      <w:pStyle w:val="Footer"/>
      <w:rPr>
        <w:rFonts w:ascii="Noto Sans" w:hAnsi="Noto Sans" w:cs="Noto Sans"/>
        <w:i/>
        <w:iCs/>
      </w:rPr>
    </w:pPr>
    <w:r w:rsidRPr="006F4AAB">
      <w:rPr>
        <w:rFonts w:ascii="Noto Sans" w:hAnsi="Noto Sans" w:cs="Noto Sans"/>
        <w:i/>
        <w:iCs/>
      </w:rPr>
      <w:t xml:space="preserve">Algebra </w:t>
    </w:r>
    <w:r w:rsidR="003A22EA">
      <w:rPr>
        <w:rFonts w:ascii="Noto Sans" w:hAnsi="Noto Sans" w:cs="Noto Sans"/>
        <w:i/>
        <w:iCs/>
      </w:rPr>
      <w:t>1</w:t>
    </w:r>
    <w:r w:rsidRPr="006F4AAB">
      <w:rPr>
        <w:rFonts w:ascii="Noto Sans" w:hAnsi="Noto Sans" w:cs="Noto Sans"/>
        <w:i/>
        <w:iCs/>
      </w:rPr>
      <w:t>,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33084" w14:textId="77777777" w:rsidR="00B453E6" w:rsidRDefault="00B453E6" w:rsidP="00E373CD">
      <w:pPr>
        <w:spacing w:after="0" w:line="240" w:lineRule="auto"/>
      </w:pPr>
      <w:r>
        <w:separator/>
      </w:r>
    </w:p>
  </w:footnote>
  <w:footnote w:type="continuationSeparator" w:id="0">
    <w:p w14:paraId="2F0ADE94" w14:textId="77777777" w:rsidR="00B453E6" w:rsidRDefault="00B453E6" w:rsidP="00E37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58B07" w14:textId="77777777" w:rsidR="00F719CF" w:rsidRDefault="00F719CF" w:rsidP="00F719CF">
    <w:pPr>
      <w:pStyle w:val="NormalWeb"/>
      <w:spacing w:before="0" w:beforeAutospacing="0" w:after="0" w:afterAutospacing="0"/>
      <w:rPr>
        <w:rFonts w:ascii="Noto Sans" w:hAnsi="Noto Sans" w:cs="Noto San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F719CF" w14:paraId="4403D6DC" w14:textId="77777777" w:rsidTr="00F719CF">
      <w:tc>
        <w:tcPr>
          <w:tcW w:w="4428" w:type="dxa"/>
        </w:tcPr>
        <w:p w14:paraId="0AB379EA" w14:textId="77777777" w:rsidR="00F719CF" w:rsidRDefault="006F4AAB" w:rsidP="00F719CF">
          <w:pPr>
            <w:pStyle w:val="NormalWeb"/>
            <w:spacing w:before="0" w:beforeAutospacing="0" w:after="0" w:afterAutospacing="0"/>
            <w:rPr>
              <w:rFonts w:ascii="Noto Sans" w:hAnsi="Noto Sans" w:cs="Noto Sans"/>
              <w:color w:val="000000"/>
              <w:sz w:val="22"/>
              <w:szCs w:val="22"/>
            </w:rPr>
          </w:pPr>
          <w:r>
            <w:rPr>
              <w:rFonts w:ascii="Noto Sans" w:hAnsi="Noto Sans" w:cs="Noto Sans"/>
              <w:noProof/>
              <w:color w:val="000000"/>
              <w:sz w:val="22"/>
              <w:szCs w:val="22"/>
            </w:rPr>
            <w:drawing>
              <wp:inline distT="0" distB="0" distL="0" distR="0" wp14:anchorId="03DFDFCB" wp14:editId="4BEEDDEA">
                <wp:extent cx="2099733" cy="406400"/>
                <wp:effectExtent l="0" t="0" r="0" b="0"/>
                <wp:docPr id="55737303" name="Picture 2" descr="Ric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7303" name="Picture 2" descr="Rice University logo"/>
                        <pic:cNvPicPr/>
                      </pic:nvPicPr>
                      <pic:blipFill>
                        <a:blip r:embed="rId1"/>
                        <a:stretch>
                          <a:fillRect/>
                        </a:stretch>
                      </pic:blipFill>
                      <pic:spPr>
                        <a:xfrm>
                          <a:off x="0" y="0"/>
                          <a:ext cx="2102031" cy="406845"/>
                        </a:xfrm>
                        <a:prstGeom prst="rect">
                          <a:avLst/>
                        </a:prstGeom>
                      </pic:spPr>
                    </pic:pic>
                  </a:graphicData>
                </a:graphic>
              </wp:inline>
            </w:drawing>
          </w:r>
        </w:p>
      </w:tc>
      <w:tc>
        <w:tcPr>
          <w:tcW w:w="4428" w:type="dxa"/>
        </w:tcPr>
        <w:p w14:paraId="2258CED7" w14:textId="77777777" w:rsidR="00F719CF" w:rsidRDefault="00F719CF" w:rsidP="00F719CF">
          <w:pPr>
            <w:pStyle w:val="NormalWeb"/>
            <w:spacing w:before="0" w:beforeAutospacing="0" w:after="0" w:afterAutospacing="0"/>
            <w:jc w:val="right"/>
            <w:rPr>
              <w:rFonts w:ascii="Noto Sans" w:hAnsi="Noto Sans" w:cs="Noto Sans"/>
              <w:color w:val="000000"/>
              <w:sz w:val="22"/>
              <w:szCs w:val="22"/>
            </w:rPr>
          </w:pPr>
          <w:r>
            <w:rPr>
              <w:rFonts w:ascii="Noto Sans" w:hAnsi="Noto Sans" w:cs="Noto Sans"/>
              <w:color w:val="000000"/>
              <w:sz w:val="22"/>
              <w:szCs w:val="22"/>
              <w:bdr w:val="none" w:sz="0" w:space="0" w:color="auto" w:frame="1"/>
            </w:rPr>
            <w:fldChar w:fldCharType="begin"/>
          </w:r>
          <w:r>
            <w:rPr>
              <w:rFonts w:ascii="Noto Sans" w:hAnsi="Noto Sans" w:cs="Noto Sans"/>
              <w:color w:val="000000"/>
              <w:sz w:val="22"/>
              <w:szCs w:val="22"/>
              <w:bdr w:val="none" w:sz="0" w:space="0" w:color="auto" w:frame="1"/>
            </w:rPr>
            <w:instrText xml:space="preserve"> INCLUDEPICTURE "https://lh7-us.googleusercontent.com/0IvydmV7p12H9HzxWShZhZ4olBn_k4FqX7N8ulyDjEmIDXqn_vbeZDGAFbSOnmRLF58aImzx-h01RELuDjyYHXEAygw50o70FzGj9aomuESWqkMi8qqIqDeUaxtcp_w6nAilNBW_b5f7ZK9u1VTQew" \* MERGEFORMATINET </w:instrText>
          </w:r>
          <w:r>
            <w:rPr>
              <w:rFonts w:ascii="Noto Sans" w:hAnsi="Noto Sans" w:cs="Noto Sans"/>
              <w:color w:val="000000"/>
              <w:sz w:val="22"/>
              <w:szCs w:val="22"/>
              <w:bdr w:val="none" w:sz="0" w:space="0" w:color="auto" w:frame="1"/>
            </w:rPr>
            <w:fldChar w:fldCharType="separate"/>
          </w:r>
          <w:r>
            <w:rPr>
              <w:rFonts w:ascii="Noto Sans" w:hAnsi="Noto Sans" w:cs="Noto Sans"/>
              <w:noProof/>
              <w:color w:val="000000"/>
              <w:sz w:val="22"/>
              <w:szCs w:val="22"/>
              <w:bdr w:val="none" w:sz="0" w:space="0" w:color="auto" w:frame="1"/>
            </w:rPr>
            <w:drawing>
              <wp:inline distT="0" distB="0" distL="0" distR="0" wp14:anchorId="15AC7D10" wp14:editId="77BD5CFF">
                <wp:extent cx="1511141" cy="406400"/>
                <wp:effectExtent l="0" t="0" r="635" b="0"/>
                <wp:docPr id="1992697787" name="Picture 1" descr="OpenStax logo featuring a stylized stack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97787" name="Picture 1" descr="OpenStax logo featuring a stylized stack of books"/>
                        <pic:cNvPicPr>
                          <a:picLocks noChangeAspect="1" noChangeArrowheads="1"/>
                        </pic:cNvPicPr>
                      </pic:nvPicPr>
                      <pic:blipFill rotWithShape="1">
                        <a:blip r:embed="rId2">
                          <a:extLst>
                            <a:ext uri="{28A0092B-C50C-407E-A947-70E740481C1C}">
                              <a14:useLocalDpi xmlns:a14="http://schemas.microsoft.com/office/drawing/2010/main" val="0"/>
                            </a:ext>
                          </a:extLst>
                        </a:blip>
                        <a:srcRect t="9877" b="11111"/>
                        <a:stretch/>
                      </pic:blipFill>
                      <pic:spPr bwMode="auto">
                        <a:xfrm>
                          <a:off x="0" y="0"/>
                          <a:ext cx="1514905" cy="4074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Noto Sans" w:hAnsi="Noto Sans" w:cs="Noto Sans"/>
              <w:color w:val="000000"/>
              <w:sz w:val="22"/>
              <w:szCs w:val="22"/>
              <w:bdr w:val="none" w:sz="0" w:space="0" w:color="auto" w:frame="1"/>
            </w:rPr>
            <w:fldChar w:fldCharType="end"/>
          </w:r>
        </w:p>
      </w:tc>
    </w:tr>
  </w:tbl>
  <w:p w14:paraId="62569E12" w14:textId="77777777" w:rsidR="00F719CF" w:rsidRDefault="00F71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42173307">
    <w:abstractNumId w:val="8"/>
  </w:num>
  <w:num w:numId="2" w16cid:durableId="311495293">
    <w:abstractNumId w:val="6"/>
  </w:num>
  <w:num w:numId="3" w16cid:durableId="1436242613">
    <w:abstractNumId w:val="5"/>
  </w:num>
  <w:num w:numId="4" w16cid:durableId="1175418413">
    <w:abstractNumId w:val="4"/>
  </w:num>
  <w:num w:numId="5" w16cid:durableId="702099524">
    <w:abstractNumId w:val="7"/>
  </w:num>
  <w:num w:numId="6" w16cid:durableId="1858499974">
    <w:abstractNumId w:val="3"/>
  </w:num>
  <w:num w:numId="7" w16cid:durableId="719400622">
    <w:abstractNumId w:val="2"/>
  </w:num>
  <w:num w:numId="8" w16cid:durableId="1979140135">
    <w:abstractNumId w:val="1"/>
  </w:num>
  <w:num w:numId="9" w16cid:durableId="1093211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C5BCD"/>
    <w:rsid w:val="000F3E70"/>
    <w:rsid w:val="00110340"/>
    <w:rsid w:val="0015074B"/>
    <w:rsid w:val="001616C8"/>
    <w:rsid w:val="00181D60"/>
    <w:rsid w:val="001C5576"/>
    <w:rsid w:val="00294ADB"/>
    <w:rsid w:val="0029639D"/>
    <w:rsid w:val="002E0641"/>
    <w:rsid w:val="00326F90"/>
    <w:rsid w:val="00370EB2"/>
    <w:rsid w:val="003840CF"/>
    <w:rsid w:val="003914A4"/>
    <w:rsid w:val="003A22EA"/>
    <w:rsid w:val="003E0449"/>
    <w:rsid w:val="004409E4"/>
    <w:rsid w:val="004A6EBC"/>
    <w:rsid w:val="00505B42"/>
    <w:rsid w:val="0059319D"/>
    <w:rsid w:val="005A52E0"/>
    <w:rsid w:val="006653D9"/>
    <w:rsid w:val="00666E28"/>
    <w:rsid w:val="006F4AAB"/>
    <w:rsid w:val="0071471C"/>
    <w:rsid w:val="00743648"/>
    <w:rsid w:val="00754567"/>
    <w:rsid w:val="00761EE1"/>
    <w:rsid w:val="007E21A4"/>
    <w:rsid w:val="007F4DBC"/>
    <w:rsid w:val="0084029E"/>
    <w:rsid w:val="008870D0"/>
    <w:rsid w:val="008A4E73"/>
    <w:rsid w:val="008E472A"/>
    <w:rsid w:val="00990DF8"/>
    <w:rsid w:val="009B2149"/>
    <w:rsid w:val="00A43170"/>
    <w:rsid w:val="00AA1D8D"/>
    <w:rsid w:val="00AC7847"/>
    <w:rsid w:val="00B017CE"/>
    <w:rsid w:val="00B453E6"/>
    <w:rsid w:val="00B47730"/>
    <w:rsid w:val="00B722FE"/>
    <w:rsid w:val="00BE6126"/>
    <w:rsid w:val="00BF4B45"/>
    <w:rsid w:val="00C31FEF"/>
    <w:rsid w:val="00C457E8"/>
    <w:rsid w:val="00C7712B"/>
    <w:rsid w:val="00CB0664"/>
    <w:rsid w:val="00D45FF1"/>
    <w:rsid w:val="00DA5633"/>
    <w:rsid w:val="00DB1EAB"/>
    <w:rsid w:val="00DC087D"/>
    <w:rsid w:val="00E01830"/>
    <w:rsid w:val="00E373CD"/>
    <w:rsid w:val="00E4277C"/>
    <w:rsid w:val="00E938BC"/>
    <w:rsid w:val="00ED039D"/>
    <w:rsid w:val="00F719C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5CDDB2"/>
  <w14:defaultImageDpi w14:val="300"/>
  <w15:docId w15:val="{F394825A-5014-1C42-AA11-208837F1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719CF"/>
    <w:pPr>
      <w:outlineLvl w:val="0"/>
    </w:pPr>
    <w:rPr>
      <w:rFonts w:ascii="Noto Sans" w:hAnsi="Noto Sans" w:cs="Noto Sans"/>
      <w:b/>
      <w:bCs/>
      <w:color w:val="0A5B50"/>
      <w:sz w:val="32"/>
      <w:szCs w:val="32"/>
    </w:rPr>
  </w:style>
  <w:style w:type="paragraph" w:styleId="Heading2">
    <w:name w:val="heading 2"/>
    <w:basedOn w:val="Heading1"/>
    <w:next w:val="Normal"/>
    <w:link w:val="Heading2Char"/>
    <w:uiPriority w:val="9"/>
    <w:unhideWhenUsed/>
    <w:qFormat/>
    <w:rsid w:val="00F719CF"/>
    <w:pPr>
      <w:outlineLvl w:val="1"/>
    </w:pPr>
    <w:rPr>
      <w:sz w:val="48"/>
      <w:szCs w:val="48"/>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719CF"/>
    <w:rPr>
      <w:rFonts w:ascii="Noto Sans" w:hAnsi="Noto Sans" w:cs="Noto Sans"/>
      <w:b/>
      <w:bCs/>
      <w:color w:val="0A5B50"/>
      <w:sz w:val="32"/>
      <w:szCs w:val="32"/>
    </w:rPr>
  </w:style>
  <w:style w:type="character" w:customStyle="1" w:styleId="Heading2Char">
    <w:name w:val="Heading 2 Char"/>
    <w:basedOn w:val="DefaultParagraphFont"/>
    <w:link w:val="Heading2"/>
    <w:uiPriority w:val="9"/>
    <w:rsid w:val="00F719CF"/>
    <w:rPr>
      <w:rFonts w:ascii="Noto Sans" w:hAnsi="Noto Sans" w:cs="Noto Sans"/>
      <w:b/>
      <w:bCs/>
      <w:color w:val="0A5B50"/>
      <w:sz w:val="48"/>
      <w:szCs w:val="48"/>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505B42"/>
    <w:rPr>
      <w:rFonts w:ascii="Noto Sans" w:hAnsi="Noto Sans" w:cs="Noto Sans"/>
      <w:b/>
      <w:bCs/>
      <w:color w:val="0A5B50"/>
      <w:sz w:val="48"/>
      <w:szCs w:val="48"/>
    </w:rPr>
  </w:style>
  <w:style w:type="character" w:customStyle="1" w:styleId="TitleChar">
    <w:name w:val="Title Char"/>
    <w:basedOn w:val="DefaultParagraphFont"/>
    <w:link w:val="Title"/>
    <w:uiPriority w:val="10"/>
    <w:rsid w:val="00505B42"/>
    <w:rPr>
      <w:rFonts w:ascii="Noto Sans" w:hAnsi="Noto Sans" w:cs="Noto Sans"/>
      <w:b/>
      <w:bCs/>
      <w:color w:val="0A5B50"/>
      <w:sz w:val="48"/>
      <w:szCs w:val="48"/>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lossaryTerm-NewLetter">
    <w:name w:val="Glossary Term - New Letter"/>
    <w:basedOn w:val="TableNormal"/>
    <w:uiPriority w:val="99"/>
    <w:rsid w:val="000C5BCD"/>
    <w:pPr>
      <w:spacing w:before="120" w:after="120" w:line="240" w:lineRule="auto"/>
    </w:pPr>
    <w:tblPr>
      <w:tblStyleRowBandSize w:val="1"/>
    </w:tblPr>
    <w:tblStylePr w:type="firstCol">
      <w:rPr>
        <w:b/>
      </w:rPr>
    </w:tblStylePr>
    <w:tblStylePr w:type="band1Horz">
      <w:rPr>
        <w:rFonts w:ascii="Noto Sans" w:hAnsi="Noto Sans"/>
        <w:sz w:val="22"/>
      </w:rPr>
      <w:tblPr/>
      <w:tcPr>
        <w:tcBorders>
          <w:top w:val="single" w:sz="18" w:space="0" w:color="0A5B50"/>
        </w:tcBorders>
      </w:tcPr>
    </w:tblStylePr>
    <w:tblStylePr w:type="band2Horz">
      <w:rPr>
        <w:rFonts w:ascii="Noto Sans" w:hAnsi="Noto Sans"/>
        <w:sz w:val="22"/>
      </w:rPr>
      <w:tblPr/>
      <w:tcPr>
        <w:shd w:val="clear" w:color="auto" w:fill="EFEFEF"/>
      </w:tcPr>
    </w:tblStylePr>
  </w:style>
  <w:style w:type="table" w:customStyle="1" w:styleId="GlossaryTerm-Standard">
    <w:name w:val="Glossary Term - Standard"/>
    <w:basedOn w:val="TableNormal"/>
    <w:uiPriority w:val="99"/>
    <w:rsid w:val="000C5BCD"/>
    <w:pPr>
      <w:spacing w:before="120" w:after="120" w:line="240" w:lineRule="auto"/>
    </w:pPr>
    <w:rPr>
      <w:rFonts w:ascii="Noto Sans" w:hAnsi="Noto Sans"/>
    </w:rPr>
    <w:tblPr>
      <w:tblStyleRowBandSize w:val="1"/>
    </w:tblPr>
    <w:tcPr>
      <w:shd w:val="clear" w:color="auto" w:fill="auto"/>
    </w:tcPr>
    <w:tblStylePr w:type="firstCol">
      <w:rPr>
        <w:b/>
      </w:rPr>
    </w:tblStylePr>
    <w:tblStylePr w:type="band1Horz">
      <w:rPr>
        <w:rFonts w:ascii="Noto Sans" w:hAnsi="Noto Sans"/>
        <w:sz w:val="22"/>
      </w:rPr>
      <w:tblPr/>
      <w:tcPr>
        <w:tcBorders>
          <w:top w:val="single" w:sz="4" w:space="0" w:color="FDBD3E"/>
        </w:tcBorders>
      </w:tcPr>
    </w:tblStylePr>
    <w:tblStylePr w:type="band2Horz">
      <w:tblPr/>
      <w:tcPr>
        <w:shd w:val="clear" w:color="auto" w:fill="EFEFEF"/>
      </w:tcPr>
    </w:tblStylePr>
  </w:style>
  <w:style w:type="character" w:styleId="PlaceholderText">
    <w:name w:val="Placeholder Text"/>
    <w:basedOn w:val="DefaultParagraphFont"/>
    <w:uiPriority w:val="99"/>
    <w:semiHidden/>
    <w:rsid w:val="001616C8"/>
    <w:rPr>
      <w:color w:val="666666"/>
    </w:rPr>
  </w:style>
  <w:style w:type="paragraph" w:styleId="TOC1">
    <w:name w:val="toc 1"/>
    <w:basedOn w:val="Normal"/>
    <w:next w:val="Normal"/>
    <w:autoRedefine/>
    <w:uiPriority w:val="39"/>
    <w:unhideWhenUsed/>
    <w:rsid w:val="00E373CD"/>
    <w:pPr>
      <w:spacing w:before="120" w:after="0"/>
    </w:pPr>
    <w:rPr>
      <w:b/>
      <w:bCs/>
      <w:i/>
      <w:iCs/>
      <w:sz w:val="24"/>
      <w:szCs w:val="24"/>
    </w:rPr>
  </w:style>
  <w:style w:type="paragraph" w:styleId="TOC2">
    <w:name w:val="toc 2"/>
    <w:basedOn w:val="Normal"/>
    <w:next w:val="Normal"/>
    <w:autoRedefine/>
    <w:uiPriority w:val="39"/>
    <w:semiHidden/>
    <w:unhideWhenUsed/>
    <w:rsid w:val="00E373CD"/>
    <w:pPr>
      <w:spacing w:before="120" w:after="0"/>
      <w:ind w:left="220"/>
    </w:pPr>
    <w:rPr>
      <w:b/>
      <w:bCs/>
    </w:rPr>
  </w:style>
  <w:style w:type="paragraph" w:styleId="TOC3">
    <w:name w:val="toc 3"/>
    <w:basedOn w:val="Normal"/>
    <w:next w:val="Normal"/>
    <w:autoRedefine/>
    <w:uiPriority w:val="39"/>
    <w:semiHidden/>
    <w:unhideWhenUsed/>
    <w:rsid w:val="00E373CD"/>
    <w:pPr>
      <w:spacing w:after="0"/>
      <w:ind w:left="440"/>
    </w:pPr>
    <w:rPr>
      <w:sz w:val="20"/>
      <w:szCs w:val="20"/>
    </w:rPr>
  </w:style>
  <w:style w:type="paragraph" w:styleId="TOC4">
    <w:name w:val="toc 4"/>
    <w:basedOn w:val="Normal"/>
    <w:next w:val="Normal"/>
    <w:autoRedefine/>
    <w:uiPriority w:val="39"/>
    <w:semiHidden/>
    <w:unhideWhenUsed/>
    <w:rsid w:val="00E373CD"/>
    <w:pPr>
      <w:spacing w:after="0"/>
      <w:ind w:left="660"/>
    </w:pPr>
    <w:rPr>
      <w:sz w:val="20"/>
      <w:szCs w:val="20"/>
    </w:rPr>
  </w:style>
  <w:style w:type="paragraph" w:styleId="TOC5">
    <w:name w:val="toc 5"/>
    <w:basedOn w:val="Normal"/>
    <w:next w:val="Normal"/>
    <w:autoRedefine/>
    <w:uiPriority w:val="39"/>
    <w:semiHidden/>
    <w:unhideWhenUsed/>
    <w:rsid w:val="00E373CD"/>
    <w:pPr>
      <w:spacing w:after="0"/>
      <w:ind w:left="880"/>
    </w:pPr>
    <w:rPr>
      <w:sz w:val="20"/>
      <w:szCs w:val="20"/>
    </w:rPr>
  </w:style>
  <w:style w:type="paragraph" w:styleId="TOC6">
    <w:name w:val="toc 6"/>
    <w:basedOn w:val="Normal"/>
    <w:next w:val="Normal"/>
    <w:autoRedefine/>
    <w:uiPriority w:val="39"/>
    <w:semiHidden/>
    <w:unhideWhenUsed/>
    <w:rsid w:val="00E373CD"/>
    <w:pPr>
      <w:spacing w:after="0"/>
      <w:ind w:left="1100"/>
    </w:pPr>
    <w:rPr>
      <w:sz w:val="20"/>
      <w:szCs w:val="20"/>
    </w:rPr>
  </w:style>
  <w:style w:type="paragraph" w:styleId="TOC7">
    <w:name w:val="toc 7"/>
    <w:basedOn w:val="Normal"/>
    <w:next w:val="Normal"/>
    <w:autoRedefine/>
    <w:uiPriority w:val="39"/>
    <w:semiHidden/>
    <w:unhideWhenUsed/>
    <w:rsid w:val="00E373CD"/>
    <w:pPr>
      <w:spacing w:after="0"/>
      <w:ind w:left="1320"/>
    </w:pPr>
    <w:rPr>
      <w:sz w:val="20"/>
      <w:szCs w:val="20"/>
    </w:rPr>
  </w:style>
  <w:style w:type="paragraph" w:styleId="TOC8">
    <w:name w:val="toc 8"/>
    <w:basedOn w:val="Normal"/>
    <w:next w:val="Normal"/>
    <w:autoRedefine/>
    <w:uiPriority w:val="39"/>
    <w:semiHidden/>
    <w:unhideWhenUsed/>
    <w:rsid w:val="00E373CD"/>
    <w:pPr>
      <w:spacing w:after="0"/>
      <w:ind w:left="1540"/>
    </w:pPr>
    <w:rPr>
      <w:sz w:val="20"/>
      <w:szCs w:val="20"/>
    </w:rPr>
  </w:style>
  <w:style w:type="paragraph" w:styleId="TOC9">
    <w:name w:val="toc 9"/>
    <w:basedOn w:val="Normal"/>
    <w:next w:val="Normal"/>
    <w:autoRedefine/>
    <w:uiPriority w:val="39"/>
    <w:semiHidden/>
    <w:unhideWhenUsed/>
    <w:rsid w:val="00E373CD"/>
    <w:pPr>
      <w:spacing w:after="0"/>
      <w:ind w:left="1760"/>
    </w:pPr>
    <w:rPr>
      <w:sz w:val="20"/>
      <w:szCs w:val="20"/>
    </w:rPr>
  </w:style>
  <w:style w:type="character" w:styleId="Hyperlink">
    <w:name w:val="Hyperlink"/>
    <w:basedOn w:val="DefaultParagraphFont"/>
    <w:uiPriority w:val="99"/>
    <w:unhideWhenUsed/>
    <w:rsid w:val="00E373CD"/>
    <w:rPr>
      <w:color w:val="0000FF" w:themeColor="hyperlink"/>
      <w:u w:val="single"/>
    </w:rPr>
  </w:style>
  <w:style w:type="character" w:styleId="PageNumber">
    <w:name w:val="page number"/>
    <w:basedOn w:val="DefaultParagraphFont"/>
    <w:uiPriority w:val="99"/>
    <w:semiHidden/>
    <w:unhideWhenUsed/>
    <w:rsid w:val="00E373CD"/>
  </w:style>
  <w:style w:type="paragraph" w:styleId="NormalWeb">
    <w:name w:val="Normal (Web)"/>
    <w:basedOn w:val="Normal"/>
    <w:uiPriority w:val="99"/>
    <w:semiHidden/>
    <w:unhideWhenUsed/>
    <w:rsid w:val="00F719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ynqvb">
    <w:name w:val="rynqvb"/>
    <w:basedOn w:val="DefaultParagraphFont"/>
    <w:rsid w:val="0071471C"/>
  </w:style>
  <w:style w:type="paragraph" w:styleId="Revision">
    <w:name w:val="Revision"/>
    <w:hidden/>
    <w:uiPriority w:val="99"/>
    <w:semiHidden/>
    <w:rsid w:val="003E04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600387">
      <w:bodyDiv w:val="1"/>
      <w:marLeft w:val="0"/>
      <w:marRight w:val="0"/>
      <w:marTop w:val="0"/>
      <w:marBottom w:val="0"/>
      <w:divBdr>
        <w:top w:val="none" w:sz="0" w:space="0" w:color="auto"/>
        <w:left w:val="none" w:sz="0" w:space="0" w:color="auto"/>
        <w:bottom w:val="none" w:sz="0" w:space="0" w:color="auto"/>
        <w:right w:val="none" w:sz="0" w:space="0" w:color="auto"/>
      </w:divBdr>
    </w:div>
    <w:div w:id="12727397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8480</Words>
  <Characters>41287</Characters>
  <Application>Microsoft Office Word</Application>
  <DocSecurity>0</DocSecurity>
  <Lines>1847</Lines>
  <Paragraphs>897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English-Spanish Glossary</dc:title>
  <dc:subject/>
  <dc:creator>Maddie Tong</dc:creator>
  <cp:keywords/>
  <dc:description/>
  <cp:lastModifiedBy>Maddie Tong</cp:lastModifiedBy>
  <cp:revision>2</cp:revision>
  <cp:lastPrinted>2026-01-28T22:06:00Z</cp:lastPrinted>
  <dcterms:created xsi:type="dcterms:W3CDTF">2026-03-17T18:13:00Z</dcterms:created>
  <dcterms:modified xsi:type="dcterms:W3CDTF">2026-03-17T18:13:00Z</dcterms:modified>
  <cp:category/>
</cp:coreProperties>
</file>